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0B29A" w14:textId="77777777" w:rsidR="005277EC" w:rsidRDefault="005277EC"/>
    <w:p w14:paraId="5F66D932" w14:textId="77777777" w:rsidR="005277EC" w:rsidRDefault="005277EC"/>
    <w:p w14:paraId="37110786" w14:textId="77777777" w:rsidR="005277EC" w:rsidRDefault="005277EC"/>
    <w:tbl>
      <w:tblPr>
        <w:tblW w:w="8790" w:type="dxa"/>
        <w:jc w:val="center"/>
        <w:tblLayout w:type="fixed"/>
        <w:tblLook w:val="04A0" w:firstRow="1" w:lastRow="0" w:firstColumn="1" w:lastColumn="0" w:noHBand="0" w:noVBand="1"/>
      </w:tblPr>
      <w:tblGrid>
        <w:gridCol w:w="1706"/>
        <w:gridCol w:w="2268"/>
        <w:gridCol w:w="4816"/>
      </w:tblGrid>
      <w:tr w:rsidR="005277EC" w:rsidRPr="00752A28" w14:paraId="2376F9B8" w14:textId="77777777" w:rsidTr="005277EC">
        <w:trPr>
          <w:trHeight w:val="799"/>
          <w:jc w:val="center"/>
        </w:trPr>
        <w:tc>
          <w:tcPr>
            <w:tcW w:w="8790" w:type="dxa"/>
            <w:gridSpan w:val="3"/>
            <w:vAlign w:val="center"/>
          </w:tcPr>
          <w:p w14:paraId="00041B51" w14:textId="77777777" w:rsidR="005277EC" w:rsidRDefault="005277EC" w:rsidP="00D12060">
            <w:pPr>
              <w:spacing w:line="256" w:lineRule="auto"/>
              <w:jc w:val="center"/>
              <w:rPr>
                <w:rFonts w:ascii="Cambria" w:hAnsi="Cambria"/>
                <w:b/>
                <w:sz w:val="32"/>
                <w:szCs w:val="32"/>
              </w:rPr>
            </w:pPr>
          </w:p>
          <w:p w14:paraId="31D0C48B" w14:textId="77777777" w:rsidR="009F1AA4" w:rsidRDefault="009F1AA4" w:rsidP="009F1AA4">
            <w:pPr>
              <w:jc w:val="center"/>
              <w:rPr>
                <w:rFonts w:ascii="Cambria" w:hAnsi="Cambria"/>
                <w:b/>
                <w:sz w:val="32"/>
                <w:szCs w:val="32"/>
              </w:rPr>
            </w:pPr>
            <w:r>
              <w:rPr>
                <w:rFonts w:ascii="Cambria" w:hAnsi="Cambria"/>
                <w:b/>
                <w:sz w:val="32"/>
                <w:szCs w:val="32"/>
              </w:rPr>
              <w:t xml:space="preserve">IZJAVA O AUTORSTVU </w:t>
            </w:r>
            <w:r>
              <w:rPr>
                <w:rFonts w:ascii="Cambria" w:hAnsi="Cambria"/>
                <w:b/>
                <w:sz w:val="32"/>
                <w:szCs w:val="32"/>
              </w:rPr>
              <w:br/>
              <w:t>ISTRAŽIVAČKOGA LICENCIJATSKOGA RADA</w:t>
            </w:r>
          </w:p>
          <w:p w14:paraId="53357FAF" w14:textId="77777777" w:rsidR="005277EC" w:rsidRPr="00752A28" w:rsidRDefault="005277EC" w:rsidP="00D12060">
            <w:pPr>
              <w:spacing w:line="256" w:lineRule="auto"/>
              <w:jc w:val="right"/>
              <w:rPr>
                <w:rFonts w:ascii="Cambria" w:hAnsi="Cambria"/>
                <w:b/>
                <w:sz w:val="24"/>
                <w:szCs w:val="24"/>
              </w:rPr>
            </w:pPr>
          </w:p>
          <w:p w14:paraId="46704D57" w14:textId="77777777" w:rsidR="005277EC" w:rsidRPr="00752A28" w:rsidRDefault="005277EC" w:rsidP="00D12060">
            <w:pPr>
              <w:spacing w:line="256" w:lineRule="auto"/>
              <w:jc w:val="right"/>
              <w:rPr>
                <w:rFonts w:ascii="Cambria" w:hAnsi="Cambria"/>
                <w:b/>
                <w:sz w:val="24"/>
                <w:szCs w:val="24"/>
              </w:rPr>
            </w:pPr>
          </w:p>
          <w:p w14:paraId="5D53EA9B" w14:textId="77777777" w:rsidR="005277EC" w:rsidRPr="00752A28" w:rsidRDefault="005277EC" w:rsidP="00D12060">
            <w:pPr>
              <w:spacing w:line="256" w:lineRule="auto"/>
              <w:jc w:val="right"/>
              <w:rPr>
                <w:rFonts w:ascii="Cambria" w:hAnsi="Cambria"/>
                <w:b/>
                <w:sz w:val="24"/>
                <w:szCs w:val="24"/>
              </w:rPr>
            </w:pPr>
          </w:p>
          <w:p w14:paraId="775C1AA4" w14:textId="77777777" w:rsidR="005277EC" w:rsidRPr="00752A28" w:rsidRDefault="005277EC" w:rsidP="00D12060">
            <w:pPr>
              <w:spacing w:line="256" w:lineRule="auto"/>
              <w:jc w:val="right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5277EC" w14:paraId="716AFBA4" w14:textId="77777777" w:rsidTr="005277EC">
        <w:trPr>
          <w:jc w:val="center"/>
        </w:trPr>
        <w:tc>
          <w:tcPr>
            <w:tcW w:w="1706" w:type="dxa"/>
            <w:vAlign w:val="center"/>
          </w:tcPr>
          <w:p w14:paraId="2656D04D" w14:textId="77777777" w:rsidR="005277EC" w:rsidRDefault="005277EC" w:rsidP="00D12060">
            <w:pPr>
              <w:spacing w:line="256" w:lineRule="auto"/>
              <w:jc w:val="righ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084" w:type="dxa"/>
            <w:gridSpan w:val="2"/>
          </w:tcPr>
          <w:p w14:paraId="6B81E63F" w14:textId="77777777" w:rsidR="005277EC" w:rsidRDefault="005277EC" w:rsidP="00D12060">
            <w:pPr>
              <w:spacing w:line="25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5277EC" w14:paraId="4F160F7C" w14:textId="77777777" w:rsidTr="005277EC">
        <w:trPr>
          <w:jc w:val="center"/>
        </w:trPr>
        <w:tc>
          <w:tcPr>
            <w:tcW w:w="1706" w:type="dxa"/>
            <w:vAlign w:val="center"/>
          </w:tcPr>
          <w:p w14:paraId="3044AD0D" w14:textId="77777777" w:rsidR="005277EC" w:rsidRDefault="005277EC" w:rsidP="00D12060">
            <w:pPr>
              <w:spacing w:line="256" w:lineRule="auto"/>
              <w:jc w:val="righ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084" w:type="dxa"/>
            <w:gridSpan w:val="2"/>
          </w:tcPr>
          <w:p w14:paraId="55AFA9E8" w14:textId="77777777" w:rsidR="005277EC" w:rsidRDefault="005277EC" w:rsidP="00D12060">
            <w:pPr>
              <w:spacing w:line="256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5277EC" w:rsidRPr="00752A28" w14:paraId="2D9923E4" w14:textId="77777777" w:rsidTr="005277EC">
        <w:trPr>
          <w:trHeight w:val="2624"/>
          <w:jc w:val="center"/>
        </w:trPr>
        <w:tc>
          <w:tcPr>
            <w:tcW w:w="8790" w:type="dxa"/>
            <w:gridSpan w:val="3"/>
            <w:vAlign w:val="center"/>
            <w:hideMark/>
          </w:tcPr>
          <w:p w14:paraId="42412EED" w14:textId="0C2968CD" w:rsidR="005277EC" w:rsidRDefault="005277EC" w:rsidP="005277EC">
            <w:pPr>
              <w:spacing w:line="276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52A28">
              <w:rPr>
                <w:rFonts w:ascii="Cambria" w:hAnsi="Cambria"/>
                <w:sz w:val="24"/>
                <w:szCs w:val="24"/>
              </w:rPr>
              <w:t>Izjavljujem da je moj</w:t>
            </w:r>
            <w:r w:rsidR="009F1AA4">
              <w:rPr>
                <w:rFonts w:ascii="Cambria" w:hAnsi="Cambria"/>
                <w:sz w:val="24"/>
                <w:szCs w:val="24"/>
              </w:rPr>
              <w:t xml:space="preserve"> istraživački</w:t>
            </w:r>
            <w:r w:rsidRPr="00752A28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752A28">
              <w:rPr>
                <w:rFonts w:ascii="Cambria" w:hAnsi="Cambria"/>
                <w:sz w:val="24"/>
                <w:szCs w:val="24"/>
              </w:rPr>
              <w:t>licencijatski</w:t>
            </w:r>
            <w:proofErr w:type="spellEnd"/>
            <w:r w:rsidRPr="00752A28">
              <w:rPr>
                <w:rFonts w:ascii="Cambria" w:hAnsi="Cambria"/>
                <w:sz w:val="24"/>
                <w:szCs w:val="24"/>
              </w:rPr>
              <w:t xml:space="preserve"> rad ___________________________</w:t>
            </w:r>
            <w:r w:rsidR="009F1AA4">
              <w:rPr>
                <w:rFonts w:ascii="Cambria" w:hAnsi="Cambria"/>
                <w:sz w:val="24"/>
                <w:szCs w:val="24"/>
              </w:rPr>
              <w:t>___</w:t>
            </w:r>
            <w:r w:rsidRPr="00752A28">
              <w:rPr>
                <w:rFonts w:ascii="Cambria" w:hAnsi="Cambria"/>
                <w:sz w:val="24"/>
                <w:szCs w:val="24"/>
              </w:rPr>
              <w:t>_________</w:t>
            </w:r>
            <w:r>
              <w:rPr>
                <w:rFonts w:ascii="Cambria" w:hAnsi="Cambria"/>
                <w:sz w:val="24"/>
                <w:szCs w:val="24"/>
              </w:rPr>
              <w:t>_</w:t>
            </w:r>
          </w:p>
          <w:p w14:paraId="30EE232D" w14:textId="04EABC58" w:rsidR="005277EC" w:rsidRPr="00752A28" w:rsidRDefault="005277EC" w:rsidP="005277EC">
            <w:pPr>
              <w:spacing w:line="276" w:lineRule="auto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                                                                                 </w:t>
            </w:r>
            <w:r w:rsidR="009F1AA4">
              <w:rPr>
                <w:rFonts w:ascii="Cambria" w:hAnsi="Cambria"/>
                <w:sz w:val="24"/>
                <w:szCs w:val="24"/>
              </w:rPr>
              <w:t xml:space="preserve">                  </w:t>
            </w:r>
            <w:r w:rsidRPr="00752A28">
              <w:rPr>
                <w:rFonts w:ascii="Cambria" w:hAnsi="Cambria"/>
                <w:sz w:val="24"/>
                <w:szCs w:val="24"/>
              </w:rPr>
              <w:t>(napišite naslov svojega rada)</w:t>
            </w:r>
          </w:p>
          <w:p w14:paraId="3AC834AA" w14:textId="77777777" w:rsidR="005277EC" w:rsidRPr="00752A28" w:rsidRDefault="005277EC" w:rsidP="00D12060">
            <w:pPr>
              <w:spacing w:line="48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752A28">
              <w:rPr>
                <w:rFonts w:ascii="Cambria" w:hAnsi="Cambria"/>
                <w:sz w:val="24"/>
                <w:szCs w:val="24"/>
              </w:rPr>
              <w:t xml:space="preserve">izvorni rezultat mojega rada te da su svi korišteni izvori, kako objavljeni tako i neobjavljeni, primjereno citirani ili parafrazirani te navedeni u popisu literature na kraju rada. Također izjavljujem da sam proveo/provela postupak provjere korištenjem programa za provjeru autentičnosti </w:t>
            </w:r>
            <w:proofErr w:type="spellStart"/>
            <w:r w:rsidRPr="00752A28">
              <w:rPr>
                <w:rFonts w:ascii="Cambria" w:hAnsi="Cambria"/>
                <w:sz w:val="24"/>
                <w:szCs w:val="24"/>
              </w:rPr>
              <w:t>Turnitin</w:t>
            </w:r>
            <w:proofErr w:type="spellEnd"/>
            <w:r w:rsidRPr="00752A28">
              <w:rPr>
                <w:rFonts w:ascii="Cambria" w:hAnsi="Cambria"/>
                <w:sz w:val="24"/>
                <w:szCs w:val="24"/>
              </w:rPr>
              <w:t>.</w:t>
            </w:r>
          </w:p>
        </w:tc>
      </w:tr>
      <w:tr w:rsidR="005277EC" w14:paraId="641809F2" w14:textId="77777777" w:rsidTr="005277EC">
        <w:trPr>
          <w:jc w:val="center"/>
        </w:trPr>
        <w:tc>
          <w:tcPr>
            <w:tcW w:w="1706" w:type="dxa"/>
            <w:vAlign w:val="center"/>
          </w:tcPr>
          <w:p w14:paraId="6702BC44" w14:textId="77777777" w:rsidR="005277EC" w:rsidRDefault="005277EC" w:rsidP="00D12060">
            <w:pPr>
              <w:spacing w:beforeLines="50" w:before="120" w:line="256" w:lineRule="auto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6EFD5FC1" w14:textId="77777777" w:rsidR="005277EC" w:rsidRDefault="005277EC" w:rsidP="00D12060">
            <w:pPr>
              <w:spacing w:beforeLines="50" w:before="120" w:line="256" w:lineRule="auto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094F7444" w14:textId="77777777" w:rsidR="005277EC" w:rsidRDefault="005277EC" w:rsidP="00D12060">
            <w:pPr>
              <w:spacing w:beforeLines="50" w:before="120" w:line="256" w:lineRule="auto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482BFFA3" w14:textId="77777777" w:rsidR="005277EC" w:rsidRDefault="005277EC" w:rsidP="00D12060">
            <w:pPr>
              <w:spacing w:beforeLines="50" w:before="120" w:line="256" w:lineRule="auto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5AFAED20" w14:textId="77777777" w:rsidR="005277EC" w:rsidRDefault="005277EC" w:rsidP="00D12060">
            <w:pPr>
              <w:spacing w:beforeLines="50" w:before="120" w:line="256" w:lineRule="auto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6767C774" w14:textId="77777777" w:rsidR="005277EC" w:rsidRDefault="005277EC" w:rsidP="00D12060">
            <w:pPr>
              <w:spacing w:beforeLines="50" w:before="120" w:line="256" w:lineRule="auto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135B9D63" w14:textId="77777777" w:rsidR="005277EC" w:rsidRDefault="005277EC" w:rsidP="00D12060">
            <w:pPr>
              <w:spacing w:beforeLines="50" w:before="120" w:line="256" w:lineRule="auto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3CB19630" w14:textId="77777777" w:rsidR="005277EC" w:rsidRDefault="005277EC" w:rsidP="00D12060">
            <w:pPr>
              <w:spacing w:beforeLines="50" w:before="120" w:line="256" w:lineRule="auto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03DB8443" w14:textId="77777777" w:rsidR="005277EC" w:rsidRDefault="005277EC" w:rsidP="00D12060">
            <w:pPr>
              <w:spacing w:beforeLines="50" w:before="120" w:line="256" w:lineRule="auto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084" w:type="dxa"/>
            <w:gridSpan w:val="2"/>
          </w:tcPr>
          <w:p w14:paraId="176DA322" w14:textId="77777777" w:rsidR="005277EC" w:rsidRDefault="005277EC" w:rsidP="00D12060">
            <w:pPr>
              <w:spacing w:beforeLines="50" w:before="120" w:line="256" w:lineRule="auto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</w:tr>
      <w:tr w:rsidR="005277EC" w14:paraId="47B51762" w14:textId="77777777" w:rsidTr="005277EC">
        <w:trPr>
          <w:jc w:val="center"/>
        </w:trPr>
        <w:tc>
          <w:tcPr>
            <w:tcW w:w="3974" w:type="dxa"/>
            <w:gridSpan w:val="2"/>
            <w:vAlign w:val="center"/>
            <w:hideMark/>
          </w:tcPr>
          <w:p w14:paraId="09426468" w14:textId="77777777" w:rsidR="005277EC" w:rsidRDefault="005277EC" w:rsidP="00D12060">
            <w:pPr>
              <w:spacing w:line="256" w:lineRule="auto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U Zagrebu, ________________________</w:t>
            </w:r>
          </w:p>
          <w:p w14:paraId="531294F0" w14:textId="77777777" w:rsidR="005277EC" w:rsidRDefault="005277EC" w:rsidP="00D12060">
            <w:pPr>
              <w:spacing w:line="256" w:lineRule="auto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         </w:t>
            </w:r>
            <w:r>
              <w:rPr>
                <w:rFonts w:ascii="Cambria" w:hAnsi="Cambria"/>
                <w:sz w:val="16"/>
                <w:szCs w:val="16"/>
              </w:rPr>
              <w:t>(datum i godina)</w:t>
            </w:r>
          </w:p>
        </w:tc>
        <w:tc>
          <w:tcPr>
            <w:tcW w:w="4816" w:type="dxa"/>
            <w:hideMark/>
          </w:tcPr>
          <w:p w14:paraId="0AE8AD02" w14:textId="77777777" w:rsidR="005277EC" w:rsidRDefault="005277EC" w:rsidP="00D12060">
            <w:pPr>
              <w:spacing w:line="256" w:lineRule="auto"/>
              <w:jc w:val="righ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______________________________________</w:t>
            </w:r>
          </w:p>
          <w:p w14:paraId="1B41D5D5" w14:textId="77777777" w:rsidR="005277EC" w:rsidRDefault="005277EC" w:rsidP="00D12060">
            <w:pPr>
              <w:spacing w:line="256" w:lineRule="auto"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                                              (vlastoručni potpis studenta/studentice)</w:t>
            </w:r>
          </w:p>
        </w:tc>
      </w:tr>
      <w:tr w:rsidR="005277EC" w14:paraId="55B4B28C" w14:textId="77777777" w:rsidTr="005277EC">
        <w:trPr>
          <w:jc w:val="center"/>
        </w:trPr>
        <w:tc>
          <w:tcPr>
            <w:tcW w:w="1706" w:type="dxa"/>
            <w:vAlign w:val="center"/>
          </w:tcPr>
          <w:p w14:paraId="094EDDA0" w14:textId="77777777" w:rsidR="005277EC" w:rsidRDefault="005277EC" w:rsidP="00D12060">
            <w:pPr>
              <w:spacing w:beforeLines="50" w:before="120" w:line="256" w:lineRule="auto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084" w:type="dxa"/>
            <w:gridSpan w:val="2"/>
          </w:tcPr>
          <w:p w14:paraId="3199007E" w14:textId="77777777" w:rsidR="005277EC" w:rsidRDefault="005277EC" w:rsidP="00D12060">
            <w:pPr>
              <w:spacing w:beforeLines="50" w:before="120" w:line="256" w:lineRule="auto"/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71F4E6DE" w14:textId="77777777" w:rsidR="0041107A" w:rsidRDefault="0041107A"/>
    <w:sectPr w:rsidR="0041107A" w:rsidSect="00376C4A">
      <w:headerReference w:type="default" r:id="rId11"/>
      <w:footerReference w:type="default" r:id="rId12"/>
      <w:headerReference w:type="first" r:id="rId13"/>
      <w:pgSz w:w="11909" w:h="16834"/>
      <w:pgMar w:top="2602" w:right="1757" w:bottom="1656" w:left="2102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3D203" w14:textId="77777777" w:rsidR="00A45AF2" w:rsidRDefault="00A45AF2">
      <w:r>
        <w:separator/>
      </w:r>
    </w:p>
  </w:endnote>
  <w:endnote w:type="continuationSeparator" w:id="0">
    <w:p w14:paraId="39366F64" w14:textId="77777777" w:rsidR="00A45AF2" w:rsidRDefault="00A45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81395" w14:textId="77777777" w:rsidR="00A45AF2" w:rsidRDefault="00A45AF2">
      <w:r>
        <w:separator/>
      </w:r>
    </w:p>
  </w:footnote>
  <w:footnote w:type="continuationSeparator" w:id="0">
    <w:p w14:paraId="20694A0F" w14:textId="77777777" w:rsidR="00A45AF2" w:rsidRDefault="00A45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01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202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101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102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103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104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116D48"/>
    <w:rsid w:val="0015074B"/>
    <w:rsid w:val="001766A1"/>
    <w:rsid w:val="0023619F"/>
    <w:rsid w:val="0029639D"/>
    <w:rsid w:val="00326F90"/>
    <w:rsid w:val="00376C4A"/>
    <w:rsid w:val="0041107A"/>
    <w:rsid w:val="005277EC"/>
    <w:rsid w:val="006D564B"/>
    <w:rsid w:val="007A1388"/>
    <w:rsid w:val="0084644A"/>
    <w:rsid w:val="009F1AA4"/>
    <w:rsid w:val="00A0668E"/>
    <w:rsid w:val="00A45AF2"/>
    <w:rsid w:val="00AA1D8D"/>
    <w:rsid w:val="00B47730"/>
    <w:rsid w:val="00CB0664"/>
    <w:rsid w:val="00DE42E4"/>
    <w:rsid w:val="00E56703"/>
    <w:rsid w:val="00F760FB"/>
    <w:rsid w:val="00FC693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2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3</cp:revision>
  <dcterms:created xsi:type="dcterms:W3CDTF">2026-09-17T13:49:00Z</dcterms:created>
  <dcterms:modified xsi:type="dcterms:W3CDTF">2026-09-17T13:53:00Z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