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F0B29A" w14:textId="77777777" w:rsidR="005277EC" w:rsidRDefault="005277EC"/>
    <w:p w14:paraId="5F66D932" w14:textId="77777777" w:rsidR="005277EC" w:rsidRDefault="005277EC"/>
    <w:p w14:paraId="37110786" w14:textId="77777777" w:rsidR="005277EC" w:rsidRDefault="005277EC"/>
    <w:tbl>
      <w:tblPr>
        <w:tblW w:w="8790" w:type="dxa"/>
        <w:jc w:val="center"/>
        <w:tblLayout w:type="fixed"/>
        <w:tblLook w:val="04A0" w:firstRow="1" w:lastRow="0" w:firstColumn="1" w:lastColumn="0" w:noHBand="0" w:noVBand="1"/>
      </w:tblPr>
      <w:tblGrid>
        <w:gridCol w:w="1706"/>
        <w:gridCol w:w="2268"/>
        <w:gridCol w:w="4816"/>
      </w:tblGrid>
      <w:tr w:rsidR="005277EC" w:rsidRPr="00752A28" w14:paraId="2376F9B8" w14:textId="77777777" w:rsidTr="005277EC">
        <w:trPr>
          <w:trHeight w:val="799"/>
          <w:jc w:val="center"/>
        </w:trPr>
        <w:tc>
          <w:tcPr>
            <w:tcW w:w="8790" w:type="dxa"/>
            <w:gridSpan w:val="3"/>
            <w:vAlign w:val="center"/>
          </w:tcPr>
          <w:p w14:paraId="00041B51" w14:textId="77777777" w:rsidR="005277EC" w:rsidRDefault="005277EC" w:rsidP="00D12060">
            <w:pPr>
              <w:spacing w:line="256" w:lineRule="auto"/>
              <w:jc w:val="center"/>
              <w:rPr>
                <w:rFonts w:ascii="Cambria" w:hAnsi="Cambria"/>
                <w:b/>
                <w:sz w:val="32"/>
                <w:szCs w:val="32"/>
              </w:rPr>
            </w:pPr>
          </w:p>
          <w:p w14:paraId="3898A66D" w14:textId="77777777" w:rsidR="005277EC" w:rsidRDefault="005277EC" w:rsidP="00D12060">
            <w:pPr>
              <w:spacing w:line="256" w:lineRule="auto"/>
              <w:jc w:val="center"/>
              <w:rPr>
                <w:rFonts w:ascii="Cambria" w:hAnsi="Cambria"/>
                <w:b/>
                <w:sz w:val="16"/>
                <w:szCs w:val="16"/>
              </w:rPr>
            </w:pPr>
            <w:r>
              <w:rPr>
                <w:rFonts w:ascii="Cambria" w:hAnsi="Cambria"/>
                <w:b/>
                <w:sz w:val="32"/>
                <w:szCs w:val="32"/>
              </w:rPr>
              <w:t>IZJAVA O AUTORSTVU LICENCIJATSKOGA RADA</w:t>
            </w:r>
          </w:p>
          <w:p w14:paraId="53357FAF" w14:textId="77777777" w:rsidR="005277EC" w:rsidRPr="00752A28" w:rsidRDefault="005277EC" w:rsidP="00D12060">
            <w:pPr>
              <w:spacing w:line="256" w:lineRule="auto"/>
              <w:jc w:val="right"/>
              <w:rPr>
                <w:rFonts w:ascii="Cambria" w:hAnsi="Cambria"/>
                <w:b/>
                <w:sz w:val="24"/>
                <w:szCs w:val="24"/>
              </w:rPr>
            </w:pPr>
          </w:p>
          <w:p w14:paraId="46704D57" w14:textId="77777777" w:rsidR="005277EC" w:rsidRPr="00752A28" w:rsidRDefault="005277EC" w:rsidP="00D12060">
            <w:pPr>
              <w:spacing w:line="256" w:lineRule="auto"/>
              <w:jc w:val="right"/>
              <w:rPr>
                <w:rFonts w:ascii="Cambria" w:hAnsi="Cambria"/>
                <w:b/>
                <w:sz w:val="24"/>
                <w:szCs w:val="24"/>
              </w:rPr>
            </w:pPr>
          </w:p>
          <w:p w14:paraId="5D53EA9B" w14:textId="77777777" w:rsidR="005277EC" w:rsidRPr="00752A28" w:rsidRDefault="005277EC" w:rsidP="00D12060">
            <w:pPr>
              <w:spacing w:line="256" w:lineRule="auto"/>
              <w:jc w:val="right"/>
              <w:rPr>
                <w:rFonts w:ascii="Cambria" w:hAnsi="Cambria"/>
                <w:b/>
                <w:sz w:val="24"/>
                <w:szCs w:val="24"/>
              </w:rPr>
            </w:pPr>
          </w:p>
          <w:p w14:paraId="775C1AA4" w14:textId="77777777" w:rsidR="005277EC" w:rsidRPr="00752A28" w:rsidRDefault="005277EC" w:rsidP="00D12060">
            <w:pPr>
              <w:spacing w:line="256" w:lineRule="auto"/>
              <w:jc w:val="right"/>
              <w:rPr>
                <w:rFonts w:ascii="Cambria" w:hAnsi="Cambria"/>
                <w:b/>
                <w:sz w:val="24"/>
                <w:szCs w:val="24"/>
              </w:rPr>
            </w:pPr>
          </w:p>
        </w:tc>
      </w:tr>
      <w:tr w:rsidR="005277EC" w14:paraId="716AFBA4" w14:textId="77777777" w:rsidTr="005277EC">
        <w:trPr>
          <w:jc w:val="center"/>
        </w:trPr>
        <w:tc>
          <w:tcPr>
            <w:tcW w:w="1706" w:type="dxa"/>
            <w:vAlign w:val="center"/>
          </w:tcPr>
          <w:p w14:paraId="2656D04D" w14:textId="77777777" w:rsidR="005277EC" w:rsidRDefault="005277EC" w:rsidP="00D12060">
            <w:pPr>
              <w:spacing w:line="256" w:lineRule="auto"/>
              <w:jc w:val="right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7084" w:type="dxa"/>
            <w:gridSpan w:val="2"/>
          </w:tcPr>
          <w:p w14:paraId="6B81E63F" w14:textId="77777777" w:rsidR="005277EC" w:rsidRDefault="005277EC" w:rsidP="00D12060">
            <w:pPr>
              <w:spacing w:line="256" w:lineRule="auto"/>
              <w:rPr>
                <w:rFonts w:ascii="Cambria" w:hAnsi="Cambria"/>
                <w:sz w:val="24"/>
                <w:szCs w:val="24"/>
              </w:rPr>
            </w:pPr>
          </w:p>
        </w:tc>
      </w:tr>
      <w:tr w:rsidR="005277EC" w14:paraId="4F160F7C" w14:textId="77777777" w:rsidTr="005277EC">
        <w:trPr>
          <w:jc w:val="center"/>
        </w:trPr>
        <w:tc>
          <w:tcPr>
            <w:tcW w:w="1706" w:type="dxa"/>
            <w:vAlign w:val="center"/>
          </w:tcPr>
          <w:p w14:paraId="3044AD0D" w14:textId="77777777" w:rsidR="005277EC" w:rsidRDefault="005277EC" w:rsidP="00D12060">
            <w:pPr>
              <w:spacing w:line="256" w:lineRule="auto"/>
              <w:jc w:val="right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7084" w:type="dxa"/>
            <w:gridSpan w:val="2"/>
          </w:tcPr>
          <w:p w14:paraId="55AFA9E8" w14:textId="77777777" w:rsidR="005277EC" w:rsidRDefault="005277EC" w:rsidP="00D12060">
            <w:pPr>
              <w:spacing w:line="256" w:lineRule="auto"/>
              <w:jc w:val="both"/>
              <w:rPr>
                <w:rFonts w:ascii="Cambria" w:hAnsi="Cambria"/>
                <w:sz w:val="24"/>
                <w:szCs w:val="24"/>
              </w:rPr>
            </w:pPr>
          </w:p>
        </w:tc>
      </w:tr>
      <w:tr w:rsidR="005277EC" w:rsidRPr="00752A28" w14:paraId="2D9923E4" w14:textId="77777777" w:rsidTr="005277EC">
        <w:trPr>
          <w:trHeight w:val="2624"/>
          <w:jc w:val="center"/>
        </w:trPr>
        <w:tc>
          <w:tcPr>
            <w:tcW w:w="8790" w:type="dxa"/>
            <w:gridSpan w:val="3"/>
            <w:vAlign w:val="center"/>
            <w:hideMark/>
          </w:tcPr>
          <w:p w14:paraId="42412EED" w14:textId="77777777" w:rsidR="005277EC" w:rsidRDefault="005277EC" w:rsidP="005277EC">
            <w:pPr>
              <w:spacing w:line="276" w:lineRule="auto"/>
              <w:jc w:val="both"/>
              <w:rPr>
                <w:rFonts w:ascii="Cambria" w:hAnsi="Cambria"/>
                <w:sz w:val="24"/>
                <w:szCs w:val="24"/>
              </w:rPr>
            </w:pPr>
            <w:r w:rsidRPr="00752A28">
              <w:rPr>
                <w:rFonts w:ascii="Cambria" w:hAnsi="Cambria"/>
                <w:sz w:val="24"/>
                <w:szCs w:val="24"/>
              </w:rPr>
              <w:t xml:space="preserve">Izjavljujem da je moj </w:t>
            </w:r>
            <w:proofErr w:type="spellStart"/>
            <w:r w:rsidRPr="00752A28">
              <w:rPr>
                <w:rFonts w:ascii="Cambria" w:hAnsi="Cambria"/>
                <w:sz w:val="24"/>
                <w:szCs w:val="24"/>
              </w:rPr>
              <w:t>licencijatski</w:t>
            </w:r>
            <w:proofErr w:type="spellEnd"/>
            <w:r w:rsidRPr="00752A28">
              <w:rPr>
                <w:rFonts w:ascii="Cambria" w:hAnsi="Cambria"/>
                <w:sz w:val="24"/>
                <w:szCs w:val="24"/>
              </w:rPr>
              <w:t xml:space="preserve"> rad ____________________________________________________</w:t>
            </w:r>
            <w:r>
              <w:rPr>
                <w:rFonts w:ascii="Cambria" w:hAnsi="Cambria"/>
                <w:sz w:val="24"/>
                <w:szCs w:val="24"/>
              </w:rPr>
              <w:t>_</w:t>
            </w:r>
          </w:p>
          <w:p w14:paraId="30EE232D" w14:textId="401F85A9" w:rsidR="005277EC" w:rsidRPr="00752A28" w:rsidRDefault="005277EC" w:rsidP="005277EC">
            <w:pPr>
              <w:spacing w:line="276" w:lineRule="auto"/>
              <w:jc w:val="both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 xml:space="preserve">                                                                                     </w:t>
            </w:r>
            <w:r w:rsidRPr="00752A28">
              <w:rPr>
                <w:rFonts w:ascii="Cambria" w:hAnsi="Cambria"/>
                <w:sz w:val="24"/>
                <w:szCs w:val="24"/>
              </w:rPr>
              <w:t>(napišite naslov svojega rada)</w:t>
            </w:r>
          </w:p>
          <w:p w14:paraId="3AC834AA" w14:textId="77777777" w:rsidR="005277EC" w:rsidRPr="00752A28" w:rsidRDefault="005277EC" w:rsidP="00D12060">
            <w:pPr>
              <w:spacing w:line="480" w:lineRule="auto"/>
              <w:jc w:val="both"/>
              <w:rPr>
                <w:rFonts w:ascii="Cambria" w:hAnsi="Cambria"/>
                <w:sz w:val="24"/>
                <w:szCs w:val="24"/>
              </w:rPr>
            </w:pPr>
            <w:r w:rsidRPr="00752A28">
              <w:rPr>
                <w:rFonts w:ascii="Cambria" w:hAnsi="Cambria"/>
                <w:sz w:val="24"/>
                <w:szCs w:val="24"/>
              </w:rPr>
              <w:t xml:space="preserve">izvorni rezultat mojega rada te da su svi korišteni izvori, kako objavljeni tako i neobjavljeni, primjereno citirani ili parafrazirani te navedeni u popisu literature na kraju rada. Također izjavljujem da sam proveo/provela postupak provjere korištenjem programa za provjeru autentičnosti </w:t>
            </w:r>
            <w:proofErr w:type="spellStart"/>
            <w:r w:rsidRPr="00752A28">
              <w:rPr>
                <w:rFonts w:ascii="Cambria" w:hAnsi="Cambria"/>
                <w:sz w:val="24"/>
                <w:szCs w:val="24"/>
              </w:rPr>
              <w:t>Turnitin</w:t>
            </w:r>
            <w:proofErr w:type="spellEnd"/>
            <w:r w:rsidRPr="00752A28">
              <w:rPr>
                <w:rFonts w:ascii="Cambria" w:hAnsi="Cambria"/>
                <w:sz w:val="24"/>
                <w:szCs w:val="24"/>
              </w:rPr>
              <w:t>.</w:t>
            </w:r>
          </w:p>
        </w:tc>
      </w:tr>
      <w:tr w:rsidR="005277EC" w14:paraId="641809F2" w14:textId="77777777" w:rsidTr="005277EC">
        <w:trPr>
          <w:jc w:val="center"/>
        </w:trPr>
        <w:tc>
          <w:tcPr>
            <w:tcW w:w="1706" w:type="dxa"/>
            <w:vAlign w:val="center"/>
          </w:tcPr>
          <w:p w14:paraId="6702BC44" w14:textId="77777777" w:rsidR="005277EC" w:rsidRDefault="005277EC" w:rsidP="00D12060">
            <w:pPr>
              <w:spacing w:beforeLines="50" w:before="120" w:line="256" w:lineRule="auto"/>
              <w:contextualSpacing/>
              <w:jc w:val="right"/>
              <w:rPr>
                <w:rFonts w:ascii="Cambria" w:hAnsi="Cambria"/>
                <w:sz w:val="22"/>
                <w:szCs w:val="22"/>
              </w:rPr>
            </w:pPr>
          </w:p>
          <w:p w14:paraId="6EFD5FC1" w14:textId="77777777" w:rsidR="005277EC" w:rsidRDefault="005277EC" w:rsidP="00D12060">
            <w:pPr>
              <w:spacing w:beforeLines="50" w:before="120" w:line="256" w:lineRule="auto"/>
              <w:contextualSpacing/>
              <w:jc w:val="right"/>
              <w:rPr>
                <w:rFonts w:ascii="Cambria" w:hAnsi="Cambria"/>
                <w:sz w:val="22"/>
                <w:szCs w:val="22"/>
              </w:rPr>
            </w:pPr>
          </w:p>
          <w:p w14:paraId="094F7444" w14:textId="77777777" w:rsidR="005277EC" w:rsidRDefault="005277EC" w:rsidP="00D12060">
            <w:pPr>
              <w:spacing w:beforeLines="50" w:before="120" w:line="256" w:lineRule="auto"/>
              <w:contextualSpacing/>
              <w:jc w:val="right"/>
              <w:rPr>
                <w:rFonts w:ascii="Cambria" w:hAnsi="Cambria"/>
                <w:sz w:val="22"/>
                <w:szCs w:val="22"/>
              </w:rPr>
            </w:pPr>
          </w:p>
          <w:p w14:paraId="482BFFA3" w14:textId="77777777" w:rsidR="005277EC" w:rsidRDefault="005277EC" w:rsidP="00D12060">
            <w:pPr>
              <w:spacing w:beforeLines="50" w:before="120" w:line="256" w:lineRule="auto"/>
              <w:contextualSpacing/>
              <w:rPr>
                <w:rFonts w:ascii="Cambria" w:hAnsi="Cambria"/>
                <w:sz w:val="22"/>
                <w:szCs w:val="22"/>
              </w:rPr>
            </w:pPr>
          </w:p>
          <w:p w14:paraId="5AFAED20" w14:textId="77777777" w:rsidR="005277EC" w:rsidRDefault="005277EC" w:rsidP="00D12060">
            <w:pPr>
              <w:spacing w:beforeLines="50" w:before="120" w:line="256" w:lineRule="auto"/>
              <w:contextualSpacing/>
              <w:jc w:val="right"/>
              <w:rPr>
                <w:rFonts w:ascii="Cambria" w:hAnsi="Cambria"/>
                <w:sz w:val="22"/>
                <w:szCs w:val="22"/>
              </w:rPr>
            </w:pPr>
          </w:p>
          <w:p w14:paraId="6767C774" w14:textId="77777777" w:rsidR="005277EC" w:rsidRDefault="005277EC" w:rsidP="00D12060">
            <w:pPr>
              <w:spacing w:beforeLines="50" w:before="120" w:line="256" w:lineRule="auto"/>
              <w:contextualSpacing/>
              <w:jc w:val="right"/>
              <w:rPr>
                <w:rFonts w:ascii="Cambria" w:hAnsi="Cambria"/>
                <w:sz w:val="22"/>
                <w:szCs w:val="22"/>
              </w:rPr>
            </w:pPr>
          </w:p>
          <w:p w14:paraId="135B9D63" w14:textId="77777777" w:rsidR="005277EC" w:rsidRDefault="005277EC" w:rsidP="00D12060">
            <w:pPr>
              <w:spacing w:beforeLines="50" w:before="120" w:line="256" w:lineRule="auto"/>
              <w:contextualSpacing/>
              <w:jc w:val="right"/>
              <w:rPr>
                <w:rFonts w:ascii="Cambria" w:hAnsi="Cambria"/>
                <w:sz w:val="22"/>
                <w:szCs w:val="22"/>
              </w:rPr>
            </w:pPr>
          </w:p>
          <w:p w14:paraId="3CB19630" w14:textId="77777777" w:rsidR="005277EC" w:rsidRDefault="005277EC" w:rsidP="00D12060">
            <w:pPr>
              <w:spacing w:beforeLines="50" w:before="120" w:line="256" w:lineRule="auto"/>
              <w:contextualSpacing/>
              <w:jc w:val="right"/>
              <w:rPr>
                <w:rFonts w:ascii="Cambria" w:hAnsi="Cambria"/>
                <w:sz w:val="22"/>
                <w:szCs w:val="22"/>
              </w:rPr>
            </w:pPr>
          </w:p>
          <w:p w14:paraId="03DB8443" w14:textId="77777777" w:rsidR="005277EC" w:rsidRDefault="005277EC" w:rsidP="00D12060">
            <w:pPr>
              <w:spacing w:beforeLines="50" w:before="120" w:line="256" w:lineRule="auto"/>
              <w:contextualSpacing/>
              <w:jc w:val="right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7084" w:type="dxa"/>
            <w:gridSpan w:val="2"/>
          </w:tcPr>
          <w:p w14:paraId="176DA322" w14:textId="77777777" w:rsidR="005277EC" w:rsidRDefault="005277EC" w:rsidP="00D12060">
            <w:pPr>
              <w:spacing w:beforeLines="50" w:before="120" w:line="256" w:lineRule="auto"/>
              <w:contextualSpacing/>
              <w:rPr>
                <w:rFonts w:ascii="Cambria" w:hAnsi="Cambria"/>
                <w:sz w:val="24"/>
                <w:szCs w:val="24"/>
              </w:rPr>
            </w:pPr>
          </w:p>
        </w:tc>
      </w:tr>
      <w:tr w:rsidR="005277EC" w14:paraId="47B51762" w14:textId="77777777" w:rsidTr="005277EC">
        <w:trPr>
          <w:jc w:val="center"/>
        </w:trPr>
        <w:tc>
          <w:tcPr>
            <w:tcW w:w="3974" w:type="dxa"/>
            <w:gridSpan w:val="2"/>
            <w:vAlign w:val="center"/>
            <w:hideMark/>
          </w:tcPr>
          <w:p w14:paraId="09426468" w14:textId="77777777" w:rsidR="005277EC" w:rsidRDefault="005277EC" w:rsidP="00D12060">
            <w:pPr>
              <w:spacing w:line="256" w:lineRule="auto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U Zagrebu, ________________________</w:t>
            </w:r>
          </w:p>
          <w:p w14:paraId="531294F0" w14:textId="77777777" w:rsidR="005277EC" w:rsidRDefault="005277EC" w:rsidP="00D12060">
            <w:pPr>
              <w:spacing w:line="256" w:lineRule="auto"/>
              <w:jc w:val="center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 xml:space="preserve">         </w:t>
            </w:r>
            <w:r>
              <w:rPr>
                <w:rFonts w:ascii="Cambria" w:hAnsi="Cambria"/>
                <w:sz w:val="16"/>
                <w:szCs w:val="16"/>
              </w:rPr>
              <w:t>(datum i godina)</w:t>
            </w:r>
          </w:p>
        </w:tc>
        <w:tc>
          <w:tcPr>
            <w:tcW w:w="4816" w:type="dxa"/>
            <w:hideMark/>
          </w:tcPr>
          <w:p w14:paraId="0AE8AD02" w14:textId="77777777" w:rsidR="005277EC" w:rsidRDefault="005277EC" w:rsidP="00D12060">
            <w:pPr>
              <w:spacing w:line="256" w:lineRule="auto"/>
              <w:jc w:val="right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______________________________________</w:t>
            </w:r>
          </w:p>
          <w:p w14:paraId="1B41D5D5" w14:textId="77777777" w:rsidR="005277EC" w:rsidRDefault="005277EC" w:rsidP="00D12060">
            <w:pPr>
              <w:spacing w:line="256" w:lineRule="auto"/>
              <w:jc w:val="center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 xml:space="preserve">                                              (vlastoručni potpis studenta/studentice)</w:t>
            </w:r>
          </w:p>
        </w:tc>
      </w:tr>
      <w:tr w:rsidR="005277EC" w14:paraId="55B4B28C" w14:textId="77777777" w:rsidTr="005277EC">
        <w:trPr>
          <w:jc w:val="center"/>
        </w:trPr>
        <w:tc>
          <w:tcPr>
            <w:tcW w:w="1706" w:type="dxa"/>
            <w:vAlign w:val="center"/>
          </w:tcPr>
          <w:p w14:paraId="094EDDA0" w14:textId="77777777" w:rsidR="005277EC" w:rsidRDefault="005277EC" w:rsidP="00D12060">
            <w:pPr>
              <w:spacing w:beforeLines="50" w:before="120" w:line="256" w:lineRule="auto"/>
              <w:contextualSpacing/>
              <w:jc w:val="right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7084" w:type="dxa"/>
            <w:gridSpan w:val="2"/>
          </w:tcPr>
          <w:p w14:paraId="3199007E" w14:textId="77777777" w:rsidR="005277EC" w:rsidRDefault="005277EC" w:rsidP="00D12060">
            <w:pPr>
              <w:spacing w:beforeLines="50" w:before="120" w:line="256" w:lineRule="auto"/>
              <w:contextualSpacing/>
              <w:rPr>
                <w:rFonts w:ascii="Cambria" w:hAnsi="Cambria"/>
                <w:sz w:val="24"/>
                <w:szCs w:val="24"/>
              </w:rPr>
            </w:pPr>
          </w:p>
        </w:tc>
      </w:tr>
    </w:tbl>
    <w:p w14:paraId="71F4E6DE" w14:textId="77777777" w:rsidR="0041107A" w:rsidRDefault="0041107A"/>
    <w:sectPr w:rsidR="0041107A" w:rsidSect="00376C4A">
      <w:headerReference w:type="default" r:id="rId11"/>
      <w:footerReference w:type="default" r:id="rId12"/>
      <w:headerReference w:type="first" r:id="rId13"/>
      <w:pgSz w:w="11909" w:h="16834"/>
      <w:pgMar w:top="2602" w:right="1757" w:bottom="1656" w:left="2102" w:header="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8149FF" w14:textId="77777777" w:rsidR="0084644A" w:rsidRDefault="0084644A">
      <w:r>
        <w:separator/>
      </w:r>
    </w:p>
  </w:endnote>
  <w:endnote w:type="continuationSeparator" w:id="0">
    <w:p w14:paraId="77FAABEE" w14:textId="77777777" w:rsidR="0084644A" w:rsidRDefault="008464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alias w:val="PODNOZJE_KBF"/>
      <w:tag w:val="PODNOZJE_KBF"/>
      <w:id w:val="1300100003"/>
      <w:lock w:val="sdtContentLocked"/>
      <w:group/>
    </w:sdtPr>
    <w:sdtContent>
      <w:p w14:paraId="2EE54F1C" w14:textId="77777777" w:rsidR="00F760FB" w:rsidRDefault="00116D48">
        <w:pPr>
          <w:pStyle w:val="Podnoje"/>
          <w:jc w:val="right"/>
        </w:pPr>
        <w:r>
          <w:rPr>
            <w:sz w:val="20"/>
            <w:szCs w:val="20"/>
          </w:rPr>
          <w:fldChar w:fldCharType="begin"/>
        </w:r>
        <w:r>
          <w:rPr>
            <w:sz w:val="20"/>
            <w:szCs w:val="20"/>
          </w:rPr>
          <w:instrText xml:space="preserve"> PAGE  \* MERGEFORMAT </w:instrText>
        </w:r>
        <w:r>
          <w:rPr>
            <w:sz w:val="20"/>
            <w:szCs w:val="20"/>
          </w:rPr>
          <w:fldChar w:fldCharType="separate"/>
        </w:r>
        <w:r>
          <w:rPr>
            <w:sz w:val="20"/>
            <w:szCs w:val="20"/>
          </w:rPr>
          <w:t>2</w:t>
        </w:r>
        <w:r>
          <w:rPr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1E7F1C" w14:textId="77777777" w:rsidR="0084644A" w:rsidRDefault="0084644A">
      <w:r>
        <w:separator/>
      </w:r>
    </w:p>
  </w:footnote>
  <w:footnote w:type="continuationSeparator" w:id="0">
    <w:p w14:paraId="4A793ABC" w14:textId="77777777" w:rsidR="0084644A" w:rsidRDefault="008464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alias w:val="ZAGLAVLJE_KBF"/>
      <w:tag w:val="ZAGLAVLJE_KBF"/>
      <w:id w:val="1300100001"/>
      <w:lock w:val="sdtContentLocked"/>
      <w:group/>
    </w:sdtPr>
    <w:sdtContent>
      <w:p w14:paraId="5FA0AFF7" w14:textId="77777777" w:rsidR="00E56703" w:rsidRDefault="00000000">
        <w:pPr>
          <w:pStyle w:val="Zaglavlje"/>
          <w:spacing w:line="14" w:lineRule="exact"/>
        </w:pPr>
        <w:r>
          <w:rPr>
            <w:noProof/>
          </w:rPr>
          <w:drawing>
            <wp:anchor distT="0" distB="0" distL="0" distR="0" simplePos="0" relativeHeight="251650201" behindDoc="1" locked="1" layoutInCell="1" allowOverlap="1" wp14:anchorId="10192423" wp14:editId="2F8BFBB4">
              <wp:simplePos x="0" y="0"/>
              <wp:positionH relativeFrom="page">
                <wp:posOffset>722630</wp:posOffset>
              </wp:positionH>
              <wp:positionV relativeFrom="page">
                <wp:posOffset>680720</wp:posOffset>
              </wp:positionV>
              <wp:extent cx="506730" cy="511810"/>
              <wp:effectExtent l="0" t="0" r="0" b="0"/>
              <wp:wrapNone/>
              <wp:docPr id="201" name="Grb KBF mali"/>
              <wp:cNvGraphicFramePr>
                <a:graphicFrameLocks xmlns:a="http://schemas.openxmlformats.org/drawingml/2006/main" noSelect="1" noChangeAspect="1" noMove="1" noResize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" name="KBF"/>
                      <pic:cNvPicPr/>
                    </pic:nvPicPr>
                    <pic:blipFill>
                      <a:blip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06730" cy="51181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>
          <w:rPr>
            <w:noProof/>
          </w:rPr>
          <w:drawing>
            <wp:anchor distT="0" distB="0" distL="0" distR="0" simplePos="0" relativeHeight="251650202" behindDoc="1" locked="1" layoutInCell="1" allowOverlap="1" wp14:anchorId="2843E994" wp14:editId="5064ADA7">
              <wp:simplePos x="0" y="0"/>
              <wp:positionH relativeFrom="page">
                <wp:posOffset>1366520</wp:posOffset>
              </wp:positionH>
              <wp:positionV relativeFrom="page">
                <wp:posOffset>680720</wp:posOffset>
              </wp:positionV>
              <wp:extent cx="506730" cy="502920"/>
              <wp:effectExtent l="0" t="0" r="0" b="0"/>
              <wp:wrapNone/>
              <wp:docPr id="202" name="Grb Sveucilista mali"/>
              <wp:cNvGraphicFramePr>
                <a:graphicFrameLocks xmlns:a="http://schemas.openxmlformats.org/drawingml/2006/main" noSelect="1" noChangeAspect="1" noMove="1" noResize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UniZg"/>
                      <pic:cNvPicPr/>
                    </pic:nvPicPr>
                    <pic:blipFill>
                      <a:blip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06730" cy="50292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alias w:val="ZAGLAVLJE_KBF_PRVA"/>
      <w:tag w:val="ZAGLAVLJE_KBF_PRVA"/>
      <w:id w:val="1300100002"/>
      <w:lock w:val="sdtContentLocked"/>
      <w:group/>
    </w:sdtPr>
    <w:sdtContent>
      <w:p w14:paraId="071F7F5C" w14:textId="77777777" w:rsidR="00E56703" w:rsidRDefault="00000000">
        <w:pPr>
          <w:pStyle w:val="Zaglavlje"/>
          <w:spacing w:line="14" w:lineRule="exact"/>
        </w:pPr>
        <w:r>
          <w:rPr>
            <w:noProof/>
          </w:rPr>
          <w:drawing>
            <wp:anchor distT="0" distB="0" distL="0" distR="0" simplePos="0" relativeHeight="251650101" behindDoc="1" locked="1" layoutInCell="1" allowOverlap="1" wp14:anchorId="4166C62C" wp14:editId="1ECD4C0B">
              <wp:simplePos x="0" y="0"/>
              <wp:positionH relativeFrom="page">
                <wp:posOffset>393065</wp:posOffset>
              </wp:positionH>
              <wp:positionV relativeFrom="page">
                <wp:posOffset>667258</wp:posOffset>
              </wp:positionV>
              <wp:extent cx="845439" cy="808863"/>
              <wp:effectExtent l="0" t="0" r="0" b="0"/>
              <wp:wrapNone/>
              <wp:docPr id="101" name="Grb KBF"/>
              <wp:cNvGraphicFramePr>
                <a:graphicFrameLocks xmlns:a="http://schemas.openxmlformats.org/drawingml/2006/main" noSelect="1" noChangeAspect="1" noMove="1" noResize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KBF"/>
                      <pic:cNvPicPr/>
                    </pic:nvPicPr>
                    <pic:blipFill>
                      <a:blip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845439" cy="808863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>
          <w:rPr>
            <w:noProof/>
          </w:rPr>
          <w:drawing>
            <wp:anchor distT="0" distB="0" distL="0" distR="0" simplePos="0" relativeHeight="251650102" behindDoc="1" locked="1" layoutInCell="1" allowOverlap="1" wp14:anchorId="44EB1577" wp14:editId="09A35D69">
              <wp:simplePos x="0" y="0"/>
              <wp:positionH relativeFrom="page">
                <wp:posOffset>6137910</wp:posOffset>
              </wp:positionH>
              <wp:positionV relativeFrom="page">
                <wp:posOffset>667258</wp:posOffset>
              </wp:positionV>
              <wp:extent cx="786130" cy="776859"/>
              <wp:effectExtent l="0" t="0" r="0" b="0"/>
              <wp:wrapNone/>
              <wp:docPr id="102" name="Grb Sveucilista"/>
              <wp:cNvGraphicFramePr>
                <a:graphicFrameLocks xmlns:a="http://schemas.openxmlformats.org/drawingml/2006/main" noSelect="1" noChangeAspect="1" noMove="1" noResize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UniZg"/>
                      <pic:cNvPicPr/>
                    </pic:nvPicPr>
                    <pic:blipFill>
                      <a:blip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86130" cy="776859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>
          <w:rPr>
            <w:noProof/>
          </w:rPr>
          <w:drawing>
            <wp:anchor distT="0" distB="0" distL="0" distR="0" simplePos="0" relativeHeight="251650103" behindDoc="1" locked="1" layoutInCell="1" allowOverlap="1" wp14:anchorId="5B433D31" wp14:editId="3D8F558C">
              <wp:simplePos x="0" y="0"/>
              <wp:positionH relativeFrom="page">
                <wp:posOffset>1320800</wp:posOffset>
              </wp:positionH>
              <wp:positionV relativeFrom="page">
                <wp:posOffset>787400</wp:posOffset>
              </wp:positionV>
              <wp:extent cx="4140200" cy="431800"/>
              <wp:effectExtent l="0" t="0" r="0" b="0"/>
              <wp:wrapNone/>
              <wp:docPr id="103" name="Naziv ustanove"/>
              <wp:cNvGraphicFramePr>
                <a:graphicFrameLocks xmlns:a="http://schemas.openxmlformats.org/drawingml/2006/main" noSelect="1" noChangeAspect="1" noMove="1" noResize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" name="Naziv ustanove"/>
                      <pic:cNvPicPr/>
                    </pic:nvPicPr>
                    <pic:blipFill>
                      <a:blip r:embed="rId3">
                        <a:extLst>
                          <a:ext uri="{96DAC541-7B7A-43D3-8B79-37D633B846F1}">
                            <asvg:svgBlip xmlns:asvg="http://schemas.microsoft.com/office/drawing/2016/SVG/main" r:embed="rId4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140200" cy="431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>
          <w:rPr>
            <w:noProof/>
          </w:rPr>
          <w:drawing>
            <wp:anchor distT="0" distB="0" distL="0" distR="0" simplePos="0" relativeHeight="251650104" behindDoc="1" locked="1" layoutInCell="1" allowOverlap="1" wp14:anchorId="3ED1A00B" wp14:editId="0AF5AB14">
              <wp:simplePos x="0" y="0"/>
              <wp:positionH relativeFrom="page">
                <wp:posOffset>1257300</wp:posOffset>
              </wp:positionH>
              <wp:positionV relativeFrom="page">
                <wp:posOffset>9601200</wp:posOffset>
              </wp:positionV>
              <wp:extent cx="2946400" cy="685800"/>
              <wp:effectExtent l="0" t="0" r="0" b="0"/>
              <wp:wrapNone/>
              <wp:docPr id="104" name="Kontakt podaci"/>
              <wp:cNvGraphicFramePr>
                <a:graphicFrameLocks xmlns:a="http://schemas.openxmlformats.org/drawingml/2006/main" noSelect="1" noChangeAspect="1" noMove="1" noResize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" name="Kontakt podaci"/>
                      <pic:cNvPicPr/>
                    </pic:nvPicPr>
                    <pic:blipFill>
                      <a:blip r:embed="rId5">
                        <a:extLst>
                          <a:ext uri="{96DAC541-7B7A-43D3-8B79-37D633B846F1}">
                            <asvg:svgBlip xmlns:asvg="http://schemas.microsoft.com/office/drawing/2016/SVG/main" r:embed="rId6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946400" cy="685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71228108">
    <w:abstractNumId w:val="8"/>
  </w:num>
  <w:num w:numId="2" w16cid:durableId="1215965629">
    <w:abstractNumId w:val="6"/>
  </w:num>
  <w:num w:numId="3" w16cid:durableId="2053067883">
    <w:abstractNumId w:val="5"/>
  </w:num>
  <w:num w:numId="4" w16cid:durableId="1122572514">
    <w:abstractNumId w:val="4"/>
  </w:num>
  <w:num w:numId="5" w16cid:durableId="833028119">
    <w:abstractNumId w:val="7"/>
  </w:num>
  <w:num w:numId="6" w16cid:durableId="58524328">
    <w:abstractNumId w:val="3"/>
  </w:num>
  <w:num w:numId="7" w16cid:durableId="744647256">
    <w:abstractNumId w:val="2"/>
  </w:num>
  <w:num w:numId="8" w16cid:durableId="1078284997">
    <w:abstractNumId w:val="1"/>
  </w:num>
  <w:num w:numId="9" w16cid:durableId="17846884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77EC"/>
    <w:rsid w:val="000326ED"/>
    <w:rsid w:val="00034616"/>
    <w:rsid w:val="0006063C"/>
    <w:rsid w:val="00063C97"/>
    <w:rsid w:val="00116D48"/>
    <w:rsid w:val="0015074B"/>
    <w:rsid w:val="001766A1"/>
    <w:rsid w:val="0029639D"/>
    <w:rsid w:val="00326F90"/>
    <w:rsid w:val="00376C4A"/>
    <w:rsid w:val="0041107A"/>
    <w:rsid w:val="005277EC"/>
    <w:rsid w:val="006D564B"/>
    <w:rsid w:val="007A1388"/>
    <w:rsid w:val="0084644A"/>
    <w:rsid w:val="00A0668E"/>
    <w:rsid w:val="00AA1D8D"/>
    <w:rsid w:val="00B47730"/>
    <w:rsid w:val="00CB0664"/>
    <w:rsid w:val="00DE42E4"/>
    <w:rsid w:val="00E56703"/>
    <w:rsid w:val="00F760FB"/>
    <w:rsid w:val="00FC693F"/>
    <w:rsid w:val="00FD3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39C157F"/>
  <w14:defaultImageDpi w14:val="300"/>
  <w15:docId w15:val="{592C673F-428D-4269-A9C5-8FA6FF0E4F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mbria" w:hAnsi="Cambria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77E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 w:line="252" w:lineRule="auto"/>
      <w:outlineLvl w:val="0"/>
    </w:pPr>
    <w:rPr>
      <w:rFonts w:ascii="Cambria" w:eastAsia="Cambria" w:hAnsi="Cambria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line="252" w:lineRule="auto"/>
      <w:outlineLvl w:val="1"/>
    </w:pPr>
    <w:rPr>
      <w:rFonts w:ascii="Cambria" w:eastAsia="Cambria" w:hAnsi="Cambria" w:cstheme="majorBidi"/>
      <w:b/>
      <w:bCs/>
      <w:color w:val="4F81BD" w:themeColor="accent1"/>
      <w:sz w:val="26"/>
      <w:szCs w:val="26"/>
      <w:lang w:eastAsia="en-US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line="252" w:lineRule="auto"/>
      <w:outlineLvl w:val="2"/>
    </w:pPr>
    <w:rPr>
      <w:rFonts w:ascii="Cambria" w:eastAsia="Cambria" w:hAnsi="Cambria" w:cstheme="majorBidi"/>
      <w:b/>
      <w:bCs/>
      <w:color w:val="4F81BD" w:themeColor="accent1"/>
      <w:sz w:val="25"/>
      <w:szCs w:val="22"/>
      <w:lang w:eastAsia="en-US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line="252" w:lineRule="auto"/>
      <w:outlineLvl w:val="3"/>
    </w:pPr>
    <w:rPr>
      <w:rFonts w:ascii="Cambria" w:eastAsia="Cambria" w:hAnsi="Cambria" w:cstheme="majorBidi"/>
      <w:b/>
      <w:bCs/>
      <w:color w:val="4F81BD" w:themeColor="accent1"/>
      <w:sz w:val="25"/>
      <w:szCs w:val="22"/>
      <w:lang w:eastAsia="en-US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line="252" w:lineRule="auto"/>
      <w:outlineLvl w:val="4"/>
    </w:pPr>
    <w:rPr>
      <w:rFonts w:ascii="Cambria" w:eastAsia="Cambria" w:hAnsi="Cambria" w:cstheme="majorBidi"/>
      <w:color w:val="243F60" w:themeColor="accent1" w:themeShade="7F"/>
      <w:sz w:val="25"/>
      <w:szCs w:val="22"/>
      <w:lang w:eastAsia="en-US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line="252" w:lineRule="auto"/>
      <w:outlineLvl w:val="5"/>
    </w:pPr>
    <w:rPr>
      <w:rFonts w:ascii="Cambria" w:eastAsia="Cambria" w:hAnsi="Cambria" w:cstheme="majorBidi"/>
      <w:color w:val="243F60" w:themeColor="accent1" w:themeShade="7F"/>
      <w:sz w:val="25"/>
      <w:szCs w:val="22"/>
      <w:lang w:eastAsia="en-US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line="252" w:lineRule="auto"/>
      <w:outlineLvl w:val="6"/>
    </w:pPr>
    <w:rPr>
      <w:rFonts w:ascii="Cambria" w:eastAsia="Cambria" w:hAnsi="Cambria" w:cstheme="majorBidi"/>
      <w:color w:val="404040" w:themeColor="text1" w:themeTint="BF"/>
      <w:sz w:val="25"/>
      <w:szCs w:val="22"/>
      <w:lang w:eastAsia="en-US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line="252" w:lineRule="auto"/>
      <w:outlineLvl w:val="7"/>
    </w:pPr>
    <w:rPr>
      <w:rFonts w:ascii="Cambria" w:eastAsia="Cambria" w:hAnsi="Cambria" w:cstheme="majorBidi"/>
      <w:color w:val="4F81BD" w:themeColor="accent1"/>
      <w:lang w:eastAsia="en-US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line="252" w:lineRule="auto"/>
      <w:outlineLvl w:val="8"/>
    </w:pPr>
    <w:rPr>
      <w:rFonts w:ascii="Cambria" w:eastAsia="Cambria" w:hAnsi="Cambria" w:cstheme="majorBidi"/>
      <w:color w:val="404040" w:themeColor="text1" w:themeTint="BF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</w:pPr>
    <w:rPr>
      <w:rFonts w:ascii="Cambria" w:eastAsia="Cambria" w:hAnsi="Cambria" w:cs="Cambria"/>
      <w:sz w:val="25"/>
      <w:szCs w:val="22"/>
      <w:lang w:eastAsia="en-US"/>
    </w:r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</w:pPr>
    <w:rPr>
      <w:rFonts w:ascii="Cambria" w:eastAsia="Cambria" w:hAnsi="Cambria" w:cs="Cambria"/>
      <w:sz w:val="25"/>
      <w:szCs w:val="22"/>
      <w:lang w:eastAsia="en-US"/>
    </w:r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="Cambria" w:eastAsia="Cambria" w:hAnsi="Cambria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="Cambria" w:eastAsia="Cambria" w:hAnsi="Cambria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="Cambria" w:eastAsia="Cambria" w:hAnsi="Cambria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="Cambria" w:eastAsia="Cambria" w:hAnsi="Cambria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="Cambria" w:eastAsia="Cambria" w:hAnsi="Cambria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  <w:spacing w:line="252" w:lineRule="auto"/>
    </w:pPr>
    <w:rPr>
      <w:rFonts w:ascii="Cambria" w:eastAsia="Cambria" w:hAnsi="Cambria" w:cstheme="majorBidi"/>
      <w:color w:val="4F81BD" w:themeColor="accent1"/>
      <w:spacing w:val="15"/>
      <w:sz w:val="24"/>
      <w:szCs w:val="24"/>
      <w:lang w:eastAsia="en-US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="Cambria" w:eastAsia="Cambria" w:hAnsi="Cambria" w:cstheme="majorBidi"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spacing w:line="252" w:lineRule="auto"/>
      <w:ind w:left="720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 w:line="252" w:lineRule="auto"/>
    </w:pPr>
    <w:rPr>
      <w:rFonts w:ascii="Cambria" w:eastAsia="Cambria" w:hAnsi="Cambria" w:cs="Cambria"/>
      <w:sz w:val="25"/>
      <w:szCs w:val="22"/>
      <w:lang w:eastAsia="en-US"/>
    </w:r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  <w:rPr>
      <w:rFonts w:ascii="Cambria" w:eastAsia="Cambria" w:hAnsi="Cambria" w:cs="Cambria"/>
      <w:sz w:val="25"/>
      <w:szCs w:val="22"/>
      <w:lang w:eastAsia="en-US"/>
    </w:r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 w:line="252" w:lineRule="auto"/>
    </w:pPr>
    <w:rPr>
      <w:rFonts w:ascii="Cambria" w:eastAsia="Cambria" w:hAnsi="Cambria" w:cs="Cambria"/>
      <w:sz w:val="16"/>
      <w:szCs w:val="16"/>
      <w:lang w:eastAsia="en-US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spacing w:line="252" w:lineRule="auto"/>
      <w:ind w:left="360" w:hanging="360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Popis2">
    <w:name w:val="List 2"/>
    <w:basedOn w:val="Normal"/>
    <w:uiPriority w:val="99"/>
    <w:unhideWhenUsed/>
    <w:rsid w:val="00326F90"/>
    <w:pPr>
      <w:spacing w:line="252" w:lineRule="auto"/>
      <w:ind w:left="720" w:hanging="360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Popis3">
    <w:name w:val="List 3"/>
    <w:basedOn w:val="Normal"/>
    <w:uiPriority w:val="99"/>
    <w:unhideWhenUsed/>
    <w:rsid w:val="00326F90"/>
    <w:pPr>
      <w:spacing w:line="252" w:lineRule="auto"/>
      <w:ind w:left="1080" w:hanging="360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spacing w:line="252" w:lineRule="auto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spacing w:line="252" w:lineRule="auto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spacing w:line="252" w:lineRule="auto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spacing w:line="252" w:lineRule="auto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spacing w:line="252" w:lineRule="auto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spacing w:line="252" w:lineRule="auto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Nastavakpopisa">
    <w:name w:val="List Continue"/>
    <w:basedOn w:val="Normal"/>
    <w:uiPriority w:val="99"/>
    <w:unhideWhenUsed/>
    <w:rsid w:val="0029639D"/>
    <w:pPr>
      <w:spacing w:after="120" w:line="252" w:lineRule="auto"/>
      <w:ind w:left="360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Nastavakpopisa2">
    <w:name w:val="List Continue 2"/>
    <w:basedOn w:val="Normal"/>
    <w:uiPriority w:val="99"/>
    <w:unhideWhenUsed/>
    <w:rsid w:val="0029639D"/>
    <w:pPr>
      <w:spacing w:after="120" w:line="252" w:lineRule="auto"/>
      <w:ind w:left="720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Nastavakpopisa3">
    <w:name w:val="List Continue 3"/>
    <w:basedOn w:val="Normal"/>
    <w:uiPriority w:val="99"/>
    <w:unhideWhenUsed/>
    <w:rsid w:val="0029639D"/>
    <w:pPr>
      <w:spacing w:after="120" w:line="252" w:lineRule="auto"/>
      <w:ind w:left="1080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cs="Cambria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ambria" w:eastAsia="Cambria" w:hAnsi="Cambria" w:cs="Cambria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pPr>
      <w:spacing w:line="252" w:lineRule="auto"/>
    </w:pPr>
    <w:rPr>
      <w:rFonts w:ascii="Cambria" w:eastAsia="Cambria" w:hAnsi="Cambria" w:cs="Cambria"/>
      <w:color w:val="000000" w:themeColor="text1"/>
      <w:sz w:val="25"/>
      <w:szCs w:val="22"/>
      <w:lang w:eastAsia="en-US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="Cambria" w:eastAsia="Cambria" w:hAnsi="Cambria" w:cstheme="majorBidi"/>
      <w:b/>
      <w:b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="Cambria" w:eastAsia="Cambria" w:hAnsi="Cambria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="Cambria" w:eastAsia="Cambria" w:hAnsi="Cambria" w:cstheme="majorBidi"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="Cambria" w:eastAsia="Cambria" w:hAnsi="Cambria" w:cstheme="majorBidi"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="Cambria" w:eastAsia="Cambria" w:hAnsi="Cambria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="Cambria" w:eastAsia="Cambria" w:hAnsi="Cambria" w:cstheme="majorBidi"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rPr>
      <w:rFonts w:ascii="Cambria" w:eastAsia="Cambria" w:hAnsi="Cambria" w:cs="Cambria"/>
      <w:b/>
      <w:bCs/>
      <w:color w:val="4F81BD" w:themeColor="accent1"/>
      <w:sz w:val="18"/>
      <w:szCs w:val="18"/>
      <w:lang w:eastAsia="en-US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 w:line="252" w:lineRule="auto"/>
      <w:ind w:left="936" w:right="936"/>
    </w:pPr>
    <w:rPr>
      <w:rFonts w:ascii="Cambria" w:eastAsia="Cambria" w:hAnsi="Cambria" w:cs="Cambria"/>
      <w:b/>
      <w:bCs/>
      <w:color w:val="4F81BD" w:themeColor="accent1"/>
      <w:sz w:val="25"/>
      <w:szCs w:val="22"/>
      <w:lang w:eastAsia="en-US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Cambria" w:eastAsia="Cambria" w:hAnsi="Cambria" w:cstheme="majorBidi"/>
        <w:b/>
        <w:bCs/>
      </w:rPr>
    </w:tblStylePr>
    <w:tblStylePr w:type="lastCol">
      <w:rPr>
        <w:rFonts w:ascii="Cambria" w:eastAsia="Cambria" w:hAnsi="Cambria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="Cambria" w:eastAsia="Cambria" w:hAnsi="Cambria" w:cstheme="majorBidi"/>
        <w:b/>
        <w:bCs/>
      </w:rPr>
    </w:tblStylePr>
    <w:tblStylePr w:type="lastCol">
      <w:rPr>
        <w:rFonts w:ascii="Cambria" w:eastAsia="Cambria" w:hAnsi="Cambria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="Cambria" w:eastAsia="Cambria" w:hAnsi="Cambria" w:cstheme="majorBidi"/>
        <w:b/>
        <w:bCs/>
      </w:rPr>
    </w:tblStylePr>
    <w:tblStylePr w:type="lastCol">
      <w:rPr>
        <w:rFonts w:ascii="Cambria" w:eastAsia="Cambria" w:hAnsi="Cambria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="Cambria" w:eastAsia="Cambria" w:hAnsi="Cambria" w:cstheme="majorBidi"/>
        <w:b/>
        <w:bCs/>
      </w:rPr>
    </w:tblStylePr>
    <w:tblStylePr w:type="lastCol">
      <w:rPr>
        <w:rFonts w:ascii="Cambria" w:eastAsia="Cambria" w:hAnsi="Cambria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="Cambria" w:eastAsia="Cambria" w:hAnsi="Cambria" w:cstheme="majorBidi"/>
        <w:b/>
        <w:bCs/>
      </w:rPr>
    </w:tblStylePr>
    <w:tblStylePr w:type="lastCol">
      <w:rPr>
        <w:rFonts w:ascii="Cambria" w:eastAsia="Cambria" w:hAnsi="Cambria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="Cambria" w:eastAsia="Cambria" w:hAnsi="Cambria" w:cstheme="majorBidi"/>
        <w:b/>
        <w:bCs/>
      </w:rPr>
    </w:tblStylePr>
    <w:tblStylePr w:type="lastCol">
      <w:rPr>
        <w:rFonts w:ascii="Cambria" w:eastAsia="Cambria" w:hAnsi="Cambria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="Cambria" w:eastAsia="Cambria" w:hAnsi="Cambria" w:cstheme="majorBidi"/>
        <w:b/>
        <w:bCs/>
      </w:rPr>
    </w:tblStylePr>
    <w:tblStylePr w:type="lastCol">
      <w:rPr>
        <w:rFonts w:ascii="Cambria" w:eastAsia="Cambria" w:hAnsi="Cambria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="Cambria" w:eastAsia="Cambria" w:hAnsi="Cambria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="Cambria" w:eastAsia="Cambria" w:hAnsi="Cambria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="Cambria" w:eastAsia="Cambria" w:hAnsi="Cambria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="Cambria" w:eastAsia="Cambria" w:hAnsi="Cambria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="Cambria" w:eastAsia="Cambria" w:hAnsi="Cambria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="Cambria" w:eastAsia="Cambria" w:hAnsi="Cambria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="Cambria" w:eastAsia="Cambria" w:hAnsi="Cambria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FormPlaceholder">
    <w:name w:val="FormPlaceholder"/>
    <w:rPr>
      <w:rFonts w:ascii="Cambria" w:eastAsia="Cambria" w:hAnsi="Cambria" w:cs="Cambria"/>
      <w:color w:val="000000"/>
      <w:sz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svg"/><Relationship Id="rId5" Type="http://schemas.openxmlformats.org/officeDocument/2006/relationships/image" Target="media/image5.png"/><Relationship Id="rId4" Type="http://schemas.openxmlformats.org/officeDocument/2006/relationships/image" Target="media/image4.sv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keresa\OneDrive%20-%20kbf.hr\Desktop\Obrasci%20s%20weba\KBF_memorandum_2026_praza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F083A5185567B4A874F4F27B5EA56D5" ma:contentTypeVersion="12" ma:contentTypeDescription="Stvaranje novog dokumenta." ma:contentTypeScope="" ma:versionID="cedfdd96a32077881b56ee199935921e">
  <xsd:schema xmlns:xsd="http://www.w3.org/2001/XMLSchema" xmlns:xs="http://www.w3.org/2001/XMLSchema" xmlns:p="http://schemas.microsoft.com/office/2006/metadata/properties" xmlns:ns2="64e87b53-eeb6-4f1b-b64a-a71184714749" xmlns:ns3="79e3d9cf-1858-4d2b-9a76-b668d86adea0" targetNamespace="http://schemas.microsoft.com/office/2006/metadata/properties" ma:root="true" ma:fieldsID="f1a5eb45ea3083b3f9c47499ead34531" ns2:_="" ns3:_="">
    <xsd:import namespace="64e87b53-eeb6-4f1b-b64a-a71184714749"/>
    <xsd:import namespace="79e3d9cf-1858-4d2b-9a76-b668d86ade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e87b53-eeb6-4f1b-b64a-a7118471474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Oznake slika" ma:readOnly="false" ma:fieldId="{5cf76f15-5ced-4ddc-b409-7134ff3c332f}" ma:taxonomyMulti="true" ma:sspId="d02825fa-fad5-47e3-87b0-561ed47aacf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e3d9cf-1858-4d2b-9a76-b668d86adea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61984ff-0189-47c4-bff6-293c7e96a393}" ma:internalName="TaxCatchAll" ma:showField="CatchAllData" ma:web="79e3d9cf-1858-4d2b-9a76-b668d86adea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9e3d9cf-1858-4d2b-9a76-b668d86adea0" xsi:nil="true"/>
    <lcf76f155ced4ddcb4097134ff3c332f xmlns="64e87b53-eeb6-4f1b-b64a-a71184714749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9498C00-2CB1-4FEA-B219-2CA64A7C55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e87b53-eeb6-4f1b-b64a-a71184714749"/>
    <ds:schemaRef ds:uri="79e3d9cf-1858-4d2b-9a76-b668d86ade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4BFDB6F-F43A-461A-9C0D-A8A35BB94905}">
  <ds:schemaRefs>
    <ds:schemaRef ds:uri="http://schemas.microsoft.com/office/2006/metadata/properties"/>
    <ds:schemaRef ds:uri="http://schemas.microsoft.com/office/infopath/2007/PartnerControls"/>
    <ds:schemaRef ds:uri="79e3d9cf-1858-4d2b-9a76-b668d86adea0"/>
    <ds:schemaRef ds:uri="64e87b53-eeb6-4f1b-b64a-a71184714749"/>
  </ds:schemaRefs>
</ds:datastoreItem>
</file>

<file path=customXml/itemProps4.xml><?xml version="1.0" encoding="utf-8"?>
<ds:datastoreItem xmlns:ds="http://schemas.openxmlformats.org/officeDocument/2006/customXml" ds:itemID="{A63C729C-6894-4327-B6EF-766FEAB5217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KBF_memorandum_2026_prazan.dotx</Template>
  <TotalTime>1</TotalTime>
  <Pages>1</Pages>
  <Words>114</Words>
  <Characters>655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768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KBF memorandum – prazan</dc:title>
  <dc:subject/>
  <dc:creator>Maja MK. Keresa</dc:creator>
  <cp:keywords/>
  <dc:description>generated by python-docx</dc:description>
  <cp:lastModifiedBy>Maja Kereša</cp:lastModifiedBy>
  <cp:revision>1</cp:revision>
  <dcterms:created xsi:type="dcterms:W3CDTF">2026-09-17T13:49:00Z</dcterms:created>
  <dcterms:modified xsi:type="dcterms:W3CDTF">2026-09-17T13:50:00Z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0x0101003F083A5185567B4A874F4F27B5EA56D5</vt:lpwstr>
  </property>
  <property fmtid="{D5CDD505-2E9C-101B-9397-08002B2CF9AE}" pid="3" name="MediaServiceImageTags">
    <vt:lpwstr/>
  </property>
</Properties>
</file>