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95BE1" w14:textId="77777777" w:rsidR="00AC7A7D" w:rsidRDefault="00AC7A7D">
      <w:pPr>
        <w:spacing w:line="240" w:lineRule="auto"/>
      </w:pPr>
    </w:p>
    <w:p w14:paraId="24651A51" w14:textId="77777777" w:rsidR="0078749F" w:rsidRDefault="00AC7A7D">
      <w:pPr>
        <w:spacing w:line="240" w:lineRule="auto"/>
        <w:rPr>
          <w:sz w:val="24"/>
          <w:szCs w:val="24"/>
        </w:rPr>
      </w:pPr>
      <w:r w:rsidRPr="00AC7A7D">
        <w:rPr>
          <w:sz w:val="24"/>
          <w:szCs w:val="24"/>
        </w:rPr>
        <w:t>Podnositelj Prijedloga: ________________________</w:t>
      </w:r>
      <w:r w:rsidR="0078749F">
        <w:rPr>
          <w:sz w:val="24"/>
          <w:szCs w:val="24"/>
        </w:rPr>
        <w:t xml:space="preserve"> </w:t>
      </w:r>
    </w:p>
    <w:p w14:paraId="6AA08700" w14:textId="402346EF" w:rsidR="00AC7A7D" w:rsidRPr="0078749F" w:rsidRDefault="00AC7A7D">
      <w:pPr>
        <w:spacing w:line="240" w:lineRule="auto"/>
        <w:rPr>
          <w:sz w:val="24"/>
          <w:szCs w:val="24"/>
        </w:rPr>
      </w:pPr>
      <w:r w:rsidRPr="00AC7A7D">
        <w:rPr>
          <w:sz w:val="22"/>
        </w:rPr>
        <w:t>(titula, ime i prezime)</w:t>
      </w:r>
    </w:p>
    <w:p w14:paraId="1B882125" w14:textId="77777777" w:rsidR="00AC7A7D" w:rsidRDefault="00AC7A7D">
      <w:pPr>
        <w:spacing w:line="240" w:lineRule="auto"/>
        <w:rPr>
          <w:sz w:val="22"/>
        </w:rPr>
      </w:pPr>
    </w:p>
    <w:p w14:paraId="374C73E9" w14:textId="77777777" w:rsidR="00AC7A7D" w:rsidRDefault="00AC7A7D" w:rsidP="00AC7A7D">
      <w:pPr>
        <w:jc w:val="right"/>
        <w:rPr>
          <w:b/>
          <w:bCs/>
          <w:sz w:val="24"/>
          <w:szCs w:val="24"/>
        </w:rPr>
      </w:pPr>
      <w:r w:rsidRPr="00622159">
        <w:rPr>
          <w:b/>
          <w:bCs/>
          <w:sz w:val="24"/>
          <w:szCs w:val="24"/>
        </w:rPr>
        <w:t>Povjerenstv</w:t>
      </w:r>
      <w:r>
        <w:rPr>
          <w:b/>
          <w:bCs/>
          <w:sz w:val="24"/>
          <w:szCs w:val="24"/>
        </w:rPr>
        <w:t>u</w:t>
      </w:r>
      <w:r w:rsidRPr="00622159">
        <w:rPr>
          <w:b/>
          <w:bCs/>
          <w:sz w:val="24"/>
          <w:szCs w:val="24"/>
        </w:rPr>
        <w:t xml:space="preserve"> za izdavačku djelatnost</w:t>
      </w:r>
    </w:p>
    <w:p w14:paraId="662ED66B" w14:textId="77777777" w:rsidR="00AC7A7D" w:rsidRDefault="00AC7A7D">
      <w:pPr>
        <w:spacing w:line="240" w:lineRule="auto"/>
        <w:rPr>
          <w:sz w:val="22"/>
        </w:rPr>
      </w:pPr>
    </w:p>
    <w:tbl>
      <w:tblPr>
        <w:tblStyle w:val="Reetkatablice"/>
        <w:tblW w:w="0" w:type="auto"/>
        <w:tblInd w:w="-856" w:type="dxa"/>
        <w:tblLook w:val="04A0" w:firstRow="1" w:lastRow="0" w:firstColumn="1" w:lastColumn="0" w:noHBand="0" w:noVBand="1"/>
      </w:tblPr>
      <w:tblGrid>
        <w:gridCol w:w="2992"/>
        <w:gridCol w:w="5904"/>
      </w:tblGrid>
      <w:tr w:rsidR="00AC7A7D" w:rsidRPr="00622159" w14:paraId="31EA5760" w14:textId="77777777" w:rsidTr="00AC7A7D">
        <w:trPr>
          <w:trHeight w:val="943"/>
        </w:trPr>
        <w:tc>
          <w:tcPr>
            <w:tcW w:w="8896" w:type="dxa"/>
            <w:gridSpan w:val="2"/>
            <w:shd w:val="clear" w:color="auto" w:fill="F2F2F2" w:themeFill="background1" w:themeFillShade="F2"/>
          </w:tcPr>
          <w:p w14:paraId="359974B8" w14:textId="77777777" w:rsidR="00AC7A7D" w:rsidRPr="00622159" w:rsidRDefault="00AC7A7D" w:rsidP="00331AC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622159">
              <w:rPr>
                <w:b/>
                <w:sz w:val="24"/>
                <w:szCs w:val="24"/>
              </w:rPr>
              <w:t>Prijedlog za uvrštenje rukopisa u plan izdavačke djelatnosti</w:t>
            </w:r>
          </w:p>
          <w:p w14:paraId="5B1F896A" w14:textId="77777777" w:rsidR="00AC7A7D" w:rsidRPr="00AC7A7D" w:rsidRDefault="00AC7A7D" w:rsidP="00331AC2">
            <w:pPr>
              <w:spacing w:line="276" w:lineRule="auto"/>
              <w:jc w:val="center"/>
              <w:rPr>
                <w:sz w:val="17"/>
                <w:szCs w:val="17"/>
              </w:rPr>
            </w:pPr>
            <w:r w:rsidRPr="00AC7A7D">
              <w:rPr>
                <w:sz w:val="17"/>
                <w:szCs w:val="17"/>
              </w:rPr>
              <w:t xml:space="preserve">(Usp. Pravilnik o izdavačkoj djelatnosti Katoličkoga bogoslovnog fakulteta Sveučilišta u Zagrebu </w:t>
            </w:r>
          </w:p>
          <w:p w14:paraId="63E79ECB" w14:textId="77777777" w:rsidR="00AC7A7D" w:rsidRPr="00AC7A7D" w:rsidRDefault="00AC7A7D" w:rsidP="00331AC2">
            <w:pPr>
              <w:spacing w:line="276" w:lineRule="auto"/>
              <w:jc w:val="center"/>
              <w:rPr>
                <w:sz w:val="17"/>
                <w:szCs w:val="17"/>
              </w:rPr>
            </w:pPr>
            <w:hyperlink r:id="rId11" w:history="1">
              <w:r w:rsidRPr="00AC7A7D">
                <w:rPr>
                  <w:rStyle w:val="Hiperveza"/>
                  <w:sz w:val="17"/>
                  <w:szCs w:val="17"/>
                </w:rPr>
                <w:t>https://www.kbf.unizg.hr/wp-content/uploads/2015/05/Pravilnik-o-izdava%C4%8Dkoj-djelatnosti-KBF-a.pdf</w:t>
              </w:r>
            </w:hyperlink>
            <w:r w:rsidRPr="00AC7A7D">
              <w:rPr>
                <w:sz w:val="17"/>
                <w:szCs w:val="17"/>
              </w:rPr>
              <w:t xml:space="preserve"> )</w:t>
            </w:r>
          </w:p>
          <w:p w14:paraId="47C3B22E" w14:textId="77777777" w:rsidR="00AC7A7D" w:rsidRPr="006876BC" w:rsidRDefault="00AC7A7D" w:rsidP="00AC7A7D">
            <w:pPr>
              <w:pStyle w:val="Odlomakpopisa"/>
              <w:numPr>
                <w:ilvl w:val="0"/>
                <w:numId w:val="12"/>
              </w:numPr>
              <w:spacing w:line="276" w:lineRule="auto"/>
              <w:jc w:val="center"/>
              <w:rPr>
                <w:sz w:val="18"/>
                <w:szCs w:val="18"/>
              </w:rPr>
            </w:pPr>
          </w:p>
          <w:p w14:paraId="39975FC9" w14:textId="77777777" w:rsidR="00AC7A7D" w:rsidRPr="008761B0" w:rsidRDefault="00AC7A7D" w:rsidP="00331AC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8761B0">
              <w:rPr>
                <w:b/>
                <w:bCs/>
                <w:sz w:val="20"/>
                <w:szCs w:val="20"/>
                <w:u w:val="single"/>
              </w:rPr>
              <w:t>Ispunjeni i potpisani Obrazac</w:t>
            </w:r>
            <w:r w:rsidRPr="008761B0">
              <w:rPr>
                <w:b/>
                <w:bCs/>
                <w:sz w:val="20"/>
                <w:szCs w:val="20"/>
              </w:rPr>
              <w:t xml:space="preserve"> s prilogom/prilozima</w:t>
            </w:r>
            <w:r w:rsidRPr="008761B0">
              <w:rPr>
                <w:sz w:val="20"/>
                <w:szCs w:val="20"/>
              </w:rPr>
              <w:t xml:space="preserve"> potrebno je najkasnije </w:t>
            </w:r>
            <w:r w:rsidRPr="008761B0">
              <w:rPr>
                <w:b/>
                <w:bCs/>
                <w:sz w:val="20"/>
                <w:szCs w:val="20"/>
              </w:rPr>
              <w:t>do 30. studenoga 2026.</w:t>
            </w:r>
            <w:r w:rsidRPr="008761B0">
              <w:rPr>
                <w:sz w:val="20"/>
                <w:szCs w:val="20"/>
              </w:rPr>
              <w:t xml:space="preserve"> dostaviti  Uredu dekana, u elektroničkom obliku, potpisano na e-adresu: </w:t>
            </w:r>
            <w:hyperlink r:id="rId12" w:history="1">
              <w:r w:rsidRPr="008761B0">
                <w:rPr>
                  <w:rStyle w:val="Hiperveza"/>
                  <w:sz w:val="20"/>
                  <w:szCs w:val="20"/>
                </w:rPr>
                <w:t>ured@kbf.unizg.hr</w:t>
              </w:r>
            </w:hyperlink>
          </w:p>
          <w:p w14:paraId="7F426A06" w14:textId="77777777" w:rsidR="00AC7A7D" w:rsidRPr="00E713A3" w:rsidRDefault="00AC7A7D" w:rsidP="00331AC2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</w:tr>
      <w:tr w:rsidR="00AC7A7D" w:rsidRPr="00622159" w14:paraId="362F7C6C" w14:textId="77777777" w:rsidTr="00AC7A7D">
        <w:trPr>
          <w:trHeight w:val="2873"/>
        </w:trPr>
        <w:tc>
          <w:tcPr>
            <w:tcW w:w="2992" w:type="dxa"/>
            <w:shd w:val="clear" w:color="auto" w:fill="F2F2F2" w:themeFill="background1" w:themeFillShade="F2"/>
          </w:tcPr>
          <w:p w14:paraId="0626C6A2" w14:textId="77777777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>Vrsta i oblik publikacije</w:t>
            </w:r>
          </w:p>
          <w:p w14:paraId="189EF6A4" w14:textId="20175BC2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>(Zaokružiti: T-tiskani oblik; E-elektronički oblik</w:t>
            </w:r>
            <w:r w:rsidR="008572B7">
              <w:rPr>
                <w:b/>
                <w:sz w:val="22"/>
              </w:rPr>
              <w:t>)</w:t>
            </w:r>
          </w:p>
        </w:tc>
        <w:tc>
          <w:tcPr>
            <w:tcW w:w="5904" w:type="dxa"/>
          </w:tcPr>
          <w:p w14:paraId="2568B77D" w14:textId="77777777" w:rsidR="00AC7A7D" w:rsidRPr="00622159" w:rsidRDefault="00AC7A7D" w:rsidP="00331AC2">
            <w:pPr>
              <w:rPr>
                <w:sz w:val="22"/>
              </w:rPr>
            </w:pPr>
            <w:r w:rsidRPr="001D26D2">
              <w:rPr>
                <w:sz w:val="22"/>
                <w:lang w:val="it-IT"/>
              </w:rPr>
              <w:t>a</w:t>
            </w:r>
            <w:r w:rsidRPr="00622159">
              <w:rPr>
                <w:sz w:val="22"/>
              </w:rPr>
              <w:t xml:space="preserve">) Knjiga </w:t>
            </w:r>
          </w:p>
          <w:p w14:paraId="3D53FBF2" w14:textId="77777777" w:rsidR="00AC7A7D" w:rsidRPr="00622159" w:rsidRDefault="00AC7A7D" w:rsidP="00331AC2">
            <w:pPr>
              <w:tabs>
                <w:tab w:val="left" w:pos="403"/>
              </w:tabs>
              <w:rPr>
                <w:sz w:val="22"/>
              </w:rPr>
            </w:pP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sym w:font="Symbol" w:char="F07F"/>
            </w:r>
            <w:r w:rsidRPr="00622159">
              <w:rPr>
                <w:sz w:val="22"/>
              </w:rPr>
              <w:t xml:space="preserve"> monografija    </w:t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  <w:t xml:space="preserve">T – E </w:t>
            </w:r>
          </w:p>
          <w:p w14:paraId="59F53BF8" w14:textId="77777777" w:rsidR="00AC7A7D" w:rsidRPr="00622159" w:rsidRDefault="00AC7A7D" w:rsidP="00331AC2">
            <w:pPr>
              <w:tabs>
                <w:tab w:val="left" w:pos="419"/>
              </w:tabs>
              <w:rPr>
                <w:sz w:val="22"/>
              </w:rPr>
            </w:pP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sym w:font="Symbol" w:char="F07F"/>
            </w:r>
            <w:r w:rsidRPr="00622159">
              <w:rPr>
                <w:sz w:val="22"/>
              </w:rPr>
              <w:t xml:space="preserve"> (sveučilišni) udžbenik   </w:t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  <w:t xml:space="preserve">T – E </w:t>
            </w:r>
          </w:p>
          <w:p w14:paraId="300A76C1" w14:textId="77777777" w:rsidR="00AC7A7D" w:rsidRPr="00622159" w:rsidRDefault="00AC7A7D" w:rsidP="00331AC2">
            <w:pPr>
              <w:tabs>
                <w:tab w:val="left" w:pos="438"/>
              </w:tabs>
              <w:rPr>
                <w:sz w:val="22"/>
              </w:rPr>
            </w:pP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sym w:font="Symbol" w:char="F07F"/>
            </w:r>
            <w:r w:rsidRPr="00622159">
              <w:rPr>
                <w:sz w:val="22"/>
              </w:rPr>
              <w:t xml:space="preserve"> nastavni priručnik        </w:t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  <w:t xml:space="preserve">T – E </w:t>
            </w:r>
          </w:p>
          <w:p w14:paraId="1C7AA5E7" w14:textId="77777777" w:rsidR="00AC7A7D" w:rsidRPr="00622159" w:rsidRDefault="00AC7A7D" w:rsidP="00331AC2">
            <w:pPr>
              <w:tabs>
                <w:tab w:val="left" w:pos="419"/>
              </w:tabs>
              <w:rPr>
                <w:sz w:val="22"/>
              </w:rPr>
            </w:pP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sym w:font="Symbol" w:char="F07F"/>
            </w:r>
            <w:r w:rsidRPr="00622159">
              <w:rPr>
                <w:sz w:val="22"/>
              </w:rPr>
              <w:t xml:space="preserve"> zbornik radova            </w:t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  <w:t xml:space="preserve">T – E </w:t>
            </w:r>
          </w:p>
          <w:p w14:paraId="283B55F4" w14:textId="4CE7E9B2" w:rsidR="00AC7A7D" w:rsidRPr="00622159" w:rsidRDefault="00AC7A7D" w:rsidP="00331AC2">
            <w:pPr>
              <w:tabs>
                <w:tab w:val="left" w:pos="438"/>
                <w:tab w:val="left" w:pos="3549"/>
              </w:tabs>
              <w:rPr>
                <w:sz w:val="22"/>
              </w:rPr>
            </w:pP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sym w:font="Symbol" w:char="F07F"/>
            </w:r>
            <w:r w:rsidRPr="00622159">
              <w:rPr>
                <w:sz w:val="22"/>
              </w:rPr>
              <w:t xml:space="preserve"> ostalo: ____________________</w:t>
            </w:r>
            <w:r w:rsidRPr="00622159">
              <w:rPr>
                <w:sz w:val="22"/>
              </w:rPr>
              <w:tab/>
            </w:r>
            <w:r w:rsidR="00C4452B">
              <w:rPr>
                <w:sz w:val="22"/>
              </w:rPr>
              <w:t xml:space="preserve"> </w:t>
            </w:r>
            <w:r w:rsidRPr="00622159">
              <w:rPr>
                <w:sz w:val="22"/>
              </w:rPr>
              <w:t>T – E</w:t>
            </w:r>
          </w:p>
          <w:p w14:paraId="075D2C9D" w14:textId="77777777" w:rsidR="00AC7A7D" w:rsidRPr="00622159" w:rsidRDefault="00AC7A7D" w:rsidP="00331AC2">
            <w:pPr>
              <w:rPr>
                <w:sz w:val="22"/>
              </w:rPr>
            </w:pPr>
            <w:r w:rsidRPr="00622159">
              <w:rPr>
                <w:sz w:val="22"/>
              </w:rPr>
              <w:t>b) Skripta</w:t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  <w:t>T – E</w:t>
            </w:r>
          </w:p>
          <w:p w14:paraId="1C8534A4" w14:textId="77777777" w:rsidR="00AC7A7D" w:rsidRPr="00622159" w:rsidRDefault="00AC7A7D" w:rsidP="00331AC2">
            <w:pPr>
              <w:rPr>
                <w:sz w:val="22"/>
              </w:rPr>
            </w:pPr>
            <w:r w:rsidRPr="00622159">
              <w:rPr>
                <w:sz w:val="22"/>
              </w:rPr>
              <w:t xml:space="preserve">c) Brošura </w:t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  <w:t>T – E</w:t>
            </w:r>
          </w:p>
          <w:p w14:paraId="3D41347F" w14:textId="77777777" w:rsidR="00AC7A7D" w:rsidRPr="00622159" w:rsidRDefault="00AC7A7D" w:rsidP="00331AC2">
            <w:pPr>
              <w:rPr>
                <w:sz w:val="22"/>
              </w:rPr>
            </w:pPr>
            <w:r w:rsidRPr="00622159">
              <w:rPr>
                <w:sz w:val="22"/>
              </w:rPr>
              <w:t xml:space="preserve">d) Časopis </w:t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  <w:t>T – E</w:t>
            </w:r>
          </w:p>
          <w:p w14:paraId="0987B977" w14:textId="77777777" w:rsidR="00AC7A7D" w:rsidRPr="00622159" w:rsidRDefault="00AC7A7D" w:rsidP="00331AC2">
            <w:pPr>
              <w:rPr>
                <w:sz w:val="22"/>
              </w:rPr>
            </w:pPr>
            <w:r w:rsidRPr="00622159">
              <w:rPr>
                <w:sz w:val="22"/>
              </w:rPr>
              <w:t>e) Nosač zvuka</w:t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</w:r>
            <w:r w:rsidRPr="00622159">
              <w:rPr>
                <w:sz w:val="22"/>
              </w:rPr>
              <w:tab/>
              <w:t>T – E</w:t>
            </w:r>
          </w:p>
          <w:p w14:paraId="36E2CF17" w14:textId="48069704" w:rsidR="00AC7A7D" w:rsidRPr="00622159" w:rsidRDefault="00AC7A7D" w:rsidP="00331AC2">
            <w:pPr>
              <w:tabs>
                <w:tab w:val="left" w:pos="3559"/>
              </w:tabs>
              <w:rPr>
                <w:sz w:val="22"/>
              </w:rPr>
            </w:pPr>
            <w:r w:rsidRPr="00622159">
              <w:rPr>
                <w:sz w:val="22"/>
              </w:rPr>
              <w:t>f) Ostalo: ________________________</w:t>
            </w:r>
            <w:r w:rsidR="00C4452B">
              <w:rPr>
                <w:sz w:val="22"/>
              </w:rPr>
              <w:t>_________</w:t>
            </w:r>
            <w:r w:rsidRPr="00622159">
              <w:rPr>
                <w:sz w:val="22"/>
              </w:rPr>
              <w:t>T – E</w:t>
            </w:r>
          </w:p>
        </w:tc>
      </w:tr>
      <w:tr w:rsidR="00AC7A7D" w:rsidRPr="00622159" w14:paraId="451F0F1E" w14:textId="77777777" w:rsidTr="00AC7A7D">
        <w:trPr>
          <w:trHeight w:val="2203"/>
        </w:trPr>
        <w:tc>
          <w:tcPr>
            <w:tcW w:w="2992" w:type="dxa"/>
            <w:shd w:val="clear" w:color="auto" w:fill="F2F2F2" w:themeFill="background1" w:themeFillShade="F2"/>
          </w:tcPr>
          <w:p w14:paraId="56C5179F" w14:textId="77777777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 xml:space="preserve">Djelo će se koristiti u nastavi </w:t>
            </w:r>
          </w:p>
        </w:tc>
        <w:tc>
          <w:tcPr>
            <w:tcW w:w="5904" w:type="dxa"/>
          </w:tcPr>
          <w:p w14:paraId="6228072D" w14:textId="77777777" w:rsidR="00AC7A7D" w:rsidRDefault="00AC7A7D" w:rsidP="00331AC2">
            <w:pPr>
              <w:jc w:val="center"/>
              <w:rPr>
                <w:color w:val="000000" w:themeColor="text1"/>
                <w:sz w:val="22"/>
              </w:rPr>
            </w:pPr>
          </w:p>
          <w:p w14:paraId="34A83013" w14:textId="77777777" w:rsidR="00AC7A7D" w:rsidRPr="00622159" w:rsidRDefault="00AC7A7D" w:rsidP="008572B7">
            <w:pPr>
              <w:rPr>
                <w:color w:val="000000" w:themeColor="text1"/>
                <w:sz w:val="22"/>
              </w:rPr>
            </w:pPr>
            <w:r w:rsidRPr="00622159">
              <w:rPr>
                <w:color w:val="000000" w:themeColor="text1"/>
                <w:sz w:val="22"/>
              </w:rPr>
              <w:t>DA – NE</w:t>
            </w:r>
          </w:p>
          <w:p w14:paraId="334923DE" w14:textId="77777777" w:rsidR="00AC7A7D" w:rsidRPr="00622159" w:rsidRDefault="00AC7A7D" w:rsidP="00331AC2">
            <w:pPr>
              <w:jc w:val="center"/>
              <w:rPr>
                <w:color w:val="000000" w:themeColor="text1"/>
                <w:sz w:val="22"/>
              </w:rPr>
            </w:pPr>
          </w:p>
          <w:p w14:paraId="17F1C2C2" w14:textId="26F76AF9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  <w:r w:rsidRPr="00622159">
              <w:rPr>
                <w:color w:val="000000" w:themeColor="text1"/>
                <w:sz w:val="22"/>
              </w:rPr>
              <w:t>Za kolegij(e): ___________________________________________________________</w:t>
            </w:r>
            <w:r w:rsidR="008572B7">
              <w:rPr>
                <w:color w:val="000000" w:themeColor="text1"/>
                <w:sz w:val="22"/>
              </w:rPr>
              <w:t>_________</w:t>
            </w:r>
          </w:p>
          <w:p w14:paraId="30C94E6A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  <w:p w14:paraId="35D20C5B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  <w:r w:rsidRPr="00622159">
              <w:rPr>
                <w:color w:val="000000" w:themeColor="text1"/>
                <w:sz w:val="22"/>
              </w:rPr>
              <w:t>Status (zaokružiti):</w:t>
            </w:r>
          </w:p>
          <w:p w14:paraId="5630BC59" w14:textId="77777777" w:rsidR="00AC7A7D" w:rsidRPr="00622159" w:rsidRDefault="00AC7A7D" w:rsidP="00AC7A7D">
            <w:pPr>
              <w:numPr>
                <w:ilvl w:val="0"/>
                <w:numId w:val="10"/>
              </w:numPr>
              <w:spacing w:line="240" w:lineRule="auto"/>
              <w:contextualSpacing/>
              <w:rPr>
                <w:color w:val="000000" w:themeColor="text1"/>
                <w:sz w:val="22"/>
              </w:rPr>
            </w:pPr>
            <w:r w:rsidRPr="00622159">
              <w:rPr>
                <w:color w:val="000000" w:themeColor="text1"/>
                <w:sz w:val="22"/>
              </w:rPr>
              <w:t>Obvezna literatura</w:t>
            </w:r>
          </w:p>
          <w:p w14:paraId="26B69280" w14:textId="77777777" w:rsidR="00AC7A7D" w:rsidRPr="00622159" w:rsidRDefault="00AC7A7D" w:rsidP="00AC7A7D">
            <w:pPr>
              <w:numPr>
                <w:ilvl w:val="0"/>
                <w:numId w:val="10"/>
              </w:numPr>
              <w:spacing w:line="240" w:lineRule="auto"/>
              <w:contextualSpacing/>
              <w:rPr>
                <w:color w:val="000000" w:themeColor="text1"/>
                <w:sz w:val="22"/>
              </w:rPr>
            </w:pPr>
            <w:r w:rsidRPr="00622159">
              <w:rPr>
                <w:color w:val="000000" w:themeColor="text1"/>
                <w:sz w:val="22"/>
              </w:rPr>
              <w:t>Preporučena literatura</w:t>
            </w:r>
          </w:p>
        </w:tc>
      </w:tr>
      <w:tr w:rsidR="00AC7A7D" w:rsidRPr="00622159" w14:paraId="106F1BDD" w14:textId="77777777" w:rsidTr="00AC7A7D">
        <w:tc>
          <w:tcPr>
            <w:tcW w:w="2992" w:type="dxa"/>
            <w:shd w:val="clear" w:color="auto" w:fill="F2F2F2" w:themeFill="background1" w:themeFillShade="F2"/>
          </w:tcPr>
          <w:p w14:paraId="5393CAD6" w14:textId="77777777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>Katedra/Institut</w:t>
            </w:r>
          </w:p>
          <w:p w14:paraId="67D964E2" w14:textId="77777777" w:rsidR="00AC7A7D" w:rsidRPr="00622159" w:rsidRDefault="00AC7A7D" w:rsidP="00331AC2">
            <w:pPr>
              <w:rPr>
                <w:b/>
                <w:sz w:val="22"/>
              </w:rPr>
            </w:pPr>
          </w:p>
        </w:tc>
        <w:tc>
          <w:tcPr>
            <w:tcW w:w="5904" w:type="dxa"/>
          </w:tcPr>
          <w:p w14:paraId="1A001695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</w:tc>
      </w:tr>
      <w:tr w:rsidR="00AC7A7D" w:rsidRPr="00622159" w14:paraId="6FB31BD4" w14:textId="77777777" w:rsidTr="00AC7A7D">
        <w:tc>
          <w:tcPr>
            <w:tcW w:w="2992" w:type="dxa"/>
            <w:shd w:val="clear" w:color="auto" w:fill="F2F2F2" w:themeFill="background1" w:themeFillShade="F2"/>
          </w:tcPr>
          <w:p w14:paraId="118C9693" w14:textId="77777777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>Naslov djela</w:t>
            </w:r>
          </w:p>
          <w:p w14:paraId="59793C19" w14:textId="77777777" w:rsidR="00AC7A7D" w:rsidRPr="00622159" w:rsidRDefault="00AC7A7D" w:rsidP="00331AC2">
            <w:pPr>
              <w:rPr>
                <w:b/>
                <w:sz w:val="22"/>
              </w:rPr>
            </w:pPr>
          </w:p>
        </w:tc>
        <w:tc>
          <w:tcPr>
            <w:tcW w:w="5904" w:type="dxa"/>
          </w:tcPr>
          <w:p w14:paraId="1B037BDA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</w:tc>
      </w:tr>
      <w:tr w:rsidR="00AC7A7D" w:rsidRPr="00622159" w14:paraId="2B78F628" w14:textId="77777777" w:rsidTr="00AC7A7D">
        <w:tc>
          <w:tcPr>
            <w:tcW w:w="2992" w:type="dxa"/>
            <w:shd w:val="clear" w:color="auto" w:fill="F2F2F2" w:themeFill="background1" w:themeFillShade="F2"/>
          </w:tcPr>
          <w:p w14:paraId="453F98B7" w14:textId="77777777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>Predloženi niz izdanja Fakulteta</w:t>
            </w:r>
          </w:p>
        </w:tc>
        <w:tc>
          <w:tcPr>
            <w:tcW w:w="5904" w:type="dxa"/>
          </w:tcPr>
          <w:p w14:paraId="33D27255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</w:tc>
      </w:tr>
      <w:tr w:rsidR="00AC7A7D" w:rsidRPr="00622159" w14:paraId="3E73C658" w14:textId="77777777" w:rsidTr="00DB7D3B">
        <w:trPr>
          <w:trHeight w:val="735"/>
        </w:trPr>
        <w:tc>
          <w:tcPr>
            <w:tcW w:w="2992" w:type="dxa"/>
            <w:shd w:val="clear" w:color="auto" w:fill="F2F2F2" w:themeFill="background1" w:themeFillShade="F2"/>
          </w:tcPr>
          <w:p w14:paraId="31DDA2C3" w14:textId="0F422F20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>Ime i prezime autora / autorâ /urednika</w:t>
            </w:r>
          </w:p>
        </w:tc>
        <w:tc>
          <w:tcPr>
            <w:tcW w:w="5904" w:type="dxa"/>
          </w:tcPr>
          <w:p w14:paraId="1EB9D29B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  <w:p w14:paraId="59D14DE3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  <w:p w14:paraId="4DA5E58A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  <w:p w14:paraId="7063C46F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</w:tc>
      </w:tr>
      <w:tr w:rsidR="00AC7A7D" w:rsidRPr="00622159" w14:paraId="60331C27" w14:textId="77777777" w:rsidTr="00AC7A7D">
        <w:tc>
          <w:tcPr>
            <w:tcW w:w="2992" w:type="dxa"/>
            <w:shd w:val="clear" w:color="auto" w:fill="F2F2F2" w:themeFill="background1" w:themeFillShade="F2"/>
          </w:tcPr>
          <w:p w14:paraId="7A8CE6B9" w14:textId="77777777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 xml:space="preserve">Kratak opis ili sadržaj djela </w:t>
            </w:r>
          </w:p>
          <w:p w14:paraId="0A7C2F5C" w14:textId="77777777" w:rsidR="00AC7A7D" w:rsidRPr="00622159" w:rsidRDefault="00AC7A7D" w:rsidP="00331AC2">
            <w:pPr>
              <w:rPr>
                <w:sz w:val="22"/>
              </w:rPr>
            </w:pPr>
          </w:p>
        </w:tc>
        <w:tc>
          <w:tcPr>
            <w:tcW w:w="5904" w:type="dxa"/>
          </w:tcPr>
          <w:p w14:paraId="5931A27B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</w:tc>
      </w:tr>
      <w:tr w:rsidR="00AC7A7D" w:rsidRPr="00622159" w14:paraId="4E40F6FB" w14:textId="77777777" w:rsidTr="00AC7A7D">
        <w:tc>
          <w:tcPr>
            <w:tcW w:w="2992" w:type="dxa"/>
            <w:shd w:val="clear" w:color="auto" w:fill="F2F2F2" w:themeFill="background1" w:themeFillShade="F2"/>
          </w:tcPr>
          <w:p w14:paraId="23CBEB59" w14:textId="77777777" w:rsidR="00AC7A7D" w:rsidRPr="003524E3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lastRenderedPageBreak/>
              <w:t>Doprinos djela znanstvenoj i nastavnoj djelatnosti Fakulteta</w:t>
            </w:r>
          </w:p>
        </w:tc>
        <w:tc>
          <w:tcPr>
            <w:tcW w:w="5904" w:type="dxa"/>
          </w:tcPr>
          <w:p w14:paraId="61106D60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</w:tc>
      </w:tr>
      <w:tr w:rsidR="00AC7A7D" w:rsidRPr="00622159" w14:paraId="5294F1EF" w14:textId="77777777" w:rsidTr="00AC7A7D">
        <w:tc>
          <w:tcPr>
            <w:tcW w:w="2992" w:type="dxa"/>
            <w:shd w:val="clear" w:color="auto" w:fill="F2F2F2" w:themeFill="background1" w:themeFillShade="F2"/>
          </w:tcPr>
          <w:p w14:paraId="2D4FE5BC" w14:textId="77777777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 xml:space="preserve">Predviđeni broj autorskih kartica / </w:t>
            </w:r>
            <w:proofErr w:type="spellStart"/>
            <w:r w:rsidRPr="00622159">
              <w:rPr>
                <w:b/>
                <w:sz w:val="22"/>
              </w:rPr>
              <w:t>minutaža</w:t>
            </w:r>
            <w:proofErr w:type="spellEnd"/>
          </w:p>
          <w:p w14:paraId="6D2D1C02" w14:textId="77777777" w:rsidR="00AC7A7D" w:rsidRPr="00622159" w:rsidRDefault="00AC7A7D" w:rsidP="00331AC2">
            <w:pPr>
              <w:rPr>
                <w:b/>
                <w:sz w:val="22"/>
              </w:rPr>
            </w:pPr>
          </w:p>
        </w:tc>
        <w:tc>
          <w:tcPr>
            <w:tcW w:w="5904" w:type="dxa"/>
          </w:tcPr>
          <w:p w14:paraId="76987A33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</w:tc>
      </w:tr>
      <w:tr w:rsidR="00AC7A7D" w:rsidRPr="00622159" w14:paraId="132D72F5" w14:textId="77777777" w:rsidTr="00AC7A7D">
        <w:tc>
          <w:tcPr>
            <w:tcW w:w="2992" w:type="dxa"/>
            <w:shd w:val="clear" w:color="auto" w:fill="F2F2F2" w:themeFill="background1" w:themeFillShade="F2"/>
          </w:tcPr>
          <w:p w14:paraId="37123DF5" w14:textId="77777777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>Predviđeni rok predaje završnog rukopisa / djela</w:t>
            </w:r>
          </w:p>
          <w:p w14:paraId="51DFBB91" w14:textId="77777777" w:rsidR="00AC7A7D" w:rsidRPr="00622159" w:rsidRDefault="00AC7A7D" w:rsidP="00331AC2">
            <w:pPr>
              <w:rPr>
                <w:b/>
                <w:sz w:val="22"/>
              </w:rPr>
            </w:pPr>
          </w:p>
        </w:tc>
        <w:tc>
          <w:tcPr>
            <w:tcW w:w="5904" w:type="dxa"/>
          </w:tcPr>
          <w:p w14:paraId="0F2B822B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</w:tc>
      </w:tr>
      <w:tr w:rsidR="00AC7A7D" w:rsidRPr="00622159" w14:paraId="2DC0F1F8" w14:textId="77777777" w:rsidTr="00AC7A7D">
        <w:tc>
          <w:tcPr>
            <w:tcW w:w="2992" w:type="dxa"/>
            <w:shd w:val="clear" w:color="auto" w:fill="F2F2F2" w:themeFill="background1" w:themeFillShade="F2"/>
          </w:tcPr>
          <w:p w14:paraId="519FD17B" w14:textId="77777777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>Prijedlog imena recenzenata</w:t>
            </w:r>
          </w:p>
          <w:p w14:paraId="7B344986" w14:textId="77777777" w:rsidR="00AC7A7D" w:rsidRPr="00622159" w:rsidRDefault="00AC7A7D" w:rsidP="00331AC2">
            <w:pPr>
              <w:rPr>
                <w:b/>
                <w:sz w:val="22"/>
              </w:rPr>
            </w:pPr>
          </w:p>
        </w:tc>
        <w:tc>
          <w:tcPr>
            <w:tcW w:w="5904" w:type="dxa"/>
          </w:tcPr>
          <w:p w14:paraId="1FF5A4D3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</w:tc>
      </w:tr>
      <w:tr w:rsidR="00AC7A7D" w:rsidRPr="00622159" w14:paraId="1B4C62F1" w14:textId="77777777" w:rsidTr="00AC7A7D">
        <w:tc>
          <w:tcPr>
            <w:tcW w:w="2992" w:type="dxa"/>
            <w:shd w:val="clear" w:color="auto" w:fill="F2F2F2" w:themeFill="background1" w:themeFillShade="F2"/>
          </w:tcPr>
          <w:p w14:paraId="5E0F7D3A" w14:textId="77777777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>Prijedlog visine naklade</w:t>
            </w:r>
          </w:p>
        </w:tc>
        <w:tc>
          <w:tcPr>
            <w:tcW w:w="5904" w:type="dxa"/>
          </w:tcPr>
          <w:p w14:paraId="1343F483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  <w:p w14:paraId="31080248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</w:tc>
      </w:tr>
      <w:tr w:rsidR="00AC7A7D" w:rsidRPr="00622159" w14:paraId="04C57DE8" w14:textId="77777777" w:rsidTr="00AC7A7D">
        <w:tc>
          <w:tcPr>
            <w:tcW w:w="2992" w:type="dxa"/>
            <w:shd w:val="clear" w:color="auto" w:fill="F2F2F2" w:themeFill="background1" w:themeFillShade="F2"/>
          </w:tcPr>
          <w:p w14:paraId="5C7C88C6" w14:textId="77777777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>Procjena ukupnih troškova izdanja</w:t>
            </w:r>
          </w:p>
          <w:p w14:paraId="3097E9E0" w14:textId="77777777" w:rsidR="00AC7A7D" w:rsidRPr="00622159" w:rsidRDefault="00AC7A7D" w:rsidP="00331AC2">
            <w:pPr>
              <w:rPr>
                <w:sz w:val="22"/>
                <w:highlight w:val="yellow"/>
              </w:rPr>
            </w:pPr>
            <w:r w:rsidRPr="00622159">
              <w:rPr>
                <w:sz w:val="22"/>
              </w:rPr>
              <w:t>(u bruto iznosu)</w:t>
            </w:r>
          </w:p>
        </w:tc>
        <w:tc>
          <w:tcPr>
            <w:tcW w:w="5904" w:type="dxa"/>
          </w:tcPr>
          <w:p w14:paraId="4EF3F6F6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  <w:p w14:paraId="00562B3D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</w:tc>
      </w:tr>
      <w:tr w:rsidR="00AC7A7D" w:rsidRPr="00622159" w14:paraId="6326DE46" w14:textId="77777777" w:rsidTr="00AC7A7D">
        <w:tc>
          <w:tcPr>
            <w:tcW w:w="2992" w:type="dxa"/>
            <w:shd w:val="clear" w:color="auto" w:fill="F2F2F2" w:themeFill="background1" w:themeFillShade="F2"/>
          </w:tcPr>
          <w:p w14:paraId="277BF058" w14:textId="77777777" w:rsidR="00AC7A7D" w:rsidRPr="00622159" w:rsidRDefault="00AC7A7D" w:rsidP="00331AC2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I</w:t>
            </w:r>
            <w:r w:rsidRPr="00622159">
              <w:rPr>
                <w:b/>
                <w:sz w:val="22"/>
              </w:rPr>
              <w:t xml:space="preserve">zvori financiranja </w:t>
            </w:r>
          </w:p>
          <w:p w14:paraId="58C0379F" w14:textId="77777777" w:rsidR="00AC7A7D" w:rsidRPr="00622159" w:rsidRDefault="00AC7A7D" w:rsidP="00331AC2">
            <w:pPr>
              <w:rPr>
                <w:sz w:val="22"/>
                <w:highlight w:val="yellow"/>
              </w:rPr>
            </w:pPr>
            <w:r w:rsidRPr="00622159">
              <w:rPr>
                <w:sz w:val="22"/>
              </w:rPr>
              <w:t>[specificirati troškove i navesti izvore)</w:t>
            </w:r>
          </w:p>
        </w:tc>
        <w:tc>
          <w:tcPr>
            <w:tcW w:w="5904" w:type="dxa"/>
          </w:tcPr>
          <w:p w14:paraId="6122A5A4" w14:textId="77777777" w:rsidR="00AC7A7D" w:rsidRPr="00622159" w:rsidRDefault="00AC7A7D" w:rsidP="00331AC2">
            <w:pPr>
              <w:spacing w:line="276" w:lineRule="auto"/>
              <w:rPr>
                <w:color w:val="000000" w:themeColor="text1"/>
                <w:sz w:val="22"/>
              </w:rPr>
            </w:pPr>
          </w:p>
          <w:p w14:paraId="093962B1" w14:textId="77777777" w:rsidR="00AC7A7D" w:rsidRPr="00622159" w:rsidRDefault="00AC7A7D" w:rsidP="00AC7A7D">
            <w:pPr>
              <w:numPr>
                <w:ilvl w:val="0"/>
                <w:numId w:val="11"/>
              </w:numPr>
              <w:spacing w:line="276" w:lineRule="auto"/>
              <w:contextualSpacing/>
              <w:rPr>
                <w:color w:val="000000" w:themeColor="text1"/>
                <w:sz w:val="22"/>
              </w:rPr>
            </w:pPr>
            <w:r w:rsidRPr="00622159">
              <w:rPr>
                <w:color w:val="000000" w:themeColor="text1"/>
                <w:sz w:val="22"/>
              </w:rPr>
              <w:t>Lektura _________________</w:t>
            </w:r>
            <w:r>
              <w:t xml:space="preserve"> </w:t>
            </w:r>
            <w:r w:rsidRPr="00E713A3">
              <w:rPr>
                <w:color w:val="000000" w:themeColor="text1"/>
                <w:sz w:val="22"/>
              </w:rPr>
              <w:t>€ bruto</w:t>
            </w:r>
          </w:p>
          <w:p w14:paraId="798BD92B" w14:textId="77777777" w:rsidR="00AC7A7D" w:rsidRPr="00622159" w:rsidRDefault="00AC7A7D" w:rsidP="00331AC2">
            <w:pPr>
              <w:spacing w:line="276" w:lineRule="auto"/>
              <w:rPr>
                <w:color w:val="000000" w:themeColor="text1"/>
                <w:sz w:val="22"/>
              </w:rPr>
            </w:pPr>
            <w:r w:rsidRPr="00622159">
              <w:rPr>
                <w:color w:val="000000" w:themeColor="text1"/>
                <w:sz w:val="22"/>
              </w:rPr>
              <w:t xml:space="preserve">Izvor: </w:t>
            </w:r>
          </w:p>
          <w:p w14:paraId="051741A8" w14:textId="77777777" w:rsidR="00AC7A7D" w:rsidRPr="00622159" w:rsidRDefault="00AC7A7D" w:rsidP="00AC7A7D">
            <w:pPr>
              <w:numPr>
                <w:ilvl w:val="0"/>
                <w:numId w:val="11"/>
              </w:numPr>
              <w:spacing w:line="276" w:lineRule="auto"/>
              <w:contextualSpacing/>
              <w:rPr>
                <w:color w:val="000000" w:themeColor="text1"/>
                <w:sz w:val="22"/>
              </w:rPr>
            </w:pPr>
            <w:r w:rsidRPr="00622159">
              <w:rPr>
                <w:color w:val="000000" w:themeColor="text1"/>
                <w:sz w:val="22"/>
              </w:rPr>
              <w:t>Korektura____________________</w:t>
            </w:r>
            <w:r>
              <w:t xml:space="preserve"> </w:t>
            </w:r>
            <w:r w:rsidRPr="00E713A3">
              <w:rPr>
                <w:color w:val="000000" w:themeColor="text1"/>
                <w:sz w:val="22"/>
              </w:rPr>
              <w:t>€ bruto</w:t>
            </w:r>
          </w:p>
          <w:p w14:paraId="683E8765" w14:textId="77777777" w:rsidR="00AC7A7D" w:rsidRPr="00622159" w:rsidRDefault="00AC7A7D" w:rsidP="00331AC2">
            <w:pPr>
              <w:spacing w:line="276" w:lineRule="auto"/>
              <w:rPr>
                <w:color w:val="000000" w:themeColor="text1"/>
                <w:sz w:val="22"/>
              </w:rPr>
            </w:pPr>
            <w:r w:rsidRPr="00622159">
              <w:rPr>
                <w:color w:val="000000" w:themeColor="text1"/>
                <w:sz w:val="22"/>
              </w:rPr>
              <w:t xml:space="preserve">Izvor: </w:t>
            </w:r>
          </w:p>
          <w:p w14:paraId="41DD24D4" w14:textId="77777777" w:rsidR="00AC7A7D" w:rsidRDefault="00AC7A7D" w:rsidP="00AC7A7D">
            <w:pPr>
              <w:pStyle w:val="Odlomakpopisa"/>
              <w:numPr>
                <w:ilvl w:val="0"/>
                <w:numId w:val="11"/>
              </w:numPr>
              <w:spacing w:line="276" w:lineRule="auto"/>
              <w:rPr>
                <w:color w:val="000000" w:themeColor="text1"/>
                <w:sz w:val="22"/>
              </w:rPr>
            </w:pPr>
            <w:r w:rsidRPr="00E713A3">
              <w:rPr>
                <w:color w:val="000000" w:themeColor="text1"/>
                <w:sz w:val="22"/>
              </w:rPr>
              <w:t xml:space="preserve">Prijelom i grafičko uređenje </w:t>
            </w:r>
            <w:r>
              <w:rPr>
                <w:color w:val="000000" w:themeColor="text1"/>
                <w:sz w:val="22"/>
              </w:rPr>
              <w:t>__________</w:t>
            </w:r>
            <w:r w:rsidRPr="00E713A3">
              <w:rPr>
                <w:color w:val="000000" w:themeColor="text1"/>
                <w:sz w:val="22"/>
              </w:rPr>
              <w:t xml:space="preserve">€ bruto </w:t>
            </w:r>
          </w:p>
          <w:p w14:paraId="5BDAAB83" w14:textId="77777777" w:rsidR="00AC7A7D" w:rsidRPr="00E713A3" w:rsidRDefault="00AC7A7D" w:rsidP="00331AC2">
            <w:pPr>
              <w:spacing w:line="276" w:lineRule="auto"/>
              <w:rPr>
                <w:color w:val="000000" w:themeColor="text1"/>
                <w:sz w:val="22"/>
              </w:rPr>
            </w:pPr>
            <w:r w:rsidRPr="00E713A3">
              <w:rPr>
                <w:color w:val="000000" w:themeColor="text1"/>
                <w:sz w:val="22"/>
              </w:rPr>
              <w:t xml:space="preserve">Izvor: </w:t>
            </w:r>
          </w:p>
          <w:p w14:paraId="6EF299E7" w14:textId="77777777" w:rsidR="00AC7A7D" w:rsidRPr="00622159" w:rsidRDefault="00AC7A7D" w:rsidP="00AC7A7D">
            <w:pPr>
              <w:numPr>
                <w:ilvl w:val="0"/>
                <w:numId w:val="11"/>
              </w:numPr>
              <w:spacing w:line="276" w:lineRule="auto"/>
              <w:contextualSpacing/>
              <w:rPr>
                <w:color w:val="000000" w:themeColor="text1"/>
                <w:sz w:val="22"/>
              </w:rPr>
            </w:pPr>
            <w:r w:rsidRPr="00622159">
              <w:rPr>
                <w:color w:val="000000" w:themeColor="text1"/>
                <w:sz w:val="22"/>
              </w:rPr>
              <w:t xml:space="preserve">Tisak ________________________ </w:t>
            </w:r>
            <w:r w:rsidRPr="00E713A3">
              <w:rPr>
                <w:color w:val="000000" w:themeColor="text1"/>
                <w:sz w:val="22"/>
              </w:rPr>
              <w:t>€ bruto</w:t>
            </w:r>
          </w:p>
          <w:p w14:paraId="6C072089" w14:textId="77777777" w:rsidR="00AC7A7D" w:rsidRPr="00622159" w:rsidRDefault="00AC7A7D" w:rsidP="00331AC2">
            <w:pPr>
              <w:spacing w:line="276" w:lineRule="auto"/>
              <w:rPr>
                <w:color w:val="000000" w:themeColor="text1"/>
                <w:sz w:val="22"/>
              </w:rPr>
            </w:pPr>
            <w:r w:rsidRPr="00622159">
              <w:rPr>
                <w:color w:val="000000" w:themeColor="text1"/>
                <w:sz w:val="22"/>
              </w:rPr>
              <w:t>Izvor:</w:t>
            </w:r>
          </w:p>
          <w:p w14:paraId="68781E14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</w:tc>
      </w:tr>
      <w:tr w:rsidR="00AC7A7D" w:rsidRPr="00622159" w14:paraId="24A0E223" w14:textId="77777777" w:rsidTr="00AC7A7D">
        <w:tc>
          <w:tcPr>
            <w:tcW w:w="2992" w:type="dxa"/>
            <w:shd w:val="clear" w:color="auto" w:fill="F2F2F2" w:themeFill="background1" w:themeFillShade="F2"/>
          </w:tcPr>
          <w:p w14:paraId="652A0AAE" w14:textId="77777777" w:rsidR="00AC7A7D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 xml:space="preserve">Ime, prezime i </w:t>
            </w:r>
          </w:p>
          <w:p w14:paraId="18E89A97" w14:textId="77777777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>e-adresa podnositelja prijedloga</w:t>
            </w:r>
          </w:p>
        </w:tc>
        <w:tc>
          <w:tcPr>
            <w:tcW w:w="5904" w:type="dxa"/>
          </w:tcPr>
          <w:p w14:paraId="2E7F637B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  <w:p w14:paraId="68182A3E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  <w:p w14:paraId="02196E16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</w:tc>
      </w:tr>
      <w:tr w:rsidR="00AC7A7D" w:rsidRPr="00622159" w14:paraId="05D7ECE7" w14:textId="77777777" w:rsidTr="00AC7A7D">
        <w:tc>
          <w:tcPr>
            <w:tcW w:w="2992" w:type="dxa"/>
            <w:shd w:val="clear" w:color="auto" w:fill="F2F2F2" w:themeFill="background1" w:themeFillShade="F2"/>
          </w:tcPr>
          <w:p w14:paraId="4B102FA2" w14:textId="77777777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 xml:space="preserve">Mjesto i datum podnošenja prijedloga </w:t>
            </w:r>
          </w:p>
          <w:p w14:paraId="47003F4E" w14:textId="77777777" w:rsidR="00AC7A7D" w:rsidRPr="00622159" w:rsidRDefault="00AC7A7D" w:rsidP="00331AC2">
            <w:pPr>
              <w:rPr>
                <w:b/>
                <w:sz w:val="22"/>
              </w:rPr>
            </w:pPr>
            <w:r w:rsidRPr="00622159">
              <w:rPr>
                <w:b/>
                <w:sz w:val="22"/>
              </w:rPr>
              <w:t>i vlastoručni potpis podnositelja</w:t>
            </w:r>
          </w:p>
        </w:tc>
        <w:tc>
          <w:tcPr>
            <w:tcW w:w="5904" w:type="dxa"/>
          </w:tcPr>
          <w:p w14:paraId="6F896AED" w14:textId="77777777" w:rsidR="00AC7A7D" w:rsidRPr="00622159" w:rsidRDefault="00AC7A7D" w:rsidP="00331AC2">
            <w:pPr>
              <w:rPr>
                <w:color w:val="000000" w:themeColor="text1"/>
                <w:sz w:val="22"/>
              </w:rPr>
            </w:pPr>
          </w:p>
        </w:tc>
      </w:tr>
    </w:tbl>
    <w:p w14:paraId="02FCC18A" w14:textId="77777777" w:rsidR="00AC7A7D" w:rsidRPr="00AC7A7D" w:rsidRDefault="00AC7A7D">
      <w:pPr>
        <w:spacing w:line="240" w:lineRule="auto"/>
        <w:rPr>
          <w:sz w:val="22"/>
        </w:rPr>
      </w:pPr>
    </w:p>
    <w:sectPr w:rsidR="00AC7A7D" w:rsidRPr="00AC7A7D" w:rsidSect="00376C4A">
      <w:headerReference w:type="default" r:id="rId13"/>
      <w:footerReference w:type="default" r:id="rId14"/>
      <w:headerReference w:type="first" r:id="rId15"/>
      <w:pgSz w:w="11909" w:h="16834"/>
      <w:pgMar w:top="2602" w:right="1757" w:bottom="1656" w:left="2102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6AF59" w14:textId="77777777" w:rsidR="00E0535E" w:rsidRDefault="00E0535E">
      <w:pPr>
        <w:spacing w:line="240" w:lineRule="auto"/>
      </w:pPr>
      <w:r>
        <w:separator/>
      </w:r>
    </w:p>
  </w:endnote>
  <w:endnote w:type="continuationSeparator" w:id="0">
    <w:p w14:paraId="2D4325A5" w14:textId="77777777" w:rsidR="00E0535E" w:rsidRDefault="00E053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6994C172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75C9A" w14:textId="77777777" w:rsidR="00E0535E" w:rsidRDefault="00E0535E">
      <w:pPr>
        <w:spacing w:line="240" w:lineRule="auto"/>
      </w:pPr>
      <w:r>
        <w:separator/>
      </w:r>
    </w:p>
  </w:footnote>
  <w:footnote w:type="continuationSeparator" w:id="0">
    <w:p w14:paraId="18BEE63A" w14:textId="77777777" w:rsidR="00E0535E" w:rsidRDefault="00E053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3F30B757" w14:textId="77777777" w:rsidR="00471630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59246F47" wp14:editId="65CDE5D6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01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6F723ED" wp14:editId="722A0520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02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1F905614" w14:textId="77777777" w:rsidR="00471630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51138825" wp14:editId="755AE674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101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3B47E960" wp14:editId="50D0DDD1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102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77DA81E0" wp14:editId="14B55E3F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103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0CED51B5" wp14:editId="076456C9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104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B76820"/>
    <w:multiLevelType w:val="hybridMultilevel"/>
    <w:tmpl w:val="414436A4"/>
    <w:lvl w:ilvl="0" w:tplc="9B9E93C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646F6"/>
    <w:multiLevelType w:val="hybridMultilevel"/>
    <w:tmpl w:val="9334B7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2B31CD"/>
    <w:multiLevelType w:val="hybridMultilevel"/>
    <w:tmpl w:val="DE667D1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  <w:num w:numId="10" w16cid:durableId="1955359416">
    <w:abstractNumId w:val="11"/>
  </w:num>
  <w:num w:numId="11" w16cid:durableId="851989041">
    <w:abstractNumId w:val="10"/>
  </w:num>
  <w:num w:numId="12" w16cid:durableId="7549335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7D"/>
    <w:rsid w:val="000326ED"/>
    <w:rsid w:val="00034616"/>
    <w:rsid w:val="0006063C"/>
    <w:rsid w:val="00063C97"/>
    <w:rsid w:val="00116D48"/>
    <w:rsid w:val="0015074B"/>
    <w:rsid w:val="001766A1"/>
    <w:rsid w:val="0029639D"/>
    <w:rsid w:val="003165FE"/>
    <w:rsid w:val="00326F90"/>
    <w:rsid w:val="00376C4A"/>
    <w:rsid w:val="0041107A"/>
    <w:rsid w:val="00471630"/>
    <w:rsid w:val="0078749F"/>
    <w:rsid w:val="007A1388"/>
    <w:rsid w:val="008572B7"/>
    <w:rsid w:val="008761B0"/>
    <w:rsid w:val="00A0668E"/>
    <w:rsid w:val="00AA1D8D"/>
    <w:rsid w:val="00AC7A7D"/>
    <w:rsid w:val="00B47730"/>
    <w:rsid w:val="00C4452B"/>
    <w:rsid w:val="00CB0664"/>
    <w:rsid w:val="00DB7D3B"/>
    <w:rsid w:val="00DE42E4"/>
    <w:rsid w:val="00E0535E"/>
    <w:rsid w:val="00F760FB"/>
    <w:rsid w:val="00FC693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C60B49"/>
  <w14:defaultImageDpi w14:val="300"/>
  <w15:docId w15:val="{19ED0A6B-ABB1-41CE-BF55-821BBC5E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C4A"/>
    <w:pPr>
      <w:spacing w:after="0" w:line="252" w:lineRule="auto"/>
    </w:pPr>
    <w:rPr>
      <w:rFonts w:cs="Cambria"/>
      <w:sz w:val="25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cstheme="majorBidi"/>
      <w:b/>
      <w:b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nhideWhenUsed/>
    <w:qFormat/>
    <w:rsid w:val="00FC693F"/>
    <w:pPr>
      <w:keepNext/>
      <w:keepLines/>
      <w:spacing w:before="200"/>
      <w:outlineLvl w:val="5"/>
    </w:pPr>
    <w:rPr>
      <w:rFonts w:cstheme="majorBidi"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cstheme="majorBidi"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cstheme="majorBidi"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cstheme="majorBidi"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  <w:style w:type="character" w:styleId="Hiperveza">
    <w:name w:val="Hyperlink"/>
    <w:rsid w:val="00AC7A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ured@kbf.unizg.hr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bf.unizg.hr/wp-content/uploads/2015/05/Pravilnik-o-izdava%C4%8Dkoj-djelatnosti-KBF-a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liovic\Desktop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2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</Template>
  <TotalTime>8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Lea Liovic</dc:creator>
  <cp:keywords/>
  <dc:description>generated by python-docx</dc:description>
  <cp:lastModifiedBy>Lea Liović</cp:lastModifiedBy>
  <cp:revision>6</cp:revision>
  <dcterms:created xsi:type="dcterms:W3CDTF">2026-09-16T06:18:00Z</dcterms:created>
  <dcterms:modified xsi:type="dcterms:W3CDTF">2026-09-16T06:27:00Z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