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2218"/>
        <w:gridCol w:w="2475"/>
        <w:gridCol w:w="2475"/>
      </w:tblGrid>
      <w:tr w:rsidR="005A7A29" w:rsidRPr="00D106A5" w14:paraId="491F49B9" w14:textId="77777777" w:rsidTr="00346AD9">
        <w:trPr>
          <w:trHeight w:hRule="exact" w:val="682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7E57751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 xml:space="preserve">LIC.DR.SC.-01 – MOLBA ZA ODOBRENJE TEME I IMENOVANJE MENTORA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D106A5">
              <w:rPr>
                <w:rFonts w:ascii="Cambria" w:hAnsi="Cambria" w:cs="Arial"/>
                <w:b/>
                <w:sz w:val="22"/>
                <w:szCs w:val="22"/>
              </w:rPr>
              <w:t>ISTRAŽIVAČKOGA LICENCIJATSKOGA RADA</w:t>
            </w:r>
          </w:p>
        </w:tc>
      </w:tr>
      <w:tr w:rsidR="005A7A29" w:rsidRPr="00D106A5" w14:paraId="78B44EC9" w14:textId="77777777" w:rsidTr="00346AD9">
        <w:trPr>
          <w:trHeight w:hRule="exact" w:val="295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5C1C3E" w14:textId="77777777" w:rsidR="005A7A29" w:rsidRPr="001918B5" w:rsidRDefault="005A7A29" w:rsidP="00346AD9">
            <w:pPr>
              <w:jc w:val="center"/>
              <w:rPr>
                <w:rFonts w:ascii="Cambria" w:hAnsi="Cambria" w:cs="Arial"/>
                <w:b/>
              </w:rPr>
            </w:pPr>
          </w:p>
        </w:tc>
      </w:tr>
      <w:tr w:rsidR="005A7A29" w:rsidRPr="00D106A5" w14:paraId="75589F43" w14:textId="77777777" w:rsidTr="00346AD9">
        <w:trPr>
          <w:trHeight w:hRule="exact" w:val="44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383F742C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5A7A29" w:rsidRPr="00D106A5" w14:paraId="566D7A45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3E2C107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Ime i prezime pristupnika/pristupnice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0D1414C5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2A0AAD50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40F88574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Matični broj pristupnika/pristupnice</w:t>
            </w:r>
          </w:p>
        </w:tc>
        <w:tc>
          <w:tcPr>
            <w:tcW w:w="7168" w:type="dxa"/>
            <w:gridSpan w:val="3"/>
            <w:vAlign w:val="center"/>
          </w:tcPr>
          <w:p w14:paraId="19248B8F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02D468AF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76A7B106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 xml:space="preserve">Ime i prezime majke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D106A5">
              <w:rPr>
                <w:rFonts w:ascii="Cambria" w:hAnsi="Cambria" w:cs="Arial"/>
                <w:b/>
                <w:sz w:val="22"/>
                <w:szCs w:val="22"/>
              </w:rPr>
              <w:t>i/ili oca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1A3F20A7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5313C4A9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29C0B607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6113E3B7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0744B214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386C77CA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343C458B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241EB464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71704ECD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Telefon/mobitel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7C8C0EBF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019B2633" w14:textId="77777777" w:rsidTr="00346AD9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B35AC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6DD0D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68EABFE3" w14:textId="77777777" w:rsidTr="00346AD9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52A46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Datum upisa poslijediplomskoga studija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39EAB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2667F9D2" w14:textId="77777777" w:rsidTr="00346AD9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10D06965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5A7A29" w:rsidRPr="00D106A5" w14:paraId="5FBEE044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7DE7B49E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3D090E9B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D106A5">
              <w:rPr>
                <w:rFonts w:ascii="Cambria" w:hAnsi="Cambria" w:cs="Arial"/>
                <w:sz w:val="22"/>
                <w:szCs w:val="22"/>
              </w:rPr>
              <w:t>do starijeg datuma)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1F8217DE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5CDA6508" w14:textId="77777777" w:rsidR="005A7A29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162C563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53B4CDF" w14:textId="77777777" w:rsidR="005A7A29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F00BBB0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A2D1D03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4E68EACF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38AE8B49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Radno iskustvo</w:t>
            </w:r>
          </w:p>
          <w:p w14:paraId="1B224FA8" w14:textId="77777777" w:rsidR="005A7A29" w:rsidRPr="00D106A5" w:rsidRDefault="005A7A29" w:rsidP="00346AD9">
            <w:pPr>
              <w:rPr>
                <w:rFonts w:ascii="Cambria" w:hAnsi="Cambria" w:cs="Arial"/>
                <w:sz w:val="22"/>
                <w:szCs w:val="22"/>
              </w:rPr>
            </w:pPr>
            <w:r w:rsidRPr="00D106A5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D106A5">
              <w:rPr>
                <w:rFonts w:ascii="Cambria" w:hAnsi="Cambria" w:cs="Arial"/>
                <w:sz w:val="22"/>
                <w:szCs w:val="22"/>
              </w:rPr>
              <w:t>do starijeg datuma)</w:t>
            </w:r>
          </w:p>
          <w:p w14:paraId="0E56953C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2AA7D0ED" w14:textId="77777777" w:rsidR="005A7A29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306DB6F" w14:textId="77777777" w:rsidR="005A7A29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91CE1CE" w14:textId="77777777" w:rsidR="005A7A29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40F6352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D621634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6FACBCB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19F79A43" w14:textId="77777777" w:rsidTr="00346AD9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2A04ECA7" w14:textId="77777777" w:rsidR="005A7A29" w:rsidRPr="00D106A5" w:rsidRDefault="005A7A29" w:rsidP="00346AD9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  <w:lang w:val="pt-BR"/>
              </w:rPr>
              <w:t>NASLOV PREDLOŽENE TEME</w:t>
            </w:r>
          </w:p>
        </w:tc>
      </w:tr>
      <w:tr w:rsidR="005A7A29" w:rsidRPr="00D106A5" w14:paraId="7E7D740D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4AE5BCC7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6A880039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5F494C2D" w14:textId="77777777" w:rsidTr="00346AD9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2DDA25C3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24E77A3D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40E7D142" w14:textId="77777777" w:rsidTr="00346AD9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19FC4845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Jezik pisanja rada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E6D4472" w14:textId="77777777" w:rsidR="005A7A29" w:rsidRPr="00D106A5" w:rsidRDefault="005A7A29" w:rsidP="00346AD9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041FFA43" w14:textId="77777777" w:rsidTr="00346AD9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1853B6F5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E9E90A5" w14:textId="77777777" w:rsidR="005A7A29" w:rsidRPr="00D106A5" w:rsidRDefault="005A7A29" w:rsidP="00346AD9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32C5241B" w14:textId="77777777" w:rsidTr="00346AD9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59D09A87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  <w:lang w:val="pt-BR"/>
              </w:rPr>
              <w:t>PREDLOŽENI MENTOR(I)</w:t>
            </w:r>
          </w:p>
        </w:tc>
      </w:tr>
      <w:tr w:rsidR="005A7A29" w:rsidRPr="00D106A5" w14:paraId="6A3739BE" w14:textId="77777777" w:rsidTr="00346AD9">
        <w:trPr>
          <w:trHeight w:val="454"/>
        </w:trPr>
        <w:tc>
          <w:tcPr>
            <w:tcW w:w="2732" w:type="dxa"/>
            <w:vAlign w:val="center"/>
          </w:tcPr>
          <w:p w14:paraId="5006EB56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14:paraId="347F1FAE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475" w:type="dxa"/>
            <w:vAlign w:val="center"/>
          </w:tcPr>
          <w:p w14:paraId="0BEF1D19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6F3BF51D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5A7A29" w:rsidRPr="00D106A5" w14:paraId="11653BEE" w14:textId="77777777" w:rsidTr="00346AD9">
        <w:trPr>
          <w:trHeight w:val="454"/>
        </w:trPr>
        <w:tc>
          <w:tcPr>
            <w:tcW w:w="2732" w:type="dxa"/>
            <w:vAlign w:val="center"/>
          </w:tcPr>
          <w:p w14:paraId="63AF108D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lastRenderedPageBreak/>
              <w:t>Mentor 1</w:t>
            </w:r>
          </w:p>
        </w:tc>
        <w:tc>
          <w:tcPr>
            <w:tcW w:w="2218" w:type="dxa"/>
          </w:tcPr>
          <w:p w14:paraId="4E1AEBF4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79DADDB5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5C786270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665E749F" w14:textId="77777777" w:rsidTr="00346AD9">
        <w:trPr>
          <w:trHeight w:val="454"/>
        </w:trPr>
        <w:tc>
          <w:tcPr>
            <w:tcW w:w="2732" w:type="dxa"/>
            <w:vAlign w:val="center"/>
          </w:tcPr>
          <w:p w14:paraId="73B8D9BF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218" w:type="dxa"/>
          </w:tcPr>
          <w:p w14:paraId="15866EBF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615360B0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56B12ED5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3335D1DA" w14:textId="77777777" w:rsidTr="00346AD9">
        <w:trPr>
          <w:trHeight w:hRule="exact" w:val="682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50ACF065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KOMPETENCIJE MENTORA</w:t>
            </w:r>
            <w:r w:rsidRPr="00D106A5">
              <w:rPr>
                <w:rFonts w:ascii="Cambria" w:hAnsi="Cambria" w:cs="Arial"/>
                <w:sz w:val="22"/>
                <w:szCs w:val="22"/>
              </w:rPr>
              <w:br/>
              <w:t>(popis do pet objavljenih relevantnih radova u posljednjih pet godina)</w:t>
            </w:r>
          </w:p>
          <w:p w14:paraId="158F3D78" w14:textId="77777777" w:rsidR="005A7A29" w:rsidRPr="00D106A5" w:rsidRDefault="005A7A29" w:rsidP="00346AD9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3FF36444" w14:textId="77777777" w:rsidTr="00346AD9">
        <w:trPr>
          <w:trHeight w:hRule="exact" w:val="1429"/>
        </w:trPr>
        <w:tc>
          <w:tcPr>
            <w:tcW w:w="9900" w:type="dxa"/>
            <w:gridSpan w:val="4"/>
            <w:shd w:val="clear" w:color="auto" w:fill="auto"/>
            <w:vAlign w:val="center"/>
          </w:tcPr>
          <w:p w14:paraId="32C066F2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 w:rsidRPr="00D106A5">
              <w:rPr>
                <w:rFonts w:ascii="Cambria" w:hAnsi="Cambria" w:cs="Arial"/>
                <w:bCs/>
                <w:sz w:val="22"/>
                <w:szCs w:val="22"/>
              </w:rPr>
              <w:t>1. ...</w:t>
            </w:r>
          </w:p>
          <w:p w14:paraId="1A3A2816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420831F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2E531FC5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5F6846F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D437530" w14:textId="77777777" w:rsidR="005A7A29" w:rsidRPr="00D106A5" w:rsidRDefault="005A7A29" w:rsidP="00346AD9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5A7A29" w:rsidRPr="00D106A5" w14:paraId="5FB63A01" w14:textId="77777777" w:rsidTr="00346AD9">
        <w:trPr>
          <w:trHeight w:hRule="exact" w:val="697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775A5686" w14:textId="77777777" w:rsidR="005A7A29" w:rsidRPr="00D106A5" w:rsidRDefault="005A7A29" w:rsidP="00346AD9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 xml:space="preserve">OBRAZLOŽENJE TEME </w:t>
            </w:r>
            <w:r w:rsidRPr="00D106A5"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D106A5">
              <w:rPr>
                <w:rFonts w:ascii="Cambria" w:hAnsi="Cambria" w:cs="Arial"/>
                <w:i/>
                <w:sz w:val="22"/>
                <w:szCs w:val="22"/>
              </w:rPr>
              <w:t>(ispunjava pristupnik/pristupnica)</w:t>
            </w:r>
          </w:p>
        </w:tc>
      </w:tr>
      <w:tr w:rsidR="005A7A29" w:rsidRPr="00D106A5" w14:paraId="440D152B" w14:textId="77777777" w:rsidTr="00346AD9">
        <w:trPr>
          <w:trHeight w:val="567"/>
        </w:trPr>
        <w:tc>
          <w:tcPr>
            <w:tcW w:w="2732" w:type="dxa"/>
            <w:vAlign w:val="center"/>
          </w:tcPr>
          <w:p w14:paraId="6CDC24C8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106A5">
              <w:rPr>
                <w:rFonts w:ascii="Cambria" w:hAnsi="Cambria" w:cs="Arial"/>
                <w:b/>
                <w:sz w:val="22"/>
                <w:szCs w:val="22"/>
              </w:rPr>
              <w:t>Sažetak na hrvatskom jeziku</w:t>
            </w:r>
          </w:p>
          <w:p w14:paraId="547C067D" w14:textId="77777777" w:rsidR="005A7A29" w:rsidRPr="00D106A5" w:rsidRDefault="005A7A29" w:rsidP="00346AD9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7168" w:type="dxa"/>
            <w:gridSpan w:val="3"/>
            <w:vAlign w:val="center"/>
          </w:tcPr>
          <w:p w14:paraId="3511D0BD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781A8A6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42F8E72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F787058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4A7AE45E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797C27D" w14:textId="77777777" w:rsidR="005A7A29" w:rsidRPr="00D106A5" w:rsidRDefault="005A7A29" w:rsidP="00346AD9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A7A29" w:rsidRPr="00D106A5" w14:paraId="10D2737D" w14:textId="77777777" w:rsidTr="00346AD9">
        <w:tc>
          <w:tcPr>
            <w:tcW w:w="9900" w:type="dxa"/>
            <w:gridSpan w:val="4"/>
            <w:shd w:val="clear" w:color="auto" w:fill="CCCCCC"/>
          </w:tcPr>
          <w:p w14:paraId="44F1F1B5" w14:textId="77777777" w:rsidR="005A7A29" w:rsidRPr="00D106A5" w:rsidRDefault="005A7A29" w:rsidP="00346AD9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Cilj i metodologija istraživanja  </w:t>
            </w:r>
          </w:p>
        </w:tc>
      </w:tr>
      <w:tr w:rsidR="005A7A29" w:rsidRPr="00D106A5" w14:paraId="69B4B903" w14:textId="77777777" w:rsidTr="00346AD9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74A547DE" w14:textId="77777777" w:rsidR="005A7A29" w:rsidRPr="00D106A5" w:rsidRDefault="005A7A29" w:rsidP="00346AD9">
            <w:pPr>
              <w:autoSpaceDE w:val="0"/>
              <w:autoSpaceDN w:val="0"/>
              <w:adjustRightInd w:val="0"/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...</w:t>
            </w:r>
          </w:p>
          <w:p w14:paraId="03C2F81A" w14:textId="77777777" w:rsidR="005A7A29" w:rsidRPr="00D106A5" w:rsidRDefault="005A7A29" w:rsidP="00346AD9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5A7A29" w:rsidRPr="00D106A5" w14:paraId="5D1A5E5C" w14:textId="77777777" w:rsidTr="00346AD9">
        <w:trPr>
          <w:trHeight w:val="454"/>
        </w:trPr>
        <w:tc>
          <w:tcPr>
            <w:tcW w:w="9900" w:type="dxa"/>
            <w:gridSpan w:val="4"/>
            <w:shd w:val="clear" w:color="auto" w:fill="CCCCCC"/>
          </w:tcPr>
          <w:p w14:paraId="552A9170" w14:textId="77777777" w:rsidR="005A7A29" w:rsidRPr="00D106A5" w:rsidRDefault="005A7A29" w:rsidP="00346AD9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</w:rPr>
              <w:t xml:space="preserve">Popis literature </w:t>
            </w:r>
            <w:r w:rsidRPr="00D106A5"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</w:tr>
      <w:tr w:rsidR="005A7A29" w:rsidRPr="00D106A5" w14:paraId="231D4963" w14:textId="77777777" w:rsidTr="00346AD9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57A2E61B" w14:textId="77777777" w:rsidR="005A7A29" w:rsidRPr="00D106A5" w:rsidRDefault="005A7A29" w:rsidP="00346AD9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1. ...</w:t>
            </w:r>
          </w:p>
          <w:p w14:paraId="1F628F39" w14:textId="77777777" w:rsidR="005A7A29" w:rsidRPr="00D106A5" w:rsidRDefault="005A7A29" w:rsidP="00346AD9">
            <w:pPr>
              <w:ind w:left="-180" w:firstLine="180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5A7A29" w:rsidRPr="00D106A5" w14:paraId="34F87876" w14:textId="77777777" w:rsidTr="00346AD9">
        <w:tc>
          <w:tcPr>
            <w:tcW w:w="9900" w:type="dxa"/>
            <w:gridSpan w:val="4"/>
            <w:shd w:val="clear" w:color="auto" w:fill="CCCCCC"/>
          </w:tcPr>
          <w:p w14:paraId="35951FFA" w14:textId="77777777" w:rsidR="005A7A29" w:rsidRPr="00D106A5" w:rsidRDefault="005A7A29" w:rsidP="00346AD9">
            <w:pPr>
              <w:spacing w:before="120" w:line="360" w:lineRule="auto"/>
              <w:jc w:val="center"/>
              <w:rPr>
                <w:rFonts w:ascii="Cambria" w:hAnsi="Cambria"/>
                <w:sz w:val="22"/>
                <w:szCs w:val="22"/>
                <w:lang w:val="pt-BR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  <w:lang w:val="pt-BR"/>
              </w:rPr>
              <w:t>OBRAZLOŽENJE – PRISTANAK PREDLOŽENOG MENTORA</w:t>
            </w:r>
          </w:p>
        </w:tc>
      </w:tr>
      <w:tr w:rsidR="005A7A29" w:rsidRPr="00D106A5" w14:paraId="2C734BAF" w14:textId="77777777" w:rsidTr="00346AD9">
        <w:trPr>
          <w:trHeight w:val="567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3B321B03" w14:textId="77777777" w:rsidR="005A7A29" w:rsidRPr="00D106A5" w:rsidRDefault="005A7A29" w:rsidP="00346AD9">
            <w:pPr>
              <w:ind w:left="-180" w:firstLine="180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...</w:t>
            </w:r>
          </w:p>
          <w:p w14:paraId="0C431B42" w14:textId="77777777" w:rsidR="005A7A29" w:rsidRPr="00D106A5" w:rsidRDefault="005A7A29" w:rsidP="00346AD9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05796C4D" w14:textId="77777777" w:rsidR="005A7A29" w:rsidRPr="00D106A5" w:rsidRDefault="005A7A29" w:rsidP="00346AD9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E3C77BA" w14:textId="77777777" w:rsidR="005A7A29" w:rsidRPr="00D106A5" w:rsidRDefault="005A7A29" w:rsidP="00346AD9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0C9E56D" w14:textId="77777777" w:rsidR="005A7A29" w:rsidRPr="00D106A5" w:rsidRDefault="005A7A29" w:rsidP="00346AD9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A7A29" w:rsidRPr="00D106A5" w14:paraId="3BFD6119" w14:textId="77777777" w:rsidTr="00346AD9">
        <w:trPr>
          <w:trHeight w:val="567"/>
        </w:trPr>
        <w:tc>
          <w:tcPr>
            <w:tcW w:w="9900" w:type="dxa"/>
            <w:gridSpan w:val="4"/>
            <w:shd w:val="clear" w:color="auto" w:fill="CCCCCC"/>
          </w:tcPr>
          <w:p w14:paraId="5E2B3E2E" w14:textId="77777777" w:rsidR="005A7A29" w:rsidRPr="00D106A5" w:rsidRDefault="005A7A29" w:rsidP="00346AD9">
            <w:pPr>
              <w:spacing w:before="120" w:line="360" w:lineRule="auto"/>
              <w:jc w:val="center"/>
              <w:rPr>
                <w:rFonts w:ascii="Cambria" w:hAnsi="Cambria"/>
                <w:b/>
                <w:sz w:val="22"/>
                <w:szCs w:val="22"/>
                <w:lang w:val="it-IT"/>
              </w:rPr>
            </w:pPr>
            <w:r w:rsidRPr="00D106A5">
              <w:rPr>
                <w:rFonts w:ascii="Cambria" w:hAnsi="Cambria"/>
                <w:b/>
                <w:sz w:val="22"/>
                <w:szCs w:val="22"/>
                <w:lang w:val="it-IT"/>
              </w:rPr>
              <w:t>IZJAVA</w:t>
            </w:r>
          </w:p>
        </w:tc>
      </w:tr>
      <w:tr w:rsidR="005A7A29" w:rsidRPr="00D106A5" w14:paraId="53DFF423" w14:textId="77777777" w:rsidTr="00346AD9">
        <w:trPr>
          <w:trHeight w:val="3953"/>
        </w:trPr>
        <w:tc>
          <w:tcPr>
            <w:tcW w:w="9900" w:type="dxa"/>
            <w:gridSpan w:val="4"/>
          </w:tcPr>
          <w:p w14:paraId="0282D5A0" w14:textId="77777777" w:rsidR="005A7A29" w:rsidRPr="00D106A5" w:rsidRDefault="005A7A29" w:rsidP="00346AD9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lastRenderedPageBreak/>
              <w:t>Odgovorno izjavljujem da sam suglasan s temom koja se prijavljuje i da prihvaćam mentorstvo.</w:t>
            </w:r>
          </w:p>
          <w:p w14:paraId="704A10EC" w14:textId="77777777" w:rsidR="005A7A29" w:rsidRPr="00D106A5" w:rsidRDefault="005A7A29" w:rsidP="00346AD9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6478179C" w14:textId="77777777" w:rsidR="005A7A29" w:rsidRPr="00D106A5" w:rsidRDefault="005A7A29" w:rsidP="00346AD9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6E2E9F66" w14:textId="77777777" w:rsidR="005A7A29" w:rsidRPr="00D106A5" w:rsidRDefault="005A7A29" w:rsidP="00346AD9">
            <w:pPr>
              <w:pStyle w:val="Tijeloteksta"/>
              <w:spacing w:line="360" w:lineRule="auto"/>
              <w:rPr>
                <w:b/>
                <w:sz w:val="22"/>
              </w:rPr>
            </w:pPr>
            <w:bookmarkStart w:id="0" w:name="OLE_LINK1"/>
            <w:bookmarkStart w:id="1" w:name="OLE_LINK2"/>
            <w:r w:rsidRPr="00D106A5">
              <w:rPr>
                <w:b/>
                <w:sz w:val="22"/>
              </w:rPr>
              <w:t>U Zagrebu, _____________________________</w:t>
            </w:r>
            <w:bookmarkEnd w:id="0"/>
            <w:bookmarkEnd w:id="1"/>
          </w:p>
          <w:p w14:paraId="0DA60332" w14:textId="77777777" w:rsidR="005A7A29" w:rsidRPr="00D106A5" w:rsidRDefault="005A7A29" w:rsidP="00346AD9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4D54173" w14:textId="77777777" w:rsidR="005A7A29" w:rsidRPr="00D106A5" w:rsidRDefault="005A7A29" w:rsidP="00346AD9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t>Potpis:   _____</w:t>
            </w:r>
            <w:r>
              <w:rPr>
                <w:b/>
                <w:sz w:val="22"/>
              </w:rPr>
              <w:t>____</w:t>
            </w:r>
            <w:r w:rsidRPr="00D106A5">
              <w:rPr>
                <w:b/>
                <w:sz w:val="22"/>
              </w:rPr>
              <w:t>_________________________________</w:t>
            </w:r>
          </w:p>
          <w:p w14:paraId="743C99AA" w14:textId="77777777" w:rsidR="005A7A29" w:rsidRPr="00D106A5" w:rsidRDefault="005A7A29" w:rsidP="00346AD9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12223D">
              <w:rPr>
                <w:b/>
                <w:sz w:val="20"/>
                <w:szCs w:val="20"/>
              </w:rPr>
              <w:t>(Ime i prezime predloženog mentora)</w:t>
            </w:r>
          </w:p>
        </w:tc>
      </w:tr>
      <w:tr w:rsidR="005A7A29" w:rsidRPr="00D106A5" w14:paraId="44183F45" w14:textId="77777777" w:rsidTr="00346AD9">
        <w:trPr>
          <w:trHeight w:val="3952"/>
        </w:trPr>
        <w:tc>
          <w:tcPr>
            <w:tcW w:w="9900" w:type="dxa"/>
            <w:gridSpan w:val="4"/>
          </w:tcPr>
          <w:p w14:paraId="51A5B369" w14:textId="77777777" w:rsidR="005A7A29" w:rsidRPr="00D106A5" w:rsidRDefault="005A7A29" w:rsidP="00346AD9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t xml:space="preserve">Odgovorno izjavljujem da nisam prijavio/prijavila </w:t>
            </w:r>
            <w:proofErr w:type="spellStart"/>
            <w:r w:rsidRPr="00D106A5">
              <w:rPr>
                <w:b/>
                <w:sz w:val="22"/>
              </w:rPr>
              <w:t>licencijatski</w:t>
            </w:r>
            <w:proofErr w:type="spellEnd"/>
            <w:r w:rsidRPr="00D106A5">
              <w:rPr>
                <w:b/>
                <w:sz w:val="22"/>
              </w:rPr>
              <w:t xml:space="preserve"> rad s istovjetnom temom ni na jednom drugom sveučilištu.</w:t>
            </w:r>
          </w:p>
          <w:p w14:paraId="5CE0B509" w14:textId="77777777" w:rsidR="005A7A29" w:rsidRPr="00D106A5" w:rsidRDefault="005A7A29" w:rsidP="00346AD9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38DF7B5" w14:textId="77777777" w:rsidR="005A7A29" w:rsidRPr="00D106A5" w:rsidRDefault="005A7A29" w:rsidP="00346AD9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t xml:space="preserve">U Zagrebu, _____________________________ </w:t>
            </w:r>
          </w:p>
          <w:p w14:paraId="6864A1A2" w14:textId="77777777" w:rsidR="005A7A29" w:rsidRPr="00D106A5" w:rsidRDefault="005A7A29" w:rsidP="00346AD9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</w:p>
          <w:p w14:paraId="7799BD9B" w14:textId="77777777" w:rsidR="005A7A29" w:rsidRPr="00D106A5" w:rsidRDefault="005A7A29" w:rsidP="00346AD9">
            <w:pPr>
              <w:pStyle w:val="Tijeloteksta"/>
              <w:tabs>
                <w:tab w:val="center" w:pos="4842"/>
              </w:tabs>
              <w:spacing w:line="360" w:lineRule="auto"/>
              <w:jc w:val="right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t>Potpis:   ____</w:t>
            </w:r>
            <w:r>
              <w:rPr>
                <w:b/>
                <w:sz w:val="22"/>
              </w:rPr>
              <w:t>____</w:t>
            </w:r>
            <w:r w:rsidRPr="00D106A5">
              <w:rPr>
                <w:b/>
                <w:sz w:val="22"/>
              </w:rPr>
              <w:t>_____________________________________</w:t>
            </w:r>
          </w:p>
          <w:p w14:paraId="600BE9E1" w14:textId="77777777" w:rsidR="005A7A29" w:rsidRPr="00D106A5" w:rsidRDefault="005A7A29" w:rsidP="00346AD9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D106A5">
              <w:rPr>
                <w:b/>
                <w:sz w:val="22"/>
              </w:rPr>
              <w:t xml:space="preserve"> </w:t>
            </w:r>
            <w:r w:rsidRPr="0016363F">
              <w:rPr>
                <w:b/>
                <w:sz w:val="20"/>
                <w:szCs w:val="20"/>
              </w:rPr>
              <w:t>(Ime i prezime pristupnika/pristupnice)</w:t>
            </w:r>
          </w:p>
        </w:tc>
      </w:tr>
      <w:tr w:rsidR="005A7A29" w:rsidRPr="00D106A5" w14:paraId="4176A665" w14:textId="77777777" w:rsidTr="00346AD9">
        <w:tc>
          <w:tcPr>
            <w:tcW w:w="9900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71400E6F" w14:textId="77777777" w:rsidR="005A7A29" w:rsidRPr="00D106A5" w:rsidRDefault="005A7A29" w:rsidP="00346AD9">
            <w:pPr>
              <w:pStyle w:val="Tijeloteksta"/>
              <w:spacing w:line="360" w:lineRule="auto"/>
              <w:rPr>
                <w:sz w:val="22"/>
              </w:rPr>
            </w:pPr>
            <w:r w:rsidRPr="00D106A5">
              <w:rPr>
                <w:b/>
                <w:sz w:val="22"/>
              </w:rPr>
              <w:t>Napomena (po potrebi):</w:t>
            </w:r>
          </w:p>
        </w:tc>
      </w:tr>
      <w:tr w:rsidR="005A7A29" w:rsidRPr="00D106A5" w14:paraId="708265DD" w14:textId="77777777" w:rsidTr="00346AD9">
        <w:trPr>
          <w:trHeight w:val="20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7FDA4415" w14:textId="77777777" w:rsidR="005A7A29" w:rsidRPr="00D106A5" w:rsidRDefault="005A7A29" w:rsidP="00346AD9">
            <w:pPr>
              <w:rPr>
                <w:rFonts w:ascii="Cambria" w:hAnsi="Cambria"/>
                <w:sz w:val="22"/>
                <w:szCs w:val="22"/>
              </w:rPr>
            </w:pPr>
          </w:p>
          <w:p w14:paraId="7372E033" w14:textId="77777777" w:rsidR="005A7A29" w:rsidRPr="00D106A5" w:rsidRDefault="005A7A29" w:rsidP="00346AD9">
            <w:pPr>
              <w:rPr>
                <w:rFonts w:ascii="Cambria" w:hAnsi="Cambria"/>
                <w:sz w:val="22"/>
                <w:szCs w:val="22"/>
              </w:rPr>
            </w:pPr>
          </w:p>
          <w:p w14:paraId="190FE710" w14:textId="77777777" w:rsidR="005A7A29" w:rsidRPr="00D106A5" w:rsidRDefault="005A7A29" w:rsidP="00346AD9">
            <w:pPr>
              <w:rPr>
                <w:rFonts w:ascii="Cambria" w:hAnsi="Cambria"/>
                <w:sz w:val="22"/>
                <w:szCs w:val="22"/>
              </w:rPr>
            </w:pPr>
          </w:p>
          <w:p w14:paraId="121FFEE6" w14:textId="77777777" w:rsidR="005A7A29" w:rsidRPr="00D106A5" w:rsidRDefault="005A7A29" w:rsidP="00346AD9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558AC4D9" w14:textId="77777777" w:rsidR="005A7A29" w:rsidRPr="00D106A5" w:rsidRDefault="005A7A29" w:rsidP="005A7A29">
      <w:pPr>
        <w:jc w:val="both"/>
        <w:rPr>
          <w:rFonts w:ascii="Cambria" w:hAnsi="Cambria" w:cs="Arial"/>
          <w:sz w:val="22"/>
          <w:szCs w:val="22"/>
          <w:vertAlign w:val="superscript"/>
        </w:rPr>
      </w:pPr>
    </w:p>
    <w:p w14:paraId="7F2BB102" w14:textId="35F6A3CF" w:rsidR="00FC6C5F" w:rsidRPr="001C3A55" w:rsidRDefault="00FC6C5F" w:rsidP="001C3A55">
      <w:pPr>
        <w:tabs>
          <w:tab w:val="left" w:pos="1365"/>
        </w:tabs>
        <w:jc w:val="center"/>
        <w:rPr>
          <w:rFonts w:ascii="Arial" w:hAnsi="Arial" w:cs="Arial"/>
          <w:i/>
          <w:color w:val="808080"/>
        </w:rPr>
      </w:pPr>
    </w:p>
    <w:sectPr w:rsidR="00FC6C5F" w:rsidRPr="001C3A55" w:rsidSect="005A7A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E1B7E" w14:textId="77777777" w:rsidR="00D82C2E" w:rsidRDefault="00D82C2E">
      <w:r>
        <w:separator/>
      </w:r>
    </w:p>
  </w:endnote>
  <w:endnote w:type="continuationSeparator" w:id="0">
    <w:p w14:paraId="72083FAD" w14:textId="77777777" w:rsidR="00D82C2E" w:rsidRDefault="00D8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4FB56" w14:textId="77777777" w:rsidR="00D82C2E" w:rsidRDefault="00D82C2E">
      <w:r>
        <w:separator/>
      </w:r>
    </w:p>
  </w:footnote>
  <w:footnote w:type="continuationSeparator" w:id="0">
    <w:p w14:paraId="568734CC" w14:textId="77777777" w:rsidR="00D82C2E" w:rsidRDefault="00D82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C1BC8"/>
    <w:multiLevelType w:val="hybridMultilevel"/>
    <w:tmpl w:val="28D84C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5C27"/>
    <w:multiLevelType w:val="hybridMultilevel"/>
    <w:tmpl w:val="4904A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77305"/>
    <w:multiLevelType w:val="hybridMultilevel"/>
    <w:tmpl w:val="6908CF0C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25FB2"/>
    <w:multiLevelType w:val="hybridMultilevel"/>
    <w:tmpl w:val="80EE9E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353CB6"/>
    <w:multiLevelType w:val="hybridMultilevel"/>
    <w:tmpl w:val="EE98E61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0880121">
    <w:abstractNumId w:val="13"/>
  </w:num>
  <w:num w:numId="11" w16cid:durableId="10911624">
    <w:abstractNumId w:val="9"/>
  </w:num>
  <w:num w:numId="12" w16cid:durableId="85393851">
    <w:abstractNumId w:val="10"/>
  </w:num>
  <w:num w:numId="13" w16cid:durableId="324821778">
    <w:abstractNumId w:val="12"/>
  </w:num>
  <w:num w:numId="14" w16cid:durableId="1977027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C06DF"/>
    <w:rsid w:val="00116D48"/>
    <w:rsid w:val="0015074B"/>
    <w:rsid w:val="001766A1"/>
    <w:rsid w:val="001C3A55"/>
    <w:rsid w:val="0029639D"/>
    <w:rsid w:val="00326F90"/>
    <w:rsid w:val="00376C4A"/>
    <w:rsid w:val="0041107A"/>
    <w:rsid w:val="004A19C3"/>
    <w:rsid w:val="004C7A4D"/>
    <w:rsid w:val="00504C3E"/>
    <w:rsid w:val="005277EC"/>
    <w:rsid w:val="00562256"/>
    <w:rsid w:val="005A7A29"/>
    <w:rsid w:val="00601894"/>
    <w:rsid w:val="006A1326"/>
    <w:rsid w:val="006D564B"/>
    <w:rsid w:val="007A1388"/>
    <w:rsid w:val="008045D0"/>
    <w:rsid w:val="008104E2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82C2E"/>
    <w:rsid w:val="00D93D6A"/>
    <w:rsid w:val="00DE42E4"/>
    <w:rsid w:val="00E34760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1C3A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11</cp:revision>
  <dcterms:created xsi:type="dcterms:W3CDTF">2026-09-17T13:49:00Z</dcterms:created>
  <dcterms:modified xsi:type="dcterms:W3CDTF">2026-09-18T13:39:00Z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