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4"/>
        <w:gridCol w:w="2268"/>
        <w:gridCol w:w="2409"/>
        <w:gridCol w:w="2349"/>
      </w:tblGrid>
      <w:tr w:rsidR="00BB2666" w:rsidRPr="00A12889" w14:paraId="65FD7550" w14:textId="77777777" w:rsidTr="000D56D2">
        <w:trPr>
          <w:trHeight w:val="2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7C6F04C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LIC.DR.SC.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-</w:t>
            </w:r>
            <w:r w:rsidRPr="00A12889">
              <w:rPr>
                <w:rFonts w:ascii="Cambria" w:hAnsi="Cambria" w:cs="Arial"/>
                <w:b/>
                <w:sz w:val="22"/>
                <w:szCs w:val="22"/>
              </w:rPr>
              <w:t>03 – MOLBA ZA OCJENU ISTRAŽIVAČKOGA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A12889">
              <w:rPr>
                <w:rFonts w:ascii="Cambria" w:hAnsi="Cambria" w:cs="Arial"/>
                <w:b/>
                <w:sz w:val="22"/>
                <w:szCs w:val="22"/>
              </w:rPr>
              <w:t xml:space="preserve"> RADA I </w:t>
            </w:r>
            <w:r w:rsidRPr="00A12889">
              <w:rPr>
                <w:rFonts w:ascii="Cambria" w:hAnsi="Cambria" w:cs="Arial"/>
                <w:b/>
                <w:sz w:val="22"/>
                <w:szCs w:val="22"/>
              </w:rPr>
              <w:br/>
              <w:t>ODOBRENJE POLAGANJA LICENCIJATSKOGA ISPITA</w:t>
            </w:r>
          </w:p>
        </w:tc>
      </w:tr>
      <w:tr w:rsidR="00BB2666" w:rsidRPr="00A12889" w14:paraId="264BD1B0" w14:textId="77777777" w:rsidTr="000D56D2">
        <w:trPr>
          <w:trHeight w:val="2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78A78DF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BB2666" w:rsidRPr="00A12889" w14:paraId="431C4454" w14:textId="77777777" w:rsidTr="000D56D2">
        <w:trPr>
          <w:trHeight w:val="20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45B81C23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BB2666" w:rsidRPr="00A12889" w14:paraId="5A6E91C4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2E762DA6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Ime i prezime pristupnika/pristupnice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06C1F8B3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05D0D9A7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5EDAE285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Matični broj pristupnika/pristupnice</w:t>
            </w:r>
          </w:p>
        </w:tc>
        <w:tc>
          <w:tcPr>
            <w:tcW w:w="7026" w:type="dxa"/>
            <w:gridSpan w:val="3"/>
            <w:vAlign w:val="center"/>
          </w:tcPr>
          <w:p w14:paraId="0E30EBC0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4AA6B896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383A9849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 xml:space="preserve">Ime i prezime majke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A12889">
              <w:rPr>
                <w:rFonts w:ascii="Cambria" w:hAnsi="Cambria" w:cs="Arial"/>
                <w:b/>
                <w:sz w:val="22"/>
                <w:szCs w:val="22"/>
              </w:rPr>
              <w:t>i/ili oca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3AF10056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1D9388EC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7904280F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2F81B1EC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1214D63C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3FF88593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3C2928F3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5204F38F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446B7B1D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Telefon/mobitel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6A5ECDAA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313AAC07" w14:textId="77777777" w:rsidTr="000D56D2">
        <w:trPr>
          <w:trHeight w:val="454"/>
        </w:trPr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09802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D43D25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4E2AA381" w14:textId="77777777" w:rsidTr="000D56D2">
        <w:trPr>
          <w:trHeight w:val="454"/>
        </w:trPr>
        <w:tc>
          <w:tcPr>
            <w:tcW w:w="2874" w:type="dxa"/>
            <w:tcBorders>
              <w:bottom w:val="single" w:sz="4" w:space="0" w:color="auto"/>
            </w:tcBorders>
            <w:vAlign w:val="center"/>
          </w:tcPr>
          <w:p w14:paraId="32E65E7D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C3A1FF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38BB6A99" w14:textId="77777777" w:rsidTr="000D56D2">
        <w:trPr>
          <w:trHeight w:val="454"/>
        </w:trPr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F6CF8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Datum upisa poslijediplomskog studija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44F85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7324A691" w14:textId="77777777" w:rsidTr="000D56D2">
        <w:trPr>
          <w:trHeight w:val="454"/>
        </w:trPr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F53BCA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Sjednica Fakultetskog vijeća i točka Dnevnog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A12889">
              <w:rPr>
                <w:rFonts w:ascii="Cambria" w:hAnsi="Cambria" w:cs="Arial"/>
                <w:b/>
                <w:sz w:val="22"/>
                <w:szCs w:val="22"/>
              </w:rPr>
              <w:t xml:space="preserve"> reda u okviru koje je donesena odluka o odobravanju teme i imenovanju mentora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035D72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6E4696DC" w14:textId="77777777" w:rsidTr="000D56D2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601705CE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BB2666" w:rsidRPr="00A12889" w14:paraId="4F8FADC4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25166CC3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68572B9C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A12889">
              <w:rPr>
                <w:rFonts w:ascii="Cambria" w:hAnsi="Cambria" w:cs="Arial"/>
                <w:sz w:val="22"/>
                <w:szCs w:val="22"/>
              </w:rPr>
              <w:t>do starijeg datuma):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7330F768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89034A9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F41162F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EFCB3EF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BB2666" w:rsidRPr="00A12889" w14:paraId="5D5A0B09" w14:textId="77777777" w:rsidTr="000D56D2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560A1F27" w14:textId="77777777" w:rsidR="00BB2666" w:rsidRPr="00A12889" w:rsidRDefault="00BB2666" w:rsidP="000D56D2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A12889">
              <w:rPr>
                <w:rFonts w:ascii="Cambria" w:hAnsi="Cambria"/>
                <w:b/>
                <w:sz w:val="22"/>
                <w:szCs w:val="22"/>
                <w:lang w:val="pt-BR"/>
              </w:rPr>
              <w:t>NASLOV LICENCIJATSKOG RADA</w:t>
            </w:r>
          </w:p>
        </w:tc>
      </w:tr>
      <w:tr w:rsidR="00BB2666" w:rsidRPr="00A12889" w14:paraId="42A2B041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62663960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06B4014E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4BED7BF6" w14:textId="77777777" w:rsidTr="000D56D2">
        <w:trPr>
          <w:trHeight w:val="454"/>
        </w:trPr>
        <w:tc>
          <w:tcPr>
            <w:tcW w:w="2874" w:type="dxa"/>
            <w:shd w:val="clear" w:color="auto" w:fill="auto"/>
            <w:vAlign w:val="center"/>
          </w:tcPr>
          <w:p w14:paraId="765079D0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026" w:type="dxa"/>
            <w:gridSpan w:val="3"/>
            <w:shd w:val="clear" w:color="auto" w:fill="auto"/>
            <w:vAlign w:val="center"/>
          </w:tcPr>
          <w:p w14:paraId="085E165A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1C8C42DB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1586FA6D" w14:textId="77777777" w:rsidTr="000D56D2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0B9733E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/>
                <w:b/>
                <w:sz w:val="22"/>
                <w:szCs w:val="22"/>
                <w:lang w:val="pt-BR"/>
              </w:rPr>
              <w:t>MENTOR(I)</w:t>
            </w:r>
          </w:p>
        </w:tc>
      </w:tr>
      <w:tr w:rsidR="00BB2666" w:rsidRPr="00A12889" w14:paraId="2B298214" w14:textId="77777777" w:rsidTr="000D56D2">
        <w:trPr>
          <w:trHeight w:val="454"/>
        </w:trPr>
        <w:tc>
          <w:tcPr>
            <w:tcW w:w="2874" w:type="dxa"/>
            <w:vAlign w:val="center"/>
          </w:tcPr>
          <w:p w14:paraId="7641E676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93325EA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409" w:type="dxa"/>
            <w:vAlign w:val="center"/>
          </w:tcPr>
          <w:p w14:paraId="1A427553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349" w:type="dxa"/>
            <w:vAlign w:val="center"/>
          </w:tcPr>
          <w:p w14:paraId="029BB98A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BB2666" w:rsidRPr="00A12889" w14:paraId="2B1C5918" w14:textId="77777777" w:rsidTr="000D56D2">
        <w:trPr>
          <w:trHeight w:val="454"/>
        </w:trPr>
        <w:tc>
          <w:tcPr>
            <w:tcW w:w="2874" w:type="dxa"/>
            <w:vAlign w:val="center"/>
          </w:tcPr>
          <w:p w14:paraId="727013C7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2268" w:type="dxa"/>
          </w:tcPr>
          <w:p w14:paraId="50B3BA52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9FFAD8A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349" w:type="dxa"/>
          </w:tcPr>
          <w:p w14:paraId="00B14122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338584E1" w14:textId="77777777" w:rsidTr="000D56D2">
        <w:trPr>
          <w:trHeight w:val="454"/>
        </w:trPr>
        <w:tc>
          <w:tcPr>
            <w:tcW w:w="2874" w:type="dxa"/>
            <w:vAlign w:val="center"/>
          </w:tcPr>
          <w:p w14:paraId="7992B9D8" w14:textId="77777777" w:rsidR="00BB2666" w:rsidRPr="00A12889" w:rsidRDefault="00BB2666" w:rsidP="000D56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268" w:type="dxa"/>
          </w:tcPr>
          <w:p w14:paraId="0CF08DCB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37C596D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349" w:type="dxa"/>
          </w:tcPr>
          <w:p w14:paraId="547F524F" w14:textId="77777777" w:rsidR="00BB2666" w:rsidRPr="00A12889" w:rsidRDefault="00BB2666" w:rsidP="000D56D2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6604BA23" w14:textId="77777777" w:rsidTr="000D56D2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24477FF6" w14:textId="77777777" w:rsidR="00BB2666" w:rsidRPr="00A12889" w:rsidRDefault="00BB2666" w:rsidP="000D56D2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A12889">
              <w:rPr>
                <w:rFonts w:ascii="Cambria" w:hAnsi="Cambria" w:cs="Arial"/>
                <w:b/>
                <w:sz w:val="22"/>
                <w:szCs w:val="22"/>
              </w:rPr>
              <w:t>OBRAZLOŽENJE</w:t>
            </w:r>
          </w:p>
        </w:tc>
      </w:tr>
      <w:tr w:rsidR="00BB2666" w:rsidRPr="00A12889" w14:paraId="1A270831" w14:textId="77777777" w:rsidTr="000D56D2">
        <w:trPr>
          <w:trHeight w:val="454"/>
        </w:trPr>
        <w:tc>
          <w:tcPr>
            <w:tcW w:w="9900" w:type="dxa"/>
            <w:gridSpan w:val="4"/>
            <w:vAlign w:val="center"/>
          </w:tcPr>
          <w:p w14:paraId="5E65AC47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lastRenderedPageBreak/>
              <w:t>...</w:t>
            </w:r>
          </w:p>
          <w:p w14:paraId="7D8EF848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0D7CFD9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24DB50A" w14:textId="77777777" w:rsidR="00BB2666" w:rsidRPr="00A12889" w:rsidRDefault="00BB2666" w:rsidP="000D56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BB2666" w:rsidRPr="00A12889" w14:paraId="50008AFD" w14:textId="77777777" w:rsidTr="000D56D2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6672052F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F3DBD8E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  <w:r w:rsidRPr="00A12889">
              <w:rPr>
                <w:b/>
                <w:sz w:val="22"/>
              </w:rPr>
              <w:t>U Zagrebu, _____________________________</w:t>
            </w:r>
          </w:p>
          <w:p w14:paraId="3E9DD67D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483A5473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0C68DDB" w14:textId="77777777" w:rsidR="00BB2666" w:rsidRPr="00A12889" w:rsidRDefault="00BB2666" w:rsidP="000D56D2">
            <w:pPr>
              <w:pStyle w:val="Tijeloteksta"/>
              <w:spacing w:line="360" w:lineRule="auto"/>
              <w:ind w:left="4248"/>
              <w:jc w:val="right"/>
              <w:rPr>
                <w:b/>
                <w:sz w:val="22"/>
              </w:rPr>
            </w:pPr>
            <w:r w:rsidRPr="00A12889">
              <w:rPr>
                <w:b/>
                <w:sz w:val="22"/>
              </w:rPr>
              <w:t xml:space="preserve">Potpis: </w:t>
            </w:r>
            <w:r>
              <w:rPr>
                <w:b/>
                <w:sz w:val="22"/>
              </w:rPr>
              <w:t xml:space="preserve"> </w:t>
            </w:r>
            <w:r w:rsidRPr="00A12889">
              <w:rPr>
                <w:b/>
                <w:sz w:val="22"/>
              </w:rPr>
              <w:t>______________________________________________</w:t>
            </w:r>
          </w:p>
          <w:p w14:paraId="5C3CC85F" w14:textId="77777777" w:rsidR="00BB2666" w:rsidRPr="00A12889" w:rsidRDefault="00BB2666" w:rsidP="000D56D2">
            <w:pPr>
              <w:pStyle w:val="Tijeloteksta"/>
              <w:spacing w:line="360" w:lineRule="auto"/>
              <w:ind w:left="4956"/>
              <w:jc w:val="right"/>
              <w:rPr>
                <w:b/>
                <w:sz w:val="22"/>
              </w:rPr>
            </w:pPr>
            <w:r w:rsidRPr="00A12889">
              <w:rPr>
                <w:b/>
                <w:sz w:val="22"/>
              </w:rPr>
              <w:t xml:space="preserve">    </w:t>
            </w:r>
            <w:r w:rsidRPr="004C2862">
              <w:rPr>
                <w:b/>
                <w:sz w:val="20"/>
                <w:szCs w:val="20"/>
              </w:rPr>
              <w:t>(Ime i prezime pristupnika/pristupnice)</w:t>
            </w:r>
          </w:p>
          <w:p w14:paraId="22DFDF19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17E8752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6E1A01F8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76CA753D" w14:textId="77777777" w:rsidR="00BB2666" w:rsidRPr="00A12889" w:rsidRDefault="00BB2666" w:rsidP="000D56D2">
            <w:pPr>
              <w:pStyle w:val="Tijeloteksta"/>
              <w:spacing w:line="360" w:lineRule="auto"/>
              <w:rPr>
                <w:b/>
                <w:sz w:val="22"/>
              </w:rPr>
            </w:pPr>
          </w:p>
        </w:tc>
      </w:tr>
      <w:tr w:rsidR="00BB2666" w:rsidRPr="00A12889" w14:paraId="31005240" w14:textId="77777777" w:rsidTr="000D56D2">
        <w:tc>
          <w:tcPr>
            <w:tcW w:w="9900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3FE0E00E" w14:textId="77777777" w:rsidR="00BB2666" w:rsidRPr="00A12889" w:rsidRDefault="00BB2666" w:rsidP="000D56D2">
            <w:pPr>
              <w:pStyle w:val="Tijeloteksta"/>
              <w:spacing w:line="360" w:lineRule="auto"/>
              <w:rPr>
                <w:sz w:val="22"/>
              </w:rPr>
            </w:pPr>
            <w:r w:rsidRPr="00A12889">
              <w:rPr>
                <w:b/>
                <w:sz w:val="22"/>
              </w:rPr>
              <w:t>Napomena (po potrebi)</w:t>
            </w:r>
          </w:p>
        </w:tc>
      </w:tr>
      <w:tr w:rsidR="00BB2666" w:rsidRPr="00A12889" w14:paraId="63A03067" w14:textId="77777777" w:rsidTr="000D56D2">
        <w:trPr>
          <w:trHeight w:val="1059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746040EE" w14:textId="77777777" w:rsidR="00BB2666" w:rsidRPr="00A12889" w:rsidRDefault="00BB2666" w:rsidP="000D56D2">
            <w:pPr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2BA7E8F1" w14:textId="77777777" w:rsidR="00BB2666" w:rsidRPr="00A12889" w:rsidRDefault="00BB2666" w:rsidP="000D56D2">
            <w:pPr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136DCADE" w14:textId="77777777" w:rsidR="00BB2666" w:rsidRPr="00A12889" w:rsidRDefault="00BB2666" w:rsidP="00BB2666">
      <w:pPr>
        <w:jc w:val="both"/>
        <w:rPr>
          <w:rFonts w:ascii="Cambria" w:hAnsi="Cambria" w:cs="Arial"/>
          <w:sz w:val="22"/>
          <w:szCs w:val="22"/>
          <w:vertAlign w:val="superscript"/>
        </w:rPr>
      </w:pPr>
    </w:p>
    <w:p w14:paraId="7F2BB102" w14:textId="6ECBE2A2" w:rsidR="00FC6C5F" w:rsidRPr="001C3A55" w:rsidRDefault="00FC6C5F" w:rsidP="001C3A55">
      <w:pPr>
        <w:tabs>
          <w:tab w:val="left" w:pos="1365"/>
        </w:tabs>
        <w:jc w:val="center"/>
        <w:rPr>
          <w:rFonts w:ascii="Arial" w:hAnsi="Arial" w:cs="Arial"/>
          <w:i/>
          <w:color w:val="808080"/>
        </w:rPr>
      </w:pPr>
    </w:p>
    <w:sectPr w:rsidR="00FC6C5F" w:rsidRPr="001C3A55" w:rsidSect="00BB26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E6FD5" w14:textId="77777777" w:rsidR="009A530B" w:rsidRDefault="009A530B">
      <w:r>
        <w:separator/>
      </w:r>
    </w:p>
  </w:endnote>
  <w:endnote w:type="continuationSeparator" w:id="0">
    <w:p w14:paraId="77029D08" w14:textId="77777777" w:rsidR="009A530B" w:rsidRDefault="009A5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C3612" w14:textId="77777777" w:rsidR="009A530B" w:rsidRDefault="009A530B">
      <w:r>
        <w:separator/>
      </w:r>
    </w:p>
  </w:footnote>
  <w:footnote w:type="continuationSeparator" w:id="0">
    <w:p w14:paraId="77FA3641" w14:textId="77777777" w:rsidR="009A530B" w:rsidRDefault="009A5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C1BC8"/>
    <w:multiLevelType w:val="hybridMultilevel"/>
    <w:tmpl w:val="28D84C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5C27"/>
    <w:multiLevelType w:val="hybridMultilevel"/>
    <w:tmpl w:val="4904A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77305"/>
    <w:multiLevelType w:val="hybridMultilevel"/>
    <w:tmpl w:val="6908CF0C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25FB2"/>
    <w:multiLevelType w:val="hybridMultilevel"/>
    <w:tmpl w:val="80EE9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53CB6"/>
    <w:multiLevelType w:val="hybridMultilevel"/>
    <w:tmpl w:val="EE98E61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0880121">
    <w:abstractNumId w:val="13"/>
  </w:num>
  <w:num w:numId="11" w16cid:durableId="10911624">
    <w:abstractNumId w:val="9"/>
  </w:num>
  <w:num w:numId="12" w16cid:durableId="85393851">
    <w:abstractNumId w:val="10"/>
  </w:num>
  <w:num w:numId="13" w16cid:durableId="324821778">
    <w:abstractNumId w:val="12"/>
  </w:num>
  <w:num w:numId="14" w16cid:durableId="1977027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C06DF"/>
    <w:rsid w:val="00116D48"/>
    <w:rsid w:val="0015074B"/>
    <w:rsid w:val="001766A1"/>
    <w:rsid w:val="001C3A55"/>
    <w:rsid w:val="0029639D"/>
    <w:rsid w:val="00326F90"/>
    <w:rsid w:val="00376C4A"/>
    <w:rsid w:val="0041107A"/>
    <w:rsid w:val="004A19C3"/>
    <w:rsid w:val="004C7A4D"/>
    <w:rsid w:val="004F738D"/>
    <w:rsid w:val="00504C3E"/>
    <w:rsid w:val="005277EC"/>
    <w:rsid w:val="00601894"/>
    <w:rsid w:val="006A1326"/>
    <w:rsid w:val="006D564B"/>
    <w:rsid w:val="007A1388"/>
    <w:rsid w:val="008045D0"/>
    <w:rsid w:val="008104E2"/>
    <w:rsid w:val="0082595E"/>
    <w:rsid w:val="0084644A"/>
    <w:rsid w:val="00956011"/>
    <w:rsid w:val="009A530B"/>
    <w:rsid w:val="00A0668E"/>
    <w:rsid w:val="00AA1D8D"/>
    <w:rsid w:val="00AE3E35"/>
    <w:rsid w:val="00B47730"/>
    <w:rsid w:val="00BB2666"/>
    <w:rsid w:val="00C7370A"/>
    <w:rsid w:val="00C827FD"/>
    <w:rsid w:val="00CB0664"/>
    <w:rsid w:val="00D93D6A"/>
    <w:rsid w:val="00DE42E4"/>
    <w:rsid w:val="00E34760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1C3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11</cp:revision>
  <dcterms:created xsi:type="dcterms:W3CDTF">2026-09-17T13:49:00Z</dcterms:created>
  <dcterms:modified xsi:type="dcterms:W3CDTF">2026-09-18T13:40:00Z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