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1423"/>
        <w:gridCol w:w="7080"/>
        <w:gridCol w:w="7"/>
      </w:tblGrid>
      <w:tr w:rsidR="00E570E0" w:rsidRPr="00147AB8" w14:paraId="5DE80588" w14:textId="77777777" w:rsidTr="00E570E0">
        <w:trPr>
          <w:gridAfter w:val="1"/>
          <w:wAfter w:w="7" w:type="dxa"/>
          <w:trHeight w:hRule="exact" w:val="567"/>
        </w:trPr>
        <w:tc>
          <w:tcPr>
            <w:tcW w:w="9918" w:type="dxa"/>
            <w:gridSpan w:val="3"/>
            <w:shd w:val="clear" w:color="auto" w:fill="CCCCCC"/>
            <w:vAlign w:val="center"/>
          </w:tcPr>
          <w:p w14:paraId="07F505B1" w14:textId="77777777" w:rsidR="00E570E0" w:rsidRPr="00147AB8" w:rsidRDefault="00E570E0" w:rsidP="00DF17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>LIC.DR.SC.-04 – OCJENA ISTRAŽIVAČKOGA LICENCIJATSKOGA RADA</w:t>
            </w:r>
          </w:p>
        </w:tc>
      </w:tr>
      <w:tr w:rsidR="00E570E0" w:rsidRPr="00147AB8" w14:paraId="2731F9C6" w14:textId="77777777" w:rsidTr="00E570E0">
        <w:trPr>
          <w:gridAfter w:val="1"/>
          <w:wAfter w:w="7" w:type="dxa"/>
          <w:trHeight w:hRule="exact" w:val="304"/>
        </w:trPr>
        <w:tc>
          <w:tcPr>
            <w:tcW w:w="9918" w:type="dxa"/>
            <w:gridSpan w:val="3"/>
            <w:shd w:val="clear" w:color="auto" w:fill="EEECE1" w:themeFill="background2"/>
            <w:vAlign w:val="center"/>
          </w:tcPr>
          <w:p w14:paraId="29290F05" w14:textId="77777777" w:rsidR="00E570E0" w:rsidRPr="00147AB8" w:rsidRDefault="00E570E0" w:rsidP="00DF17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E570E0" w:rsidRPr="00147AB8" w14:paraId="3B804855" w14:textId="77777777" w:rsidTr="00E570E0">
        <w:trPr>
          <w:trHeight w:hRule="exact" w:val="431"/>
        </w:trPr>
        <w:tc>
          <w:tcPr>
            <w:tcW w:w="9925" w:type="dxa"/>
            <w:gridSpan w:val="4"/>
            <w:shd w:val="clear" w:color="auto" w:fill="BFBFBF"/>
            <w:vAlign w:val="center"/>
          </w:tcPr>
          <w:p w14:paraId="4347FB4B" w14:textId="77777777" w:rsidR="00E570E0" w:rsidRPr="00147AB8" w:rsidRDefault="00E570E0" w:rsidP="00DF17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E570E0" w:rsidRPr="00147AB8" w14:paraId="6583301C" w14:textId="77777777" w:rsidTr="00E570E0">
        <w:trPr>
          <w:trHeight w:val="567"/>
        </w:trPr>
        <w:tc>
          <w:tcPr>
            <w:tcW w:w="2838" w:type="dxa"/>
            <w:gridSpan w:val="2"/>
            <w:shd w:val="clear" w:color="auto" w:fill="BFBFBF"/>
            <w:vAlign w:val="center"/>
          </w:tcPr>
          <w:p w14:paraId="4363C7C9" w14:textId="77777777" w:rsidR="00E570E0" w:rsidRPr="00147AB8" w:rsidRDefault="00E570E0" w:rsidP="00DF17C7">
            <w:pPr>
              <w:rPr>
                <w:rFonts w:ascii="Cambria" w:hAnsi="Cambria" w:cs="Arial"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>Ime i prezime pristupnika /pristupnice</w:t>
            </w:r>
          </w:p>
        </w:tc>
        <w:tc>
          <w:tcPr>
            <w:tcW w:w="7087" w:type="dxa"/>
            <w:gridSpan w:val="2"/>
            <w:vAlign w:val="center"/>
          </w:tcPr>
          <w:p w14:paraId="65F43ADD" w14:textId="77777777" w:rsidR="00E570E0" w:rsidRPr="00147AB8" w:rsidRDefault="00E570E0" w:rsidP="00DF17C7">
            <w:pPr>
              <w:rPr>
                <w:rFonts w:ascii="Cambria" w:hAnsi="Cambria" w:cs="Arial"/>
                <w:sz w:val="22"/>
                <w:szCs w:val="22"/>
              </w:rPr>
            </w:pPr>
            <w:r w:rsidRPr="00147AB8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7AB8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147AB8">
              <w:rPr>
                <w:rFonts w:ascii="Cambria" w:hAnsi="Cambria" w:cs="Arial"/>
                <w:sz w:val="22"/>
                <w:szCs w:val="22"/>
              </w:rPr>
            </w:r>
            <w:r w:rsidRPr="00147AB8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E570E0" w:rsidRPr="00147AB8" w14:paraId="12284508" w14:textId="77777777" w:rsidTr="00E570E0">
        <w:trPr>
          <w:trHeight w:val="567"/>
        </w:trPr>
        <w:tc>
          <w:tcPr>
            <w:tcW w:w="2838" w:type="dxa"/>
            <w:gridSpan w:val="2"/>
            <w:shd w:val="clear" w:color="auto" w:fill="BFBFBF"/>
            <w:vAlign w:val="center"/>
          </w:tcPr>
          <w:p w14:paraId="74D99DBA" w14:textId="77777777" w:rsidR="00E570E0" w:rsidRPr="00147AB8" w:rsidRDefault="00E570E0" w:rsidP="00DF17C7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 xml:space="preserve">Matični broj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147AB8">
              <w:rPr>
                <w:rFonts w:ascii="Cambria" w:hAnsi="Cambria" w:cs="Arial"/>
                <w:b/>
                <w:sz w:val="22"/>
                <w:szCs w:val="22"/>
              </w:rPr>
              <w:t>pristupnika/ pristupnice</w:t>
            </w:r>
          </w:p>
        </w:tc>
        <w:tc>
          <w:tcPr>
            <w:tcW w:w="7087" w:type="dxa"/>
            <w:gridSpan w:val="2"/>
            <w:vAlign w:val="center"/>
          </w:tcPr>
          <w:p w14:paraId="5B84D690" w14:textId="77777777" w:rsidR="00E570E0" w:rsidRPr="00147AB8" w:rsidRDefault="00E570E0" w:rsidP="00DF17C7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47AB8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7AB8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147AB8">
              <w:rPr>
                <w:rFonts w:ascii="Cambria" w:hAnsi="Cambria" w:cs="Arial"/>
                <w:sz w:val="22"/>
                <w:szCs w:val="22"/>
              </w:rPr>
            </w:r>
            <w:r w:rsidRPr="00147AB8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E570E0" w:rsidRPr="00147AB8" w14:paraId="75DB5A0B" w14:textId="77777777" w:rsidTr="00E570E0">
        <w:trPr>
          <w:trHeight w:val="567"/>
        </w:trPr>
        <w:tc>
          <w:tcPr>
            <w:tcW w:w="1415" w:type="dxa"/>
            <w:vMerge w:val="restart"/>
            <w:shd w:val="clear" w:color="auto" w:fill="BFBFBF"/>
            <w:vAlign w:val="center"/>
          </w:tcPr>
          <w:p w14:paraId="2DECFAE8" w14:textId="77777777" w:rsidR="00E570E0" w:rsidRPr="00147AB8" w:rsidRDefault="00E570E0" w:rsidP="00DF17C7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>Naslov rada</w:t>
            </w:r>
          </w:p>
        </w:tc>
        <w:tc>
          <w:tcPr>
            <w:tcW w:w="1423" w:type="dxa"/>
            <w:shd w:val="clear" w:color="auto" w:fill="BFBFBF"/>
            <w:vAlign w:val="center"/>
          </w:tcPr>
          <w:p w14:paraId="77625631" w14:textId="77777777" w:rsidR="00E570E0" w:rsidRPr="00147AB8" w:rsidRDefault="00E570E0" w:rsidP="00DF17C7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147AB8">
              <w:rPr>
                <w:rFonts w:ascii="Cambria" w:hAnsi="Cambria" w:cs="Arial"/>
                <w:i/>
                <w:sz w:val="22"/>
                <w:szCs w:val="22"/>
              </w:rPr>
              <w:t>Hrvatski</w:t>
            </w:r>
          </w:p>
        </w:tc>
        <w:tc>
          <w:tcPr>
            <w:tcW w:w="7087" w:type="dxa"/>
            <w:gridSpan w:val="2"/>
            <w:vAlign w:val="center"/>
          </w:tcPr>
          <w:p w14:paraId="129193AF" w14:textId="77777777" w:rsidR="00E570E0" w:rsidRPr="00DC2587" w:rsidRDefault="00E570E0" w:rsidP="00DF17C7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E570E0" w:rsidRPr="00147AB8" w14:paraId="4628297C" w14:textId="77777777" w:rsidTr="00E570E0">
        <w:trPr>
          <w:trHeight w:val="567"/>
        </w:trPr>
        <w:tc>
          <w:tcPr>
            <w:tcW w:w="1415" w:type="dxa"/>
            <w:vMerge/>
            <w:shd w:val="clear" w:color="auto" w:fill="BFBFBF"/>
            <w:vAlign w:val="center"/>
          </w:tcPr>
          <w:p w14:paraId="7B1A3E0C" w14:textId="77777777" w:rsidR="00E570E0" w:rsidRPr="00147AB8" w:rsidRDefault="00E570E0" w:rsidP="00DF17C7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423" w:type="dxa"/>
            <w:shd w:val="clear" w:color="auto" w:fill="BFBFBF"/>
            <w:vAlign w:val="center"/>
          </w:tcPr>
          <w:p w14:paraId="38CB3B7C" w14:textId="77777777" w:rsidR="00E570E0" w:rsidRPr="00147AB8" w:rsidRDefault="00E570E0" w:rsidP="00DF17C7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147AB8">
              <w:rPr>
                <w:rFonts w:ascii="Cambria" w:hAnsi="Cambria" w:cs="Arial"/>
                <w:i/>
                <w:sz w:val="22"/>
                <w:szCs w:val="22"/>
              </w:rPr>
              <w:t>Engleski</w:t>
            </w:r>
          </w:p>
        </w:tc>
        <w:tc>
          <w:tcPr>
            <w:tcW w:w="7087" w:type="dxa"/>
            <w:gridSpan w:val="2"/>
            <w:vAlign w:val="center"/>
          </w:tcPr>
          <w:p w14:paraId="67B5D7E4" w14:textId="77777777" w:rsidR="00E570E0" w:rsidRPr="00DC2587" w:rsidRDefault="00E570E0" w:rsidP="00DF17C7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DC2587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E570E0" w:rsidRPr="00147AB8" w14:paraId="5BB17C80" w14:textId="77777777" w:rsidTr="00E570E0">
        <w:trPr>
          <w:trHeight w:val="567"/>
        </w:trPr>
        <w:tc>
          <w:tcPr>
            <w:tcW w:w="2838" w:type="dxa"/>
            <w:gridSpan w:val="2"/>
            <w:shd w:val="clear" w:color="auto" w:fill="BFBFBF"/>
            <w:vAlign w:val="center"/>
          </w:tcPr>
          <w:p w14:paraId="0DCC43DB" w14:textId="77777777" w:rsidR="00E570E0" w:rsidRPr="00147AB8" w:rsidRDefault="00E570E0" w:rsidP="00DF17C7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087" w:type="dxa"/>
            <w:gridSpan w:val="2"/>
            <w:vAlign w:val="center"/>
          </w:tcPr>
          <w:p w14:paraId="7053D8CF" w14:textId="77777777" w:rsidR="00E570E0" w:rsidRPr="00147AB8" w:rsidRDefault="00E570E0" w:rsidP="00DF17C7">
            <w:pPr>
              <w:rPr>
                <w:rFonts w:ascii="Cambria" w:hAnsi="Cambria" w:cs="Arial"/>
                <w:sz w:val="22"/>
                <w:szCs w:val="22"/>
              </w:rPr>
            </w:pPr>
            <w:r w:rsidRPr="00147AB8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7AB8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147AB8">
              <w:rPr>
                <w:rFonts w:ascii="Cambria" w:hAnsi="Cambria" w:cs="Arial"/>
                <w:sz w:val="22"/>
                <w:szCs w:val="22"/>
              </w:rPr>
            </w:r>
            <w:r w:rsidRPr="00147AB8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E570E0" w:rsidRPr="00147AB8" w14:paraId="4134CE12" w14:textId="77777777" w:rsidTr="00E570E0">
        <w:trPr>
          <w:trHeight w:val="567"/>
        </w:trPr>
        <w:tc>
          <w:tcPr>
            <w:tcW w:w="2838" w:type="dxa"/>
            <w:gridSpan w:val="2"/>
            <w:shd w:val="clear" w:color="auto" w:fill="BFBFBF"/>
            <w:vAlign w:val="center"/>
          </w:tcPr>
          <w:p w14:paraId="43022BB7" w14:textId="77777777" w:rsidR="00E570E0" w:rsidRPr="00147AB8" w:rsidRDefault="00E570E0" w:rsidP="00DF17C7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 xml:space="preserve">Ime i prezime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147AB8">
              <w:rPr>
                <w:rFonts w:ascii="Cambria" w:hAnsi="Cambria" w:cs="Arial"/>
                <w:b/>
                <w:sz w:val="22"/>
                <w:szCs w:val="22"/>
              </w:rPr>
              <w:t>mentora/mentorice</w:t>
            </w:r>
          </w:p>
        </w:tc>
        <w:tc>
          <w:tcPr>
            <w:tcW w:w="7087" w:type="dxa"/>
            <w:gridSpan w:val="2"/>
            <w:vAlign w:val="center"/>
          </w:tcPr>
          <w:p w14:paraId="4553F6ED" w14:textId="77777777" w:rsidR="00E570E0" w:rsidRPr="00147AB8" w:rsidRDefault="00E570E0" w:rsidP="00DF17C7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E570E0" w:rsidRPr="00147AB8" w14:paraId="13FC385C" w14:textId="77777777" w:rsidTr="00E570E0">
        <w:trPr>
          <w:trHeight w:val="567"/>
        </w:trPr>
        <w:tc>
          <w:tcPr>
            <w:tcW w:w="2838" w:type="dxa"/>
            <w:gridSpan w:val="2"/>
            <w:shd w:val="clear" w:color="auto" w:fill="BFBFBF"/>
            <w:vAlign w:val="center"/>
          </w:tcPr>
          <w:p w14:paraId="21D25891" w14:textId="77777777" w:rsidR="00E570E0" w:rsidRPr="00147AB8" w:rsidRDefault="00E570E0" w:rsidP="00DF17C7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 xml:space="preserve">Ime i prezime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147AB8">
              <w:rPr>
                <w:rFonts w:ascii="Cambria" w:hAnsi="Cambria" w:cs="Arial"/>
                <w:b/>
                <w:sz w:val="22"/>
                <w:szCs w:val="22"/>
              </w:rPr>
              <w:t>drugog ocjenjivača</w:t>
            </w:r>
          </w:p>
        </w:tc>
        <w:tc>
          <w:tcPr>
            <w:tcW w:w="7087" w:type="dxa"/>
            <w:gridSpan w:val="2"/>
            <w:vAlign w:val="center"/>
          </w:tcPr>
          <w:p w14:paraId="1D9C65DB" w14:textId="77777777" w:rsidR="00E570E0" w:rsidRPr="00147AB8" w:rsidRDefault="00E570E0" w:rsidP="00DF17C7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E570E0" w:rsidRPr="00147AB8" w14:paraId="12FD718E" w14:textId="77777777" w:rsidTr="00E570E0">
        <w:trPr>
          <w:trHeight w:val="567"/>
        </w:trPr>
        <w:tc>
          <w:tcPr>
            <w:tcW w:w="9925" w:type="dxa"/>
            <w:gridSpan w:val="4"/>
            <w:shd w:val="clear" w:color="auto" w:fill="C0C0C0"/>
            <w:vAlign w:val="center"/>
          </w:tcPr>
          <w:p w14:paraId="4E0AE4EF" w14:textId="77777777" w:rsidR="00E570E0" w:rsidRPr="00147AB8" w:rsidRDefault="00E570E0" w:rsidP="00DF17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147AB8">
              <w:rPr>
                <w:rFonts w:ascii="Cambria" w:hAnsi="Cambria" w:cs="Arial"/>
                <w:b/>
                <w:sz w:val="22"/>
                <w:szCs w:val="22"/>
              </w:rPr>
              <w:t>IZVJEŠĆE I OCJENA ISTRAŽIVAČKOGA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A </w:t>
            </w:r>
            <w:r w:rsidRPr="00147AB8">
              <w:rPr>
                <w:rFonts w:ascii="Cambria" w:hAnsi="Cambria" w:cs="Arial"/>
                <w:b/>
                <w:sz w:val="22"/>
                <w:szCs w:val="22"/>
              </w:rPr>
              <w:t>RADA</w:t>
            </w:r>
          </w:p>
        </w:tc>
      </w:tr>
      <w:tr w:rsidR="00E570E0" w:rsidRPr="00147AB8" w14:paraId="5EB353C2" w14:textId="77777777" w:rsidTr="00E570E0">
        <w:trPr>
          <w:trHeight w:val="1588"/>
        </w:trPr>
        <w:tc>
          <w:tcPr>
            <w:tcW w:w="9925" w:type="dxa"/>
            <w:gridSpan w:val="4"/>
            <w:shd w:val="clear" w:color="auto" w:fill="auto"/>
          </w:tcPr>
          <w:p w14:paraId="1FFA0810" w14:textId="77777777" w:rsidR="00E570E0" w:rsidRPr="00147AB8" w:rsidRDefault="00E570E0" w:rsidP="00DF17C7">
            <w:pPr>
              <w:spacing w:before="120" w:line="360" w:lineRule="auto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...</w:t>
            </w:r>
          </w:p>
          <w:p w14:paraId="56141F7C" w14:textId="77777777" w:rsidR="00E570E0" w:rsidRPr="00147AB8" w:rsidRDefault="00E570E0" w:rsidP="00DF17C7">
            <w:pPr>
              <w:spacing w:before="120" w:line="360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D08B16F" w14:textId="77777777" w:rsidR="00E570E0" w:rsidRPr="00E570E0" w:rsidRDefault="00E570E0" w:rsidP="00DF17C7">
            <w:pPr>
              <w:spacing w:before="120" w:line="360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318BE3EA" w14:textId="77777777" w:rsidR="00E570E0" w:rsidRPr="00147AB8" w:rsidRDefault="00E570E0" w:rsidP="00DF17C7">
            <w:pPr>
              <w:spacing w:before="120" w:line="360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E570E0" w:rsidRPr="00147AB8" w14:paraId="621AD1CE" w14:textId="77777777" w:rsidTr="00E570E0">
        <w:trPr>
          <w:trHeight w:val="567"/>
        </w:trPr>
        <w:tc>
          <w:tcPr>
            <w:tcW w:w="9925" w:type="dxa"/>
            <w:gridSpan w:val="4"/>
            <w:shd w:val="clear" w:color="auto" w:fill="BFBFBF"/>
            <w:vAlign w:val="center"/>
          </w:tcPr>
          <w:p w14:paraId="20A12BD2" w14:textId="77777777" w:rsidR="00E570E0" w:rsidRPr="00147AB8" w:rsidRDefault="00E570E0" w:rsidP="00DF17C7">
            <w:pPr>
              <w:spacing w:before="120" w:line="360" w:lineRule="auto"/>
              <w:rPr>
                <w:rFonts w:ascii="Cambria" w:hAnsi="Cambria"/>
                <w:sz w:val="22"/>
                <w:szCs w:val="22"/>
              </w:rPr>
            </w:pPr>
            <w:r w:rsidRPr="00147AB8">
              <w:rPr>
                <w:rFonts w:ascii="Cambria" w:hAnsi="Cambria"/>
                <w:b/>
                <w:sz w:val="22"/>
                <w:szCs w:val="22"/>
              </w:rPr>
              <w:t>Mišljenje i prijedlog</w:t>
            </w:r>
          </w:p>
        </w:tc>
      </w:tr>
      <w:tr w:rsidR="00E570E0" w:rsidRPr="00147AB8" w14:paraId="07D62DAB" w14:textId="77777777" w:rsidTr="00E570E0">
        <w:trPr>
          <w:trHeight w:val="567"/>
        </w:trPr>
        <w:tc>
          <w:tcPr>
            <w:tcW w:w="9925" w:type="dxa"/>
            <w:gridSpan w:val="4"/>
          </w:tcPr>
          <w:p w14:paraId="39EFC6B8" w14:textId="77777777" w:rsidR="00E570E0" w:rsidRPr="00147AB8" w:rsidRDefault="00E570E0" w:rsidP="00DF17C7">
            <w:pPr>
              <w:spacing w:before="120"/>
              <w:jc w:val="both"/>
              <w:rPr>
                <w:rFonts w:ascii="Cambria" w:hAnsi="Cambria"/>
                <w:sz w:val="22"/>
                <w:szCs w:val="22"/>
              </w:rPr>
            </w:pPr>
            <w:r w:rsidRPr="00147AB8">
              <w:rPr>
                <w:rFonts w:ascii="Cambria" w:hAnsi="Cambria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0" w:name="Text24"/>
            <w:r w:rsidRPr="00147AB8">
              <w:rPr>
                <w:rFonts w:ascii="Cambria" w:hAnsi="Cambria"/>
                <w:sz w:val="22"/>
                <w:szCs w:val="22"/>
              </w:rPr>
              <w:instrText xml:space="preserve"> FORMTEXT </w:instrText>
            </w:r>
            <w:r w:rsidRPr="00147AB8">
              <w:rPr>
                <w:rFonts w:ascii="Cambria" w:hAnsi="Cambria"/>
                <w:sz w:val="22"/>
                <w:szCs w:val="22"/>
              </w:rPr>
            </w:r>
            <w:r w:rsidRPr="00147AB8">
              <w:rPr>
                <w:rFonts w:ascii="Cambria" w:hAnsi="Cambria"/>
                <w:sz w:val="22"/>
                <w:szCs w:val="22"/>
              </w:rPr>
              <w:fldChar w:fldCharType="separate"/>
            </w:r>
            <w:r w:rsidRPr="00147AB8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sz w:val="22"/>
                <w:szCs w:val="22"/>
              </w:rPr>
              <w:fldChar w:fldCharType="end"/>
            </w:r>
            <w:bookmarkEnd w:id="0"/>
          </w:p>
          <w:p w14:paraId="3EA7567D" w14:textId="77777777" w:rsidR="00E570E0" w:rsidRPr="00147AB8" w:rsidRDefault="00E570E0" w:rsidP="00DF17C7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  <w:p w14:paraId="34ADC47D" w14:textId="77777777" w:rsidR="00E570E0" w:rsidRPr="00147AB8" w:rsidRDefault="00E570E0" w:rsidP="00DF17C7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  <w:p w14:paraId="0957C967" w14:textId="77777777" w:rsidR="00E570E0" w:rsidRPr="00147AB8" w:rsidRDefault="00E570E0" w:rsidP="00DF17C7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</w:tc>
      </w:tr>
      <w:tr w:rsidR="00E570E0" w:rsidRPr="00147AB8" w14:paraId="23CF8AD4" w14:textId="77777777" w:rsidTr="00E570E0">
        <w:trPr>
          <w:trHeight w:val="2144"/>
        </w:trPr>
        <w:tc>
          <w:tcPr>
            <w:tcW w:w="9925" w:type="dxa"/>
            <w:gridSpan w:val="4"/>
          </w:tcPr>
          <w:p w14:paraId="0076CA43" w14:textId="77777777" w:rsidR="00E570E0" w:rsidRPr="00147AB8" w:rsidRDefault="00E570E0" w:rsidP="00DF17C7">
            <w:pPr>
              <w:rPr>
                <w:rFonts w:ascii="Cambria" w:hAnsi="Cambria"/>
                <w:sz w:val="22"/>
                <w:szCs w:val="22"/>
              </w:rPr>
            </w:pPr>
          </w:p>
          <w:p w14:paraId="683A0AAF" w14:textId="77777777" w:rsidR="00E570E0" w:rsidRPr="00147AB8" w:rsidRDefault="00E570E0" w:rsidP="00DF17C7">
            <w:pPr>
              <w:tabs>
                <w:tab w:val="left" w:pos="5864"/>
              </w:tabs>
              <w:jc w:val="right"/>
              <w:rPr>
                <w:rFonts w:ascii="Cambria" w:hAnsi="Cambria"/>
                <w:sz w:val="22"/>
                <w:szCs w:val="22"/>
              </w:rPr>
            </w:pPr>
            <w:r w:rsidRPr="00147AB8">
              <w:rPr>
                <w:rFonts w:ascii="Cambria" w:hAnsi="Cambria"/>
                <w:sz w:val="22"/>
                <w:szCs w:val="22"/>
              </w:rPr>
              <w:t xml:space="preserve">Potpis: </w:t>
            </w:r>
            <w:r>
              <w:rPr>
                <w:rFonts w:ascii="Cambria" w:hAnsi="Cambria"/>
                <w:sz w:val="22"/>
                <w:szCs w:val="22"/>
              </w:rPr>
              <w:t>_______________________________________</w:t>
            </w:r>
          </w:p>
          <w:p w14:paraId="15B8CB12" w14:textId="77777777" w:rsidR="00E570E0" w:rsidRPr="00147AB8" w:rsidRDefault="00E570E0" w:rsidP="00DF17C7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147AB8">
              <w:rPr>
                <w:rFonts w:ascii="Cambria" w:hAnsi="Cambria"/>
                <w:sz w:val="22"/>
                <w:szCs w:val="22"/>
              </w:rPr>
              <w:t>U Zagrebu,</w:t>
            </w:r>
            <w:bookmarkStart w:id="1" w:name="Text31"/>
            <w:r w:rsidRPr="00147AB8">
              <w:rPr>
                <w:rFonts w:ascii="Cambria" w:hAnsi="Cambria"/>
                <w:b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instrText xml:space="preserve"> FORMTEXT </w:instrText>
            </w:r>
            <w:r w:rsidRPr="00147AB8">
              <w:rPr>
                <w:rFonts w:ascii="Cambria" w:hAnsi="Cambria"/>
                <w:b/>
                <w:sz w:val="22"/>
                <w:szCs w:val="22"/>
              </w:rPr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fldChar w:fldCharType="separate"/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fldChar w:fldCharType="end"/>
            </w:r>
            <w:bookmarkEnd w:id="1"/>
            <w:r w:rsidRPr="00147AB8">
              <w:rPr>
                <w:rFonts w:ascii="Cambria" w:hAnsi="Cambria"/>
                <w:b/>
                <w:sz w:val="22"/>
                <w:szCs w:val="22"/>
              </w:rPr>
              <w:tab/>
            </w:r>
            <w:r>
              <w:rPr>
                <w:rFonts w:ascii="Cambria" w:hAnsi="Cambria"/>
                <w:b/>
                <w:sz w:val="22"/>
                <w:szCs w:val="22"/>
              </w:rPr>
              <w:t xml:space="preserve">          </w:t>
            </w:r>
            <w:r w:rsidRPr="00D26088">
              <w:rPr>
                <w:rFonts w:ascii="Cambria" w:hAnsi="Cambria"/>
                <w:b/>
              </w:rPr>
              <w:t>(Ime i prezime mentora)</w:t>
            </w:r>
          </w:p>
          <w:p w14:paraId="6D533B44" w14:textId="77777777" w:rsidR="00E570E0" w:rsidRPr="00147AB8" w:rsidRDefault="00E570E0" w:rsidP="00DF17C7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</w:p>
          <w:p w14:paraId="2D1595B7" w14:textId="77777777" w:rsidR="00E570E0" w:rsidRPr="00147AB8" w:rsidRDefault="00E570E0" w:rsidP="00DF17C7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</w:p>
          <w:p w14:paraId="301D6A9E" w14:textId="77777777" w:rsidR="00E570E0" w:rsidRDefault="00E570E0" w:rsidP="00DF17C7">
            <w:pPr>
              <w:tabs>
                <w:tab w:val="left" w:pos="5864"/>
              </w:tabs>
              <w:jc w:val="right"/>
              <w:rPr>
                <w:rFonts w:ascii="Cambria" w:hAnsi="Cambria"/>
                <w:sz w:val="22"/>
                <w:szCs w:val="22"/>
              </w:rPr>
            </w:pPr>
            <w:r w:rsidRPr="00147AB8">
              <w:rPr>
                <w:rFonts w:ascii="Cambria" w:hAnsi="Cambria"/>
                <w:sz w:val="22"/>
                <w:szCs w:val="22"/>
              </w:rPr>
              <w:t xml:space="preserve">                                                                                                             Potpis: </w:t>
            </w:r>
            <w:r>
              <w:rPr>
                <w:rFonts w:ascii="Cambria" w:hAnsi="Cambria"/>
                <w:sz w:val="22"/>
                <w:szCs w:val="22"/>
              </w:rPr>
              <w:t>_______________________________________</w:t>
            </w:r>
          </w:p>
          <w:p w14:paraId="739000C5" w14:textId="77777777" w:rsidR="00E570E0" w:rsidRPr="00D26088" w:rsidRDefault="00E570E0" w:rsidP="00DF17C7">
            <w:pPr>
              <w:tabs>
                <w:tab w:val="left" w:pos="5864"/>
              </w:tabs>
              <w:jc w:val="right"/>
              <w:rPr>
                <w:rFonts w:ascii="Cambria" w:hAnsi="Cambria"/>
                <w:sz w:val="22"/>
                <w:szCs w:val="22"/>
              </w:rPr>
            </w:pPr>
            <w:r w:rsidRPr="00147AB8">
              <w:rPr>
                <w:rFonts w:ascii="Cambria" w:hAnsi="Cambria"/>
                <w:sz w:val="22"/>
                <w:szCs w:val="22"/>
              </w:rPr>
              <w:t>U Zagrebu,</w:t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instrText xml:space="preserve"> FORMTEXT </w:instrText>
            </w:r>
            <w:r w:rsidRPr="00147AB8">
              <w:rPr>
                <w:rFonts w:ascii="Cambria" w:hAnsi="Cambria"/>
                <w:b/>
                <w:sz w:val="22"/>
                <w:szCs w:val="22"/>
              </w:rPr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fldChar w:fldCharType="separate"/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fldChar w:fldCharType="end"/>
            </w:r>
            <w:r w:rsidRPr="00147AB8">
              <w:rPr>
                <w:rFonts w:ascii="Cambria" w:hAnsi="Cambria"/>
                <w:b/>
                <w:sz w:val="22"/>
                <w:szCs w:val="22"/>
              </w:rPr>
              <w:t xml:space="preserve">                                                                              </w:t>
            </w:r>
            <w:r>
              <w:rPr>
                <w:rFonts w:ascii="Cambria" w:hAnsi="Cambria"/>
                <w:b/>
                <w:sz w:val="22"/>
                <w:szCs w:val="22"/>
              </w:rPr>
              <w:t xml:space="preserve">                        </w:t>
            </w:r>
            <w:r w:rsidRPr="00D26088">
              <w:rPr>
                <w:rFonts w:ascii="Cambria" w:hAnsi="Cambria"/>
                <w:b/>
              </w:rPr>
              <w:t>(Ime i prezime drugog ocjenjivača)</w:t>
            </w:r>
          </w:p>
          <w:p w14:paraId="767A6971" w14:textId="77777777" w:rsidR="00E570E0" w:rsidRPr="00147AB8" w:rsidRDefault="00E570E0" w:rsidP="00DF17C7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</w:p>
          <w:p w14:paraId="512C1933" w14:textId="77777777" w:rsidR="00E570E0" w:rsidRPr="00147AB8" w:rsidRDefault="00E570E0" w:rsidP="00DF17C7">
            <w:pPr>
              <w:tabs>
                <w:tab w:val="left" w:pos="6935"/>
              </w:tabs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7F2BB102" w14:textId="6ECBE2A2" w:rsidR="00FC6C5F" w:rsidRPr="001C3A55" w:rsidRDefault="00FC6C5F" w:rsidP="00E570E0">
      <w:pPr>
        <w:tabs>
          <w:tab w:val="left" w:pos="1365"/>
        </w:tabs>
        <w:jc w:val="center"/>
        <w:rPr>
          <w:rFonts w:ascii="Arial" w:hAnsi="Arial" w:cs="Arial"/>
          <w:i/>
          <w:color w:val="808080"/>
        </w:rPr>
      </w:pPr>
    </w:p>
    <w:sectPr w:rsidR="00FC6C5F" w:rsidRPr="001C3A55" w:rsidSect="00BB26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3FA36" w14:textId="77777777" w:rsidR="008467C1" w:rsidRDefault="008467C1">
      <w:r>
        <w:separator/>
      </w:r>
    </w:p>
  </w:endnote>
  <w:endnote w:type="continuationSeparator" w:id="0">
    <w:p w14:paraId="36D86727" w14:textId="77777777" w:rsidR="008467C1" w:rsidRDefault="0084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1F391" w14:textId="77777777" w:rsidR="008467C1" w:rsidRDefault="008467C1">
      <w:r>
        <w:separator/>
      </w:r>
    </w:p>
  </w:footnote>
  <w:footnote w:type="continuationSeparator" w:id="0">
    <w:p w14:paraId="3748D9D3" w14:textId="77777777" w:rsidR="008467C1" w:rsidRDefault="00846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6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7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8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9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0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1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CC1BC8"/>
    <w:multiLevelType w:val="hybridMultilevel"/>
    <w:tmpl w:val="28D84C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C5C27"/>
    <w:multiLevelType w:val="hybridMultilevel"/>
    <w:tmpl w:val="4904A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77305"/>
    <w:multiLevelType w:val="hybridMultilevel"/>
    <w:tmpl w:val="6908CF0C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25FB2"/>
    <w:multiLevelType w:val="hybridMultilevel"/>
    <w:tmpl w:val="80EE9E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53CB6"/>
    <w:multiLevelType w:val="hybridMultilevel"/>
    <w:tmpl w:val="EE98E61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0880121">
    <w:abstractNumId w:val="13"/>
  </w:num>
  <w:num w:numId="11" w16cid:durableId="10911624">
    <w:abstractNumId w:val="9"/>
  </w:num>
  <w:num w:numId="12" w16cid:durableId="85393851">
    <w:abstractNumId w:val="10"/>
  </w:num>
  <w:num w:numId="13" w16cid:durableId="324821778">
    <w:abstractNumId w:val="12"/>
  </w:num>
  <w:num w:numId="14" w16cid:durableId="1977027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0C06DF"/>
    <w:rsid w:val="00116D48"/>
    <w:rsid w:val="0015074B"/>
    <w:rsid w:val="001766A1"/>
    <w:rsid w:val="001C3A55"/>
    <w:rsid w:val="0029639D"/>
    <w:rsid w:val="00326F90"/>
    <w:rsid w:val="00376C4A"/>
    <w:rsid w:val="0041107A"/>
    <w:rsid w:val="004A19C3"/>
    <w:rsid w:val="004C7A4D"/>
    <w:rsid w:val="004F738D"/>
    <w:rsid w:val="00504C3E"/>
    <w:rsid w:val="005277EC"/>
    <w:rsid w:val="00584139"/>
    <w:rsid w:val="00601894"/>
    <w:rsid w:val="006A1326"/>
    <w:rsid w:val="006D564B"/>
    <w:rsid w:val="007A1388"/>
    <w:rsid w:val="008045D0"/>
    <w:rsid w:val="008104E2"/>
    <w:rsid w:val="0082595E"/>
    <w:rsid w:val="0084644A"/>
    <w:rsid w:val="008467C1"/>
    <w:rsid w:val="00956011"/>
    <w:rsid w:val="009A530B"/>
    <w:rsid w:val="00A0668E"/>
    <w:rsid w:val="00AA1D8D"/>
    <w:rsid w:val="00AE3E35"/>
    <w:rsid w:val="00B47730"/>
    <w:rsid w:val="00BB2666"/>
    <w:rsid w:val="00C7370A"/>
    <w:rsid w:val="00C827FD"/>
    <w:rsid w:val="00CB0664"/>
    <w:rsid w:val="00D93D6A"/>
    <w:rsid w:val="00DE42E4"/>
    <w:rsid w:val="00E34760"/>
    <w:rsid w:val="00E56703"/>
    <w:rsid w:val="00E570E0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1C3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12</cp:revision>
  <dcterms:created xsi:type="dcterms:W3CDTF">2026-09-17T13:49:00Z</dcterms:created>
  <dcterms:modified xsi:type="dcterms:W3CDTF">2026-09-18T13:42:00Z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