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2"/>
        <w:gridCol w:w="709"/>
        <w:gridCol w:w="1701"/>
        <w:gridCol w:w="2283"/>
        <w:gridCol w:w="2475"/>
      </w:tblGrid>
      <w:tr w:rsidR="005D19E4" w:rsidRPr="006D3A07" w14:paraId="2311076D" w14:textId="77777777" w:rsidTr="00F55BAB">
        <w:trPr>
          <w:trHeight w:val="20"/>
        </w:trPr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334617EF" w14:textId="77777777" w:rsidR="005D19E4" w:rsidRPr="006D3A07" w:rsidRDefault="005D19E4" w:rsidP="00F55BAB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LIC.DR.SC.05 – ZAPISNIK LICENCIJATSKOGA ISPITA</w:t>
            </w:r>
          </w:p>
        </w:tc>
      </w:tr>
      <w:tr w:rsidR="005D19E4" w:rsidRPr="006D3A07" w14:paraId="1AAD39C9" w14:textId="77777777" w:rsidTr="00F55BAB">
        <w:trPr>
          <w:trHeight w:val="20"/>
        </w:trPr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F56A964" w14:textId="77777777" w:rsidR="005D19E4" w:rsidRPr="006D3A07" w:rsidRDefault="005D19E4" w:rsidP="00F55BAB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5D19E4" w:rsidRPr="006D3A07" w14:paraId="30868998" w14:textId="77777777" w:rsidTr="00F55BAB">
        <w:trPr>
          <w:trHeight w:val="20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028E84BA" w14:textId="77777777" w:rsidR="005D19E4" w:rsidRPr="006D3A07" w:rsidRDefault="005D19E4" w:rsidP="00F55BAB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OPĆI PODA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T</w:t>
            </w:r>
            <w:r w:rsidRPr="006D3A07">
              <w:rPr>
                <w:rFonts w:ascii="Cambria" w:hAnsi="Cambria" w:cs="Arial"/>
                <w:b/>
                <w:sz w:val="22"/>
                <w:szCs w:val="22"/>
              </w:rPr>
              <w:t>CI I KONTAKT PRISTUPNIKA/PRISTUPNICE</w:t>
            </w:r>
          </w:p>
        </w:tc>
      </w:tr>
      <w:tr w:rsidR="005D19E4" w:rsidRPr="006D3A07" w14:paraId="34C85E07" w14:textId="77777777" w:rsidTr="00F55BAB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345964A3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Ime i prezime pristupnika/pristupnice</w:t>
            </w:r>
          </w:p>
        </w:tc>
        <w:tc>
          <w:tcPr>
            <w:tcW w:w="7168" w:type="dxa"/>
            <w:gridSpan w:val="4"/>
            <w:shd w:val="clear" w:color="auto" w:fill="auto"/>
            <w:vAlign w:val="center"/>
          </w:tcPr>
          <w:p w14:paraId="64769894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3B8FC3F4" w14:textId="77777777" w:rsidTr="00F55BAB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05CBFA7A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Matični broj pristupnika/pristupnice</w:t>
            </w:r>
          </w:p>
        </w:tc>
        <w:tc>
          <w:tcPr>
            <w:tcW w:w="7168" w:type="dxa"/>
            <w:gridSpan w:val="4"/>
            <w:vAlign w:val="center"/>
          </w:tcPr>
          <w:p w14:paraId="7D54DC2E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260BC0E0" w14:textId="77777777" w:rsidTr="00F55BAB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155D2935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 xml:space="preserve">Ime i prezime majke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6D3A07">
              <w:rPr>
                <w:rFonts w:ascii="Cambria" w:hAnsi="Cambria" w:cs="Arial"/>
                <w:b/>
                <w:sz w:val="22"/>
                <w:szCs w:val="22"/>
              </w:rPr>
              <w:t>i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/</w:t>
            </w:r>
            <w:r w:rsidRPr="006D3A07">
              <w:rPr>
                <w:rFonts w:ascii="Cambria" w:hAnsi="Cambria" w:cs="Arial"/>
                <w:b/>
                <w:sz w:val="22"/>
                <w:szCs w:val="22"/>
              </w:rPr>
              <w:t>ili oca</w:t>
            </w:r>
          </w:p>
        </w:tc>
        <w:tc>
          <w:tcPr>
            <w:tcW w:w="7168" w:type="dxa"/>
            <w:gridSpan w:val="4"/>
            <w:shd w:val="clear" w:color="auto" w:fill="auto"/>
            <w:vAlign w:val="center"/>
          </w:tcPr>
          <w:p w14:paraId="32028742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3BF53A31" w14:textId="77777777" w:rsidTr="00F55BAB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2BF3194F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Datum i mjesto rođenja</w:t>
            </w:r>
          </w:p>
        </w:tc>
        <w:tc>
          <w:tcPr>
            <w:tcW w:w="7168" w:type="dxa"/>
            <w:gridSpan w:val="4"/>
            <w:shd w:val="clear" w:color="auto" w:fill="auto"/>
            <w:vAlign w:val="center"/>
          </w:tcPr>
          <w:p w14:paraId="281EAD90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6020E448" w14:textId="77777777" w:rsidTr="00F55BAB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49C62B37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Adresa</w:t>
            </w:r>
          </w:p>
        </w:tc>
        <w:tc>
          <w:tcPr>
            <w:tcW w:w="7168" w:type="dxa"/>
            <w:gridSpan w:val="4"/>
            <w:shd w:val="clear" w:color="auto" w:fill="auto"/>
            <w:vAlign w:val="center"/>
          </w:tcPr>
          <w:p w14:paraId="5274A669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2ED3D056" w14:textId="77777777" w:rsidTr="00F55BAB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68E28BB3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Telefon / mobitel</w:t>
            </w:r>
          </w:p>
        </w:tc>
        <w:tc>
          <w:tcPr>
            <w:tcW w:w="7168" w:type="dxa"/>
            <w:gridSpan w:val="4"/>
            <w:shd w:val="clear" w:color="auto" w:fill="auto"/>
            <w:vAlign w:val="center"/>
          </w:tcPr>
          <w:p w14:paraId="5616414B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76850C78" w14:textId="77777777" w:rsidTr="00F55BAB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EC30E9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  <w:tc>
          <w:tcPr>
            <w:tcW w:w="716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1D20EE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19CE78A1" w14:textId="77777777" w:rsidTr="00F55BAB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vAlign w:val="center"/>
          </w:tcPr>
          <w:p w14:paraId="693C58C5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Modul</w:t>
            </w:r>
          </w:p>
        </w:tc>
        <w:tc>
          <w:tcPr>
            <w:tcW w:w="7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B265D1A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408C72A6" w14:textId="77777777" w:rsidTr="00F55BAB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F66539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Datum upisa poslijediplomskog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6D3A07">
              <w:rPr>
                <w:rFonts w:ascii="Cambria" w:hAnsi="Cambria" w:cs="Arial"/>
                <w:b/>
                <w:sz w:val="22"/>
                <w:szCs w:val="22"/>
              </w:rPr>
              <w:t xml:space="preserve"> studija</w:t>
            </w:r>
          </w:p>
        </w:tc>
        <w:tc>
          <w:tcPr>
            <w:tcW w:w="716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96000B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7DB5C717" w14:textId="77777777" w:rsidTr="00F55BAB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171D2C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 xml:space="preserve">Sjednica Fakultetskog vijeća i točka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D</w:t>
            </w:r>
            <w:r w:rsidRPr="006D3A07">
              <w:rPr>
                <w:rFonts w:ascii="Cambria" w:hAnsi="Cambria" w:cs="Arial"/>
                <w:b/>
                <w:sz w:val="22"/>
                <w:szCs w:val="22"/>
              </w:rPr>
              <w:t>nevnog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6D3A07">
              <w:rPr>
                <w:rFonts w:ascii="Cambria" w:hAnsi="Cambria" w:cs="Arial"/>
                <w:b/>
                <w:sz w:val="22"/>
                <w:szCs w:val="22"/>
              </w:rPr>
              <w:t xml:space="preserve"> reda u okviru koje je donesena odluka o odobravanju teme i imenovanju mentora</w:t>
            </w:r>
          </w:p>
        </w:tc>
        <w:tc>
          <w:tcPr>
            <w:tcW w:w="716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C71D23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407576AA" w14:textId="77777777" w:rsidTr="00F55BAB">
        <w:trPr>
          <w:trHeight w:val="45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41A3B577" w14:textId="77777777" w:rsidR="005D19E4" w:rsidRPr="006D3A07" w:rsidRDefault="005D19E4" w:rsidP="00F55BAB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ŽIVOTOPIS PRISTUPNIKA/PRISTUPNICE</w:t>
            </w:r>
          </w:p>
        </w:tc>
      </w:tr>
      <w:tr w:rsidR="005D19E4" w:rsidRPr="006D3A07" w14:paraId="202C4C7D" w14:textId="77777777" w:rsidTr="00F55BAB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755628D4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 xml:space="preserve">Obrazovanje </w:t>
            </w:r>
          </w:p>
          <w:p w14:paraId="05693B64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sz w:val="22"/>
                <w:szCs w:val="22"/>
              </w:rPr>
              <w:t xml:space="preserve">(kronološki od novijeg </w:t>
            </w:r>
            <w:r>
              <w:rPr>
                <w:rFonts w:ascii="Cambria" w:hAnsi="Cambria" w:cs="Arial"/>
                <w:sz w:val="22"/>
                <w:szCs w:val="22"/>
              </w:rPr>
              <w:br/>
              <w:t>do</w:t>
            </w:r>
            <w:r w:rsidRPr="006D3A07">
              <w:rPr>
                <w:rFonts w:ascii="Cambria" w:hAnsi="Cambria" w:cs="Arial"/>
                <w:sz w:val="22"/>
                <w:szCs w:val="22"/>
              </w:rPr>
              <w:t xml:space="preserve"> starije</w:t>
            </w:r>
            <w:r>
              <w:rPr>
                <w:rFonts w:ascii="Cambria" w:hAnsi="Cambria" w:cs="Arial"/>
                <w:sz w:val="22"/>
                <w:szCs w:val="22"/>
              </w:rPr>
              <w:t>g</w:t>
            </w:r>
            <w:r w:rsidRPr="006D3A07">
              <w:rPr>
                <w:rFonts w:ascii="Cambria" w:hAnsi="Cambria" w:cs="Arial"/>
                <w:sz w:val="22"/>
                <w:szCs w:val="22"/>
              </w:rPr>
              <w:t xml:space="preserve"> datum</w:t>
            </w:r>
            <w:r>
              <w:rPr>
                <w:rFonts w:ascii="Cambria" w:hAnsi="Cambria" w:cs="Arial"/>
                <w:sz w:val="22"/>
                <w:szCs w:val="22"/>
              </w:rPr>
              <w:t>a</w:t>
            </w:r>
            <w:r w:rsidRPr="006D3A07">
              <w:rPr>
                <w:rFonts w:ascii="Cambria" w:hAnsi="Cambria" w:cs="Arial"/>
                <w:sz w:val="22"/>
                <w:szCs w:val="22"/>
              </w:rPr>
              <w:t>):</w:t>
            </w:r>
          </w:p>
        </w:tc>
        <w:tc>
          <w:tcPr>
            <w:tcW w:w="7168" w:type="dxa"/>
            <w:gridSpan w:val="4"/>
            <w:shd w:val="clear" w:color="auto" w:fill="auto"/>
            <w:vAlign w:val="center"/>
          </w:tcPr>
          <w:p w14:paraId="31180DDF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2D8F3BD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580B5753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621F7CD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5D19E4" w:rsidRPr="006D3A07" w14:paraId="4F5AC3E3" w14:textId="77777777" w:rsidTr="00F55BAB">
        <w:trPr>
          <w:trHeight w:val="45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5E7F2928" w14:textId="77777777" w:rsidR="005D19E4" w:rsidRPr="006D3A07" w:rsidRDefault="005D19E4" w:rsidP="00F55BAB">
            <w:pPr>
              <w:spacing w:before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6D3A07">
              <w:rPr>
                <w:rFonts w:ascii="Cambria" w:hAnsi="Cambria"/>
                <w:b/>
                <w:sz w:val="22"/>
                <w:szCs w:val="22"/>
                <w:lang w:val="pt-BR"/>
              </w:rPr>
              <w:t>NASLOV LICENCIJATSKOGA RADA</w:t>
            </w:r>
          </w:p>
        </w:tc>
      </w:tr>
      <w:tr w:rsidR="005D19E4" w:rsidRPr="006D3A07" w14:paraId="6F216818" w14:textId="77777777" w:rsidTr="00F55BAB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6819CBEE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Hrvatski</w:t>
            </w:r>
          </w:p>
        </w:tc>
        <w:tc>
          <w:tcPr>
            <w:tcW w:w="7168" w:type="dxa"/>
            <w:gridSpan w:val="4"/>
            <w:shd w:val="clear" w:color="auto" w:fill="auto"/>
            <w:vAlign w:val="center"/>
          </w:tcPr>
          <w:p w14:paraId="40B15BF4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22357F2A" w14:textId="77777777" w:rsidTr="00F55BAB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6FA3535B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Engleski</w:t>
            </w:r>
          </w:p>
        </w:tc>
        <w:tc>
          <w:tcPr>
            <w:tcW w:w="7168" w:type="dxa"/>
            <w:gridSpan w:val="4"/>
            <w:shd w:val="clear" w:color="auto" w:fill="auto"/>
            <w:vAlign w:val="center"/>
          </w:tcPr>
          <w:p w14:paraId="67C1C6F6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FFAC3C8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5F72B05D" w14:textId="77777777" w:rsidTr="00F55BAB">
        <w:trPr>
          <w:trHeight w:val="45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795C27E0" w14:textId="77777777" w:rsidR="005D19E4" w:rsidRPr="006D3A07" w:rsidRDefault="005D19E4" w:rsidP="00F55BAB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/>
                <w:b/>
                <w:sz w:val="22"/>
                <w:szCs w:val="22"/>
                <w:lang w:val="pt-BR"/>
              </w:rPr>
              <w:t>MENTOR(I)</w:t>
            </w:r>
          </w:p>
        </w:tc>
      </w:tr>
      <w:tr w:rsidR="005D19E4" w:rsidRPr="006D3A07" w14:paraId="248CA046" w14:textId="77777777" w:rsidTr="00F55BAB">
        <w:trPr>
          <w:trHeight w:val="454"/>
        </w:trPr>
        <w:tc>
          <w:tcPr>
            <w:tcW w:w="2732" w:type="dxa"/>
            <w:vAlign w:val="center"/>
          </w:tcPr>
          <w:p w14:paraId="4DE4C084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5BBA74E6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Titula, ime, prezime</w:t>
            </w:r>
          </w:p>
        </w:tc>
        <w:tc>
          <w:tcPr>
            <w:tcW w:w="2283" w:type="dxa"/>
            <w:vAlign w:val="center"/>
          </w:tcPr>
          <w:p w14:paraId="1B237971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475" w:type="dxa"/>
            <w:vAlign w:val="center"/>
          </w:tcPr>
          <w:p w14:paraId="3AF6AE61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5D19E4" w:rsidRPr="006D3A07" w14:paraId="39E1738A" w14:textId="77777777" w:rsidTr="00F55BAB">
        <w:trPr>
          <w:trHeight w:val="454"/>
        </w:trPr>
        <w:tc>
          <w:tcPr>
            <w:tcW w:w="2732" w:type="dxa"/>
            <w:vAlign w:val="center"/>
          </w:tcPr>
          <w:p w14:paraId="41ED5986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Mentor 1</w:t>
            </w:r>
          </w:p>
        </w:tc>
        <w:tc>
          <w:tcPr>
            <w:tcW w:w="2410" w:type="dxa"/>
            <w:gridSpan w:val="2"/>
          </w:tcPr>
          <w:p w14:paraId="49903715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83" w:type="dxa"/>
          </w:tcPr>
          <w:p w14:paraId="3C9DEC75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11851774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32BD70A1" w14:textId="77777777" w:rsidTr="00F55BAB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vAlign w:val="center"/>
          </w:tcPr>
          <w:p w14:paraId="191A4A07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Mentor 2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2096C0AB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83" w:type="dxa"/>
            <w:tcBorders>
              <w:bottom w:val="single" w:sz="4" w:space="0" w:color="auto"/>
            </w:tcBorders>
          </w:tcPr>
          <w:p w14:paraId="526A1698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4AF1A115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3792845E" w14:textId="77777777" w:rsidTr="00F55BAB">
        <w:trPr>
          <w:trHeight w:val="45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2896ADB3" w14:textId="77777777" w:rsidR="005D19E4" w:rsidRPr="006D3A07" w:rsidRDefault="005D19E4" w:rsidP="00F55BAB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OCJENA ISTRAŽIVAČKOG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6D3A07">
              <w:rPr>
                <w:rFonts w:ascii="Cambria" w:hAnsi="Cambria" w:cs="Arial"/>
                <w:b/>
                <w:sz w:val="22"/>
                <w:szCs w:val="22"/>
              </w:rPr>
              <w:t xml:space="preserve"> LICENCIJATSKOG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6D3A07">
              <w:rPr>
                <w:rFonts w:ascii="Cambria" w:hAnsi="Cambria" w:cs="Arial"/>
                <w:b/>
                <w:sz w:val="22"/>
                <w:szCs w:val="22"/>
              </w:rPr>
              <w:t xml:space="preserve"> RADA</w:t>
            </w:r>
          </w:p>
        </w:tc>
      </w:tr>
      <w:tr w:rsidR="005D19E4" w:rsidRPr="006D3A07" w14:paraId="60A304E1" w14:textId="77777777" w:rsidTr="00F55BAB">
        <w:trPr>
          <w:trHeight w:val="454"/>
        </w:trPr>
        <w:tc>
          <w:tcPr>
            <w:tcW w:w="2732" w:type="dxa"/>
            <w:vAlign w:val="center"/>
          </w:tcPr>
          <w:p w14:paraId="0AECE9E9" w14:textId="77777777" w:rsidR="005D19E4" w:rsidRPr="006D3A07" w:rsidRDefault="005D19E4" w:rsidP="00F55BAB">
            <w:pPr>
              <w:rPr>
                <w:rFonts w:ascii="Cambria" w:hAnsi="Cambria" w:cs="Arial"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lastRenderedPageBreak/>
              <w:t xml:space="preserve">Imenovani nastavnik ocjenjivač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4279B1">
              <w:rPr>
                <w:rFonts w:ascii="Cambria" w:hAnsi="Cambria" w:cs="Arial"/>
              </w:rPr>
              <w:t>(titula, ime i prezime,</w:t>
            </w:r>
            <w:r>
              <w:rPr>
                <w:rFonts w:ascii="Cambria" w:hAnsi="Cambria" w:cs="Arial"/>
              </w:rPr>
              <w:t xml:space="preserve"> </w:t>
            </w:r>
            <w:r w:rsidRPr="004279B1">
              <w:rPr>
                <w:rFonts w:ascii="Cambria" w:hAnsi="Cambria" w:cs="Arial"/>
              </w:rPr>
              <w:t>ustanova, e-pošta)</w:t>
            </w:r>
          </w:p>
        </w:tc>
        <w:tc>
          <w:tcPr>
            <w:tcW w:w="7168" w:type="dxa"/>
            <w:gridSpan w:val="4"/>
          </w:tcPr>
          <w:p w14:paraId="3DD6485E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7C9D77D5" w14:textId="77777777" w:rsidTr="00F55BAB">
        <w:trPr>
          <w:trHeight w:val="454"/>
        </w:trPr>
        <w:tc>
          <w:tcPr>
            <w:tcW w:w="2732" w:type="dxa"/>
            <w:vAlign w:val="center"/>
          </w:tcPr>
          <w:p w14:paraId="68FF178F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Datum ocjene</w:t>
            </w:r>
          </w:p>
        </w:tc>
        <w:tc>
          <w:tcPr>
            <w:tcW w:w="7168" w:type="dxa"/>
            <w:gridSpan w:val="4"/>
          </w:tcPr>
          <w:p w14:paraId="1D37B167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18038892" w14:textId="77777777" w:rsidTr="00F55BAB">
        <w:trPr>
          <w:trHeight w:val="454"/>
        </w:trPr>
        <w:tc>
          <w:tcPr>
            <w:tcW w:w="2732" w:type="dxa"/>
            <w:vAlign w:val="center"/>
          </w:tcPr>
          <w:p w14:paraId="400B2828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Ocjena</w:t>
            </w:r>
          </w:p>
        </w:tc>
        <w:tc>
          <w:tcPr>
            <w:tcW w:w="7168" w:type="dxa"/>
            <w:gridSpan w:val="4"/>
          </w:tcPr>
          <w:p w14:paraId="07105117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06466C18" w14:textId="77777777" w:rsidTr="00F55BAB">
        <w:trPr>
          <w:trHeight w:val="45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5A9AF8C4" w14:textId="77777777" w:rsidR="005D19E4" w:rsidRPr="006D3A07" w:rsidRDefault="005D19E4" w:rsidP="00F55BAB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POPIS TEZA/LITERATURE ZA LICENCIJATSKI ISPIT</w:t>
            </w:r>
          </w:p>
        </w:tc>
      </w:tr>
      <w:tr w:rsidR="005D19E4" w:rsidRPr="006D3A07" w14:paraId="48A7696A" w14:textId="77777777" w:rsidTr="00F55BAB">
        <w:trPr>
          <w:trHeight w:val="454"/>
        </w:trPr>
        <w:tc>
          <w:tcPr>
            <w:tcW w:w="9900" w:type="dxa"/>
            <w:gridSpan w:val="5"/>
            <w:tcBorders>
              <w:bottom w:val="single" w:sz="4" w:space="0" w:color="auto"/>
            </w:tcBorders>
            <w:vAlign w:val="center"/>
          </w:tcPr>
          <w:p w14:paraId="56AD95FB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...</w:t>
            </w:r>
          </w:p>
          <w:p w14:paraId="5C5FA00A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5B8B8203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120799E4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3252118D" w14:textId="77777777" w:rsidTr="00F55BAB">
        <w:trPr>
          <w:trHeight w:val="45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5983DA14" w14:textId="77777777" w:rsidR="005D19E4" w:rsidRPr="006D3A07" w:rsidRDefault="005D19E4" w:rsidP="00F55BAB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ISPITNO POVJERENSTVO</w:t>
            </w:r>
          </w:p>
        </w:tc>
      </w:tr>
      <w:tr w:rsidR="005D19E4" w:rsidRPr="006D3A07" w14:paraId="6D2C8B07" w14:textId="77777777" w:rsidTr="00F55BAB">
        <w:trPr>
          <w:trHeight w:val="454"/>
        </w:trPr>
        <w:tc>
          <w:tcPr>
            <w:tcW w:w="2732" w:type="dxa"/>
            <w:vAlign w:val="center"/>
          </w:tcPr>
          <w:p w14:paraId="1178115D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63EC6AC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Titula, ime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 i </w:t>
            </w:r>
            <w:r w:rsidRPr="006D3A07">
              <w:rPr>
                <w:rFonts w:ascii="Cambria" w:hAnsi="Cambria" w:cs="Arial"/>
                <w:b/>
                <w:sz w:val="22"/>
                <w:szCs w:val="22"/>
              </w:rPr>
              <w:t>prezime</w:t>
            </w:r>
          </w:p>
        </w:tc>
        <w:tc>
          <w:tcPr>
            <w:tcW w:w="2283" w:type="dxa"/>
            <w:vAlign w:val="center"/>
          </w:tcPr>
          <w:p w14:paraId="71587C90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475" w:type="dxa"/>
            <w:vAlign w:val="center"/>
          </w:tcPr>
          <w:p w14:paraId="6AAF9679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5D19E4" w:rsidRPr="006D3A07" w14:paraId="3982A359" w14:textId="77777777" w:rsidTr="00F55BAB">
        <w:trPr>
          <w:trHeight w:val="454"/>
        </w:trPr>
        <w:tc>
          <w:tcPr>
            <w:tcW w:w="2732" w:type="dxa"/>
            <w:vAlign w:val="center"/>
          </w:tcPr>
          <w:p w14:paraId="60DE7B09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Predsjednik</w:t>
            </w:r>
          </w:p>
        </w:tc>
        <w:tc>
          <w:tcPr>
            <w:tcW w:w="2410" w:type="dxa"/>
            <w:gridSpan w:val="2"/>
          </w:tcPr>
          <w:p w14:paraId="5222ECE6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83" w:type="dxa"/>
          </w:tcPr>
          <w:p w14:paraId="20E70B39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5AA6511D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38BFDAEC" w14:textId="77777777" w:rsidTr="00F55BAB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vAlign w:val="center"/>
          </w:tcPr>
          <w:p w14:paraId="63C150B1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Mentor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-</w:t>
            </w:r>
            <w:r w:rsidRPr="006D3A07">
              <w:rPr>
                <w:rFonts w:ascii="Cambria" w:hAnsi="Cambria" w:cs="Arial"/>
                <w:b/>
                <w:sz w:val="22"/>
                <w:szCs w:val="22"/>
              </w:rPr>
              <w:t>član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0A417B75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83" w:type="dxa"/>
            <w:tcBorders>
              <w:bottom w:val="single" w:sz="4" w:space="0" w:color="auto"/>
            </w:tcBorders>
          </w:tcPr>
          <w:p w14:paraId="0D29F33A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1D64A2A2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4F203689" w14:textId="77777777" w:rsidTr="00F55BAB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vAlign w:val="center"/>
          </w:tcPr>
          <w:p w14:paraId="333E60CF" w14:textId="77777777" w:rsidR="005D19E4" w:rsidRPr="006D3A07" w:rsidRDefault="005D19E4" w:rsidP="00F55BA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Član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7B14AD34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83" w:type="dxa"/>
            <w:tcBorders>
              <w:bottom w:val="single" w:sz="4" w:space="0" w:color="auto"/>
            </w:tcBorders>
          </w:tcPr>
          <w:p w14:paraId="63459315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7F287BBE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1F9BB546" w14:textId="77777777" w:rsidTr="00F55BAB">
        <w:trPr>
          <w:trHeight w:val="45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21D91231" w14:textId="77777777" w:rsidR="005D19E4" w:rsidRPr="006D3A07" w:rsidRDefault="005D19E4" w:rsidP="00F55BAB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>POSTAVLJENA PITANJA</w:t>
            </w:r>
          </w:p>
        </w:tc>
      </w:tr>
      <w:tr w:rsidR="005D19E4" w:rsidRPr="006B48FF" w14:paraId="638A0E2C" w14:textId="77777777" w:rsidTr="00F55BAB">
        <w:trPr>
          <w:trHeight w:val="454"/>
        </w:trPr>
        <w:tc>
          <w:tcPr>
            <w:tcW w:w="9900" w:type="dxa"/>
            <w:gridSpan w:val="5"/>
            <w:vAlign w:val="center"/>
          </w:tcPr>
          <w:p w14:paraId="3385FF3E" w14:textId="77777777" w:rsidR="005D19E4" w:rsidRDefault="005D19E4" w:rsidP="00F55BAB">
            <w:pPr>
              <w:spacing w:before="60"/>
              <w:jc w:val="both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Titula, ime i prezime, predsjednik </w:t>
            </w:r>
            <w:r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  <w:t>Ispitnog Povjerenstva:</w:t>
            </w:r>
          </w:p>
          <w:p w14:paraId="369DCBEF" w14:textId="77777777" w:rsidR="005D19E4" w:rsidRDefault="005D19E4" w:rsidP="00F55BAB">
            <w:pPr>
              <w:spacing w:before="60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1. ...</w:t>
            </w:r>
          </w:p>
          <w:p w14:paraId="5EA56491" w14:textId="77777777" w:rsidR="005D19E4" w:rsidRDefault="005D19E4" w:rsidP="00F55BAB">
            <w:pPr>
              <w:spacing w:before="60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2. ...</w:t>
            </w:r>
          </w:p>
          <w:p w14:paraId="0A0FF93A" w14:textId="77777777" w:rsidR="005D19E4" w:rsidRDefault="005D19E4" w:rsidP="00F55BAB">
            <w:pPr>
              <w:spacing w:before="60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3. ...</w:t>
            </w:r>
          </w:p>
          <w:p w14:paraId="21D8E4CA" w14:textId="77777777" w:rsidR="005D19E4" w:rsidRPr="006B48FF" w:rsidRDefault="005D19E4" w:rsidP="00F55BAB">
            <w:pPr>
              <w:spacing w:before="120"/>
              <w:jc w:val="both"/>
              <w:rPr>
                <w:rFonts w:ascii="Cambria" w:hAnsi="Cambria" w:cs="Arial"/>
                <w:sz w:val="6"/>
                <w:szCs w:val="6"/>
              </w:rPr>
            </w:pPr>
          </w:p>
          <w:p w14:paraId="18CDCE23" w14:textId="77777777" w:rsidR="005D19E4" w:rsidRDefault="005D19E4" w:rsidP="00F55BAB">
            <w:pPr>
              <w:spacing w:before="60"/>
              <w:jc w:val="both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Titula, ime i prezime, mentor-član </w:t>
            </w:r>
            <w:r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  <w:t>Ispitnog Povjerenstva:</w:t>
            </w:r>
          </w:p>
          <w:p w14:paraId="2A69C366" w14:textId="77777777" w:rsidR="005D19E4" w:rsidRDefault="005D19E4" w:rsidP="00F55BAB">
            <w:pPr>
              <w:spacing w:before="60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1. ...</w:t>
            </w:r>
          </w:p>
          <w:p w14:paraId="3679D9C0" w14:textId="77777777" w:rsidR="005D19E4" w:rsidRDefault="005D19E4" w:rsidP="00F55BAB">
            <w:pPr>
              <w:spacing w:before="60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2. ...</w:t>
            </w:r>
          </w:p>
          <w:p w14:paraId="7BA36F57" w14:textId="77777777" w:rsidR="005D19E4" w:rsidRDefault="005D19E4" w:rsidP="00F55BAB">
            <w:pPr>
              <w:spacing w:before="60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3. ...</w:t>
            </w:r>
          </w:p>
          <w:p w14:paraId="47F35F94" w14:textId="77777777" w:rsidR="005D19E4" w:rsidRPr="006B48FF" w:rsidRDefault="005D19E4" w:rsidP="00F55BAB">
            <w:pPr>
              <w:spacing w:before="120"/>
              <w:jc w:val="both"/>
              <w:rPr>
                <w:rFonts w:ascii="Cambria" w:hAnsi="Cambria" w:cs="Arial"/>
                <w:sz w:val="6"/>
                <w:szCs w:val="6"/>
              </w:rPr>
            </w:pPr>
          </w:p>
          <w:p w14:paraId="5EA69E16" w14:textId="77777777" w:rsidR="005D19E4" w:rsidRPr="00BE3C53" w:rsidRDefault="005D19E4" w:rsidP="00F55BAB">
            <w:pPr>
              <w:spacing w:before="60"/>
              <w:jc w:val="both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Titula, ime i prezime, član </w:t>
            </w:r>
            <w:r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  <w:t>Ispitnog Povjerenstva:</w:t>
            </w:r>
          </w:p>
          <w:p w14:paraId="390B8C5B" w14:textId="77777777" w:rsidR="005D19E4" w:rsidRDefault="005D19E4" w:rsidP="00F55BAB">
            <w:pPr>
              <w:spacing w:before="60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1. ...</w:t>
            </w:r>
          </w:p>
          <w:p w14:paraId="0B145B26" w14:textId="77777777" w:rsidR="005D19E4" w:rsidRDefault="005D19E4" w:rsidP="00F55BAB">
            <w:pPr>
              <w:spacing w:before="60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2. ...</w:t>
            </w:r>
          </w:p>
          <w:p w14:paraId="26F97D59" w14:textId="77777777" w:rsidR="005D19E4" w:rsidRDefault="005D19E4" w:rsidP="00F55BAB">
            <w:pPr>
              <w:spacing w:before="60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3. ...</w:t>
            </w:r>
          </w:p>
          <w:p w14:paraId="4C4A902E" w14:textId="77777777" w:rsidR="005D19E4" w:rsidRPr="006B48FF" w:rsidRDefault="005D19E4" w:rsidP="00F55BAB">
            <w:pPr>
              <w:jc w:val="both"/>
              <w:rPr>
                <w:rFonts w:ascii="Cambria" w:hAnsi="Cambria" w:cs="Arial"/>
                <w:sz w:val="6"/>
                <w:szCs w:val="6"/>
              </w:rPr>
            </w:pPr>
          </w:p>
        </w:tc>
      </w:tr>
      <w:tr w:rsidR="005D19E4" w:rsidRPr="006D3A07" w14:paraId="2CF71B57" w14:textId="77777777" w:rsidTr="00F55BAB">
        <w:trPr>
          <w:trHeight w:val="454"/>
        </w:trPr>
        <w:tc>
          <w:tcPr>
            <w:tcW w:w="3441" w:type="dxa"/>
            <w:gridSpan w:val="2"/>
            <w:vAlign w:val="center"/>
          </w:tcPr>
          <w:p w14:paraId="424EA98B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  <w:r w:rsidRPr="006D3A07">
              <w:rPr>
                <w:rFonts w:ascii="Cambria" w:hAnsi="Cambria" w:cs="Arial"/>
                <w:b/>
                <w:sz w:val="22"/>
                <w:szCs w:val="22"/>
              </w:rPr>
              <w:t xml:space="preserve">Ocjena </w:t>
            </w:r>
            <w:proofErr w:type="spellStart"/>
            <w:r w:rsidRPr="006D3A07">
              <w:rPr>
                <w:rFonts w:ascii="Cambria" w:hAnsi="Cambria" w:cs="Arial"/>
                <w:b/>
                <w:sz w:val="22"/>
                <w:szCs w:val="22"/>
              </w:rPr>
              <w:t>licencijatskoga</w:t>
            </w:r>
            <w:proofErr w:type="spellEnd"/>
            <w:r w:rsidRPr="006D3A07">
              <w:rPr>
                <w:rFonts w:ascii="Cambria" w:hAnsi="Cambria" w:cs="Arial"/>
                <w:b/>
                <w:sz w:val="22"/>
                <w:szCs w:val="22"/>
              </w:rPr>
              <w:t xml:space="preserve"> ispita</w:t>
            </w:r>
          </w:p>
        </w:tc>
        <w:tc>
          <w:tcPr>
            <w:tcW w:w="6459" w:type="dxa"/>
            <w:gridSpan w:val="3"/>
            <w:vAlign w:val="center"/>
          </w:tcPr>
          <w:p w14:paraId="5ECB0120" w14:textId="77777777" w:rsidR="005D19E4" w:rsidRPr="006D3A07" w:rsidRDefault="005D19E4" w:rsidP="00F55BAB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D19E4" w:rsidRPr="006D3A07" w14:paraId="46E419F6" w14:textId="77777777" w:rsidTr="00F55BAB">
        <w:trPr>
          <w:trHeight w:val="454"/>
        </w:trPr>
        <w:tc>
          <w:tcPr>
            <w:tcW w:w="9900" w:type="dxa"/>
            <w:gridSpan w:val="5"/>
            <w:tcBorders>
              <w:bottom w:val="single" w:sz="4" w:space="0" w:color="auto"/>
            </w:tcBorders>
          </w:tcPr>
          <w:p w14:paraId="1EE0B5F8" w14:textId="77777777" w:rsidR="005D19E4" w:rsidRPr="006D3A07" w:rsidRDefault="005D19E4" w:rsidP="00F55BAB">
            <w:pPr>
              <w:pStyle w:val="Tijeloteksta"/>
              <w:spacing w:before="120" w:line="360" w:lineRule="auto"/>
              <w:rPr>
                <w:b/>
                <w:sz w:val="22"/>
              </w:rPr>
            </w:pPr>
            <w:r w:rsidRPr="006D3A07">
              <w:rPr>
                <w:b/>
                <w:sz w:val="22"/>
              </w:rPr>
              <w:t>U Zagrebu, _____________________________</w:t>
            </w:r>
          </w:p>
          <w:p w14:paraId="2DB1AB02" w14:textId="77777777" w:rsidR="005D19E4" w:rsidRPr="006D3A07" w:rsidRDefault="005D19E4" w:rsidP="00F55BAB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13FA433F" w14:textId="77777777" w:rsidR="005D19E4" w:rsidRPr="006D3A07" w:rsidRDefault="005D19E4" w:rsidP="00F55BAB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6D3A07">
              <w:rPr>
                <w:b/>
                <w:sz w:val="22"/>
              </w:rPr>
              <w:lastRenderedPageBreak/>
              <w:t xml:space="preserve"> _____________________________________</w:t>
            </w:r>
          </w:p>
          <w:p w14:paraId="02F2815C" w14:textId="77777777" w:rsidR="005D19E4" w:rsidRPr="006D3A07" w:rsidRDefault="005D19E4" w:rsidP="00F55BAB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6D3A07">
              <w:rPr>
                <w:b/>
                <w:sz w:val="22"/>
              </w:rPr>
              <w:t xml:space="preserve"> </w:t>
            </w:r>
            <w:r w:rsidRPr="003F50F1">
              <w:rPr>
                <w:b/>
                <w:sz w:val="20"/>
                <w:szCs w:val="20"/>
              </w:rPr>
              <w:t>(Ime i prezime predsjednika)</w:t>
            </w:r>
          </w:p>
          <w:p w14:paraId="2C59661D" w14:textId="77777777" w:rsidR="005D19E4" w:rsidRPr="003F50F1" w:rsidRDefault="005D19E4" w:rsidP="00F55BAB">
            <w:pPr>
              <w:pStyle w:val="Tijeloteksta"/>
              <w:spacing w:line="360" w:lineRule="auto"/>
              <w:jc w:val="right"/>
              <w:rPr>
                <w:b/>
                <w:sz w:val="10"/>
                <w:szCs w:val="10"/>
              </w:rPr>
            </w:pPr>
          </w:p>
          <w:p w14:paraId="7CAF2925" w14:textId="77777777" w:rsidR="005D19E4" w:rsidRPr="006D3A07" w:rsidRDefault="005D19E4" w:rsidP="00F55BAB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</w:p>
          <w:p w14:paraId="66CA73A4" w14:textId="77777777" w:rsidR="005D19E4" w:rsidRPr="006D3A07" w:rsidRDefault="005D19E4" w:rsidP="00F55BAB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6D3A07">
              <w:rPr>
                <w:b/>
                <w:sz w:val="22"/>
              </w:rPr>
              <w:t>_____________________________________</w:t>
            </w:r>
          </w:p>
          <w:p w14:paraId="7FC33683" w14:textId="77777777" w:rsidR="005D19E4" w:rsidRPr="003F50F1" w:rsidRDefault="005D19E4" w:rsidP="00F55BAB">
            <w:pPr>
              <w:pStyle w:val="Tijeloteksta"/>
              <w:spacing w:line="360" w:lineRule="auto"/>
              <w:jc w:val="right"/>
              <w:rPr>
                <w:b/>
                <w:sz w:val="20"/>
                <w:szCs w:val="20"/>
              </w:rPr>
            </w:pPr>
            <w:r w:rsidRPr="003F50F1">
              <w:rPr>
                <w:b/>
                <w:sz w:val="20"/>
                <w:szCs w:val="20"/>
              </w:rPr>
              <w:t xml:space="preserve"> (Ime i prezime mentora-člana)</w:t>
            </w:r>
          </w:p>
          <w:p w14:paraId="7F0F3AEB" w14:textId="77777777" w:rsidR="005D19E4" w:rsidRPr="003F50F1" w:rsidRDefault="005D19E4" w:rsidP="00F55BAB">
            <w:pPr>
              <w:pStyle w:val="Tijeloteksta"/>
              <w:spacing w:line="360" w:lineRule="auto"/>
              <w:jc w:val="right"/>
              <w:rPr>
                <w:b/>
                <w:sz w:val="10"/>
                <w:szCs w:val="10"/>
              </w:rPr>
            </w:pPr>
          </w:p>
          <w:p w14:paraId="065448FA" w14:textId="77777777" w:rsidR="005D19E4" w:rsidRPr="006D3A07" w:rsidRDefault="005D19E4" w:rsidP="00F55BAB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</w:p>
          <w:p w14:paraId="6A805F2E" w14:textId="77777777" w:rsidR="005D19E4" w:rsidRPr="006D3A07" w:rsidRDefault="005D19E4" w:rsidP="00F55BAB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6D3A07">
              <w:rPr>
                <w:b/>
                <w:sz w:val="22"/>
              </w:rPr>
              <w:t>_____________________________________</w:t>
            </w:r>
          </w:p>
          <w:p w14:paraId="59D06909" w14:textId="77777777" w:rsidR="005D19E4" w:rsidRPr="006D3A07" w:rsidRDefault="005D19E4" w:rsidP="00F55BAB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6D3A07">
              <w:rPr>
                <w:b/>
                <w:sz w:val="22"/>
              </w:rPr>
              <w:t xml:space="preserve"> </w:t>
            </w:r>
            <w:r w:rsidRPr="003F50F1">
              <w:rPr>
                <w:b/>
                <w:sz w:val="20"/>
                <w:szCs w:val="20"/>
              </w:rPr>
              <w:t>(Ime i prezime člana)</w:t>
            </w:r>
          </w:p>
          <w:p w14:paraId="2B5A6BBE" w14:textId="77777777" w:rsidR="005D19E4" w:rsidRPr="006D3A07" w:rsidRDefault="005D19E4" w:rsidP="00F55BAB">
            <w:pPr>
              <w:pStyle w:val="Tijeloteksta"/>
              <w:spacing w:line="360" w:lineRule="auto"/>
              <w:rPr>
                <w:b/>
                <w:sz w:val="22"/>
              </w:rPr>
            </w:pPr>
          </w:p>
        </w:tc>
      </w:tr>
      <w:tr w:rsidR="005D19E4" w:rsidRPr="006D3A07" w14:paraId="12F4E946" w14:textId="77777777" w:rsidTr="00F55BAB">
        <w:tc>
          <w:tcPr>
            <w:tcW w:w="9900" w:type="dxa"/>
            <w:gridSpan w:val="5"/>
            <w:tcBorders>
              <w:bottom w:val="single" w:sz="4" w:space="0" w:color="auto"/>
            </w:tcBorders>
            <w:shd w:val="clear" w:color="auto" w:fill="CCCCCC"/>
          </w:tcPr>
          <w:p w14:paraId="37C4C636" w14:textId="77777777" w:rsidR="005D19E4" w:rsidRPr="006D3A07" w:rsidRDefault="005D19E4" w:rsidP="00F55BAB">
            <w:pPr>
              <w:pStyle w:val="Tijeloteksta"/>
              <w:spacing w:line="360" w:lineRule="auto"/>
              <w:rPr>
                <w:sz w:val="22"/>
              </w:rPr>
            </w:pPr>
            <w:r w:rsidRPr="006D3A07">
              <w:rPr>
                <w:b/>
                <w:sz w:val="22"/>
              </w:rPr>
              <w:lastRenderedPageBreak/>
              <w:t>Napomena (po potrebi)</w:t>
            </w:r>
          </w:p>
        </w:tc>
      </w:tr>
      <w:tr w:rsidR="005D19E4" w:rsidRPr="006D3A07" w14:paraId="6105DCEF" w14:textId="77777777" w:rsidTr="00F55BAB">
        <w:trPr>
          <w:trHeight w:val="635"/>
        </w:trPr>
        <w:tc>
          <w:tcPr>
            <w:tcW w:w="9900" w:type="dxa"/>
            <w:gridSpan w:val="5"/>
            <w:tcBorders>
              <w:bottom w:val="single" w:sz="4" w:space="0" w:color="auto"/>
            </w:tcBorders>
          </w:tcPr>
          <w:p w14:paraId="58A5EC3C" w14:textId="77777777" w:rsidR="005D19E4" w:rsidRPr="006D3A07" w:rsidRDefault="005D19E4" w:rsidP="00F55BAB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70649069" w14:textId="77777777" w:rsidR="005D19E4" w:rsidRDefault="005D19E4" w:rsidP="00F55BAB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5D050B72" w14:textId="77777777" w:rsidR="005D19E4" w:rsidRDefault="005D19E4" w:rsidP="00F55BAB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259505A2" w14:textId="77777777" w:rsidR="005D19E4" w:rsidRPr="006D3A07" w:rsidRDefault="005D19E4" w:rsidP="00F55BAB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</w:tr>
    </w:tbl>
    <w:p w14:paraId="558AC4D9" w14:textId="77777777" w:rsidR="005A7A29" w:rsidRPr="00D106A5" w:rsidRDefault="005A7A29" w:rsidP="005A7A29">
      <w:pPr>
        <w:jc w:val="both"/>
        <w:rPr>
          <w:rFonts w:ascii="Cambria" w:hAnsi="Cambria" w:cs="Arial"/>
          <w:sz w:val="22"/>
          <w:szCs w:val="22"/>
          <w:vertAlign w:val="superscript"/>
        </w:rPr>
      </w:pPr>
    </w:p>
    <w:p w14:paraId="7F2BB102" w14:textId="35F6A3CF" w:rsidR="00FC6C5F" w:rsidRPr="001C3A55" w:rsidRDefault="00FC6C5F" w:rsidP="001C3A55">
      <w:pPr>
        <w:tabs>
          <w:tab w:val="left" w:pos="1365"/>
        </w:tabs>
        <w:jc w:val="center"/>
        <w:rPr>
          <w:rFonts w:ascii="Arial" w:hAnsi="Arial" w:cs="Arial"/>
          <w:i/>
          <w:color w:val="808080"/>
        </w:rPr>
      </w:pPr>
    </w:p>
    <w:sectPr w:rsidR="00FC6C5F" w:rsidRPr="001C3A55" w:rsidSect="005A7A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E6D80" w14:textId="77777777" w:rsidR="00400C2A" w:rsidRDefault="00400C2A">
      <w:r>
        <w:separator/>
      </w:r>
    </w:p>
  </w:endnote>
  <w:endnote w:type="continuationSeparator" w:id="0">
    <w:p w14:paraId="430CCF7C" w14:textId="77777777" w:rsidR="00400C2A" w:rsidRDefault="00400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25865" w14:textId="77777777" w:rsidR="00400C2A" w:rsidRDefault="00400C2A">
      <w:r>
        <w:separator/>
      </w:r>
    </w:p>
  </w:footnote>
  <w:footnote w:type="continuationSeparator" w:id="0">
    <w:p w14:paraId="10F6E59F" w14:textId="77777777" w:rsidR="00400C2A" w:rsidRDefault="00400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6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7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28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29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0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1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CC1BC8"/>
    <w:multiLevelType w:val="hybridMultilevel"/>
    <w:tmpl w:val="28D84C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C5C27"/>
    <w:multiLevelType w:val="hybridMultilevel"/>
    <w:tmpl w:val="4904AB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77305"/>
    <w:multiLevelType w:val="hybridMultilevel"/>
    <w:tmpl w:val="6908CF0C"/>
    <w:lvl w:ilvl="0" w:tplc="04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25FB2"/>
    <w:multiLevelType w:val="hybridMultilevel"/>
    <w:tmpl w:val="80EE9E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53CB6"/>
    <w:multiLevelType w:val="hybridMultilevel"/>
    <w:tmpl w:val="EE98E61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  <w:num w:numId="10" w16cid:durableId="10880121">
    <w:abstractNumId w:val="13"/>
  </w:num>
  <w:num w:numId="11" w16cid:durableId="10911624">
    <w:abstractNumId w:val="9"/>
  </w:num>
  <w:num w:numId="12" w16cid:durableId="85393851">
    <w:abstractNumId w:val="10"/>
  </w:num>
  <w:num w:numId="13" w16cid:durableId="324821778">
    <w:abstractNumId w:val="12"/>
  </w:num>
  <w:num w:numId="14" w16cid:durableId="19770274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0C06DF"/>
    <w:rsid w:val="00116D48"/>
    <w:rsid w:val="0015074B"/>
    <w:rsid w:val="001766A1"/>
    <w:rsid w:val="001C3A55"/>
    <w:rsid w:val="0029639D"/>
    <w:rsid w:val="00326F90"/>
    <w:rsid w:val="00376C4A"/>
    <w:rsid w:val="00400C2A"/>
    <w:rsid w:val="0041107A"/>
    <w:rsid w:val="004A19C3"/>
    <w:rsid w:val="004C7A4D"/>
    <w:rsid w:val="00504C3E"/>
    <w:rsid w:val="005277EC"/>
    <w:rsid w:val="00562256"/>
    <w:rsid w:val="005A7A29"/>
    <w:rsid w:val="005D19E4"/>
    <w:rsid w:val="00601894"/>
    <w:rsid w:val="006A1326"/>
    <w:rsid w:val="006D564B"/>
    <w:rsid w:val="007A1388"/>
    <w:rsid w:val="008045D0"/>
    <w:rsid w:val="008104E2"/>
    <w:rsid w:val="0082595E"/>
    <w:rsid w:val="0084644A"/>
    <w:rsid w:val="008F6889"/>
    <w:rsid w:val="00956011"/>
    <w:rsid w:val="00A0668E"/>
    <w:rsid w:val="00AA1D8D"/>
    <w:rsid w:val="00AE3E35"/>
    <w:rsid w:val="00B47730"/>
    <w:rsid w:val="00C7370A"/>
    <w:rsid w:val="00C827FD"/>
    <w:rsid w:val="00CB0664"/>
    <w:rsid w:val="00D82C2E"/>
    <w:rsid w:val="00D93D6A"/>
    <w:rsid w:val="00DE42E4"/>
    <w:rsid w:val="00E34760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  <w:style w:type="character" w:styleId="Hiperveza">
    <w:name w:val="Hyperlink"/>
    <w:rsid w:val="001C3A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2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15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13</cp:revision>
  <dcterms:created xsi:type="dcterms:W3CDTF">2026-09-17T13:49:00Z</dcterms:created>
  <dcterms:modified xsi:type="dcterms:W3CDTF">2026-09-18T13:43:00Z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