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15"/>
        <w:gridCol w:w="1935"/>
        <w:gridCol w:w="2475"/>
        <w:gridCol w:w="2475"/>
      </w:tblGrid>
      <w:tr w:rsidR="00504C3E" w:rsidRPr="00952641" w14:paraId="01B7650B" w14:textId="77777777" w:rsidTr="006B47B1">
        <w:trPr>
          <w:trHeight w:hRule="exact" w:val="682"/>
        </w:trPr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3C5EBFD6" w14:textId="77777777" w:rsidR="00504C3E" w:rsidRPr="00952641" w:rsidRDefault="00504C3E" w:rsidP="006B47B1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LIC.SC.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-</w:t>
            </w:r>
            <w:r w:rsidRPr="00952641">
              <w:rPr>
                <w:rFonts w:ascii="Cambria" w:hAnsi="Cambria" w:cs="Arial"/>
                <w:b/>
                <w:sz w:val="22"/>
                <w:szCs w:val="22"/>
              </w:rPr>
              <w:t xml:space="preserve">01 – MOLBA ZA ODOBRENJE TEME I IMENOVANJE MENTORA </w:t>
            </w:r>
          </w:p>
          <w:p w14:paraId="19F25BC5" w14:textId="77777777" w:rsidR="00504C3E" w:rsidRPr="00952641" w:rsidRDefault="00504C3E" w:rsidP="006B47B1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LICENCIJATSKOG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A</w:t>
            </w:r>
            <w:r w:rsidRPr="00952641">
              <w:rPr>
                <w:rFonts w:ascii="Cambria" w:hAnsi="Cambria" w:cs="Arial"/>
                <w:b/>
                <w:sz w:val="22"/>
                <w:szCs w:val="22"/>
              </w:rPr>
              <w:t xml:space="preserve"> RADA</w:t>
            </w:r>
          </w:p>
        </w:tc>
      </w:tr>
      <w:tr w:rsidR="00504C3E" w:rsidRPr="00952641" w14:paraId="2A935033" w14:textId="77777777" w:rsidTr="006B47B1">
        <w:trPr>
          <w:trHeight w:hRule="exact" w:val="294"/>
        </w:trPr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3AC0D9E" w14:textId="77777777" w:rsidR="00504C3E" w:rsidRPr="00952641" w:rsidRDefault="00504C3E" w:rsidP="006B47B1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504C3E" w:rsidRPr="00952641" w14:paraId="5C6D78A5" w14:textId="77777777" w:rsidTr="006B47B1">
        <w:trPr>
          <w:trHeight w:hRule="exact" w:val="44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7078915C" w14:textId="77777777" w:rsidR="00504C3E" w:rsidRPr="00952641" w:rsidRDefault="00504C3E" w:rsidP="006B47B1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OPĆI PODA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T</w:t>
            </w:r>
            <w:r w:rsidRPr="00952641">
              <w:rPr>
                <w:rFonts w:ascii="Cambria" w:hAnsi="Cambria" w:cs="Arial"/>
                <w:b/>
                <w:sz w:val="22"/>
                <w:szCs w:val="22"/>
              </w:rPr>
              <w:t>CI I KONTAKT PRISTUPNIKA/PRISTUPNICE</w:t>
            </w:r>
          </w:p>
        </w:tc>
      </w:tr>
      <w:tr w:rsidR="00504C3E" w:rsidRPr="00952641" w14:paraId="2476D622" w14:textId="77777777" w:rsidTr="006B47B1">
        <w:trPr>
          <w:trHeight w:val="454"/>
        </w:trPr>
        <w:tc>
          <w:tcPr>
            <w:tcW w:w="3015" w:type="dxa"/>
            <w:shd w:val="clear" w:color="auto" w:fill="auto"/>
            <w:vAlign w:val="center"/>
          </w:tcPr>
          <w:p w14:paraId="6EBA4674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 xml:space="preserve">Ime i prezime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952641">
              <w:rPr>
                <w:rFonts w:ascii="Cambria" w:hAnsi="Cambria" w:cs="Arial"/>
                <w:b/>
                <w:sz w:val="22"/>
                <w:szCs w:val="22"/>
              </w:rPr>
              <w:t>pristupnika/pristupnice</w:t>
            </w:r>
          </w:p>
        </w:tc>
        <w:tc>
          <w:tcPr>
            <w:tcW w:w="6885" w:type="dxa"/>
            <w:gridSpan w:val="3"/>
            <w:shd w:val="clear" w:color="auto" w:fill="auto"/>
            <w:vAlign w:val="center"/>
          </w:tcPr>
          <w:p w14:paraId="7B2DBB49" w14:textId="77777777" w:rsidR="00504C3E" w:rsidRPr="00952641" w:rsidRDefault="00504C3E" w:rsidP="006B47B1">
            <w:pPr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04C3E" w:rsidRPr="00952641" w14:paraId="44E1724D" w14:textId="77777777" w:rsidTr="006B47B1">
        <w:trPr>
          <w:trHeight w:val="454"/>
        </w:trPr>
        <w:tc>
          <w:tcPr>
            <w:tcW w:w="3015" w:type="dxa"/>
            <w:shd w:val="clear" w:color="auto" w:fill="auto"/>
            <w:vAlign w:val="center"/>
          </w:tcPr>
          <w:p w14:paraId="7E019E81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 xml:space="preserve">Matični broj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952641">
              <w:rPr>
                <w:rFonts w:ascii="Cambria" w:hAnsi="Cambria" w:cs="Arial"/>
                <w:b/>
                <w:sz w:val="22"/>
                <w:szCs w:val="22"/>
              </w:rPr>
              <w:t>pristupnika/pristupnice</w:t>
            </w:r>
          </w:p>
        </w:tc>
        <w:tc>
          <w:tcPr>
            <w:tcW w:w="6885" w:type="dxa"/>
            <w:gridSpan w:val="3"/>
            <w:vAlign w:val="center"/>
          </w:tcPr>
          <w:p w14:paraId="1F2AB7FF" w14:textId="77777777" w:rsidR="00504C3E" w:rsidRPr="00952641" w:rsidRDefault="00504C3E" w:rsidP="006B47B1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04C3E" w:rsidRPr="00952641" w14:paraId="3CF100DB" w14:textId="77777777" w:rsidTr="006B47B1">
        <w:trPr>
          <w:trHeight w:val="454"/>
        </w:trPr>
        <w:tc>
          <w:tcPr>
            <w:tcW w:w="3015" w:type="dxa"/>
            <w:shd w:val="clear" w:color="auto" w:fill="auto"/>
            <w:vAlign w:val="center"/>
          </w:tcPr>
          <w:p w14:paraId="17EAC473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 xml:space="preserve">Ime i prezime majke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952641">
              <w:rPr>
                <w:rFonts w:ascii="Cambria" w:hAnsi="Cambria" w:cs="Arial"/>
                <w:b/>
                <w:sz w:val="22"/>
                <w:szCs w:val="22"/>
              </w:rPr>
              <w:t>i/ili oca</w:t>
            </w:r>
          </w:p>
        </w:tc>
        <w:tc>
          <w:tcPr>
            <w:tcW w:w="6885" w:type="dxa"/>
            <w:gridSpan w:val="3"/>
            <w:shd w:val="clear" w:color="auto" w:fill="auto"/>
            <w:vAlign w:val="center"/>
          </w:tcPr>
          <w:p w14:paraId="247F2667" w14:textId="77777777" w:rsidR="00504C3E" w:rsidRPr="00952641" w:rsidRDefault="00504C3E" w:rsidP="006B47B1">
            <w:pPr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04C3E" w:rsidRPr="00952641" w14:paraId="4A529343" w14:textId="77777777" w:rsidTr="006B47B1">
        <w:trPr>
          <w:trHeight w:val="454"/>
        </w:trPr>
        <w:tc>
          <w:tcPr>
            <w:tcW w:w="3015" w:type="dxa"/>
            <w:shd w:val="clear" w:color="auto" w:fill="auto"/>
            <w:vAlign w:val="center"/>
          </w:tcPr>
          <w:p w14:paraId="04BA9752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Datum i mjesto rođenja</w:t>
            </w:r>
          </w:p>
        </w:tc>
        <w:tc>
          <w:tcPr>
            <w:tcW w:w="6885" w:type="dxa"/>
            <w:gridSpan w:val="3"/>
            <w:shd w:val="clear" w:color="auto" w:fill="auto"/>
            <w:vAlign w:val="center"/>
          </w:tcPr>
          <w:p w14:paraId="054BDC64" w14:textId="77777777" w:rsidR="00504C3E" w:rsidRPr="00952641" w:rsidRDefault="00504C3E" w:rsidP="006B47B1">
            <w:pPr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04C3E" w:rsidRPr="00952641" w14:paraId="6E517F81" w14:textId="77777777" w:rsidTr="006B47B1">
        <w:trPr>
          <w:trHeight w:val="454"/>
        </w:trPr>
        <w:tc>
          <w:tcPr>
            <w:tcW w:w="3015" w:type="dxa"/>
            <w:shd w:val="clear" w:color="auto" w:fill="auto"/>
            <w:vAlign w:val="center"/>
          </w:tcPr>
          <w:p w14:paraId="5CE84E40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Adresa</w:t>
            </w:r>
          </w:p>
        </w:tc>
        <w:tc>
          <w:tcPr>
            <w:tcW w:w="6885" w:type="dxa"/>
            <w:gridSpan w:val="3"/>
            <w:shd w:val="clear" w:color="auto" w:fill="auto"/>
            <w:vAlign w:val="center"/>
          </w:tcPr>
          <w:p w14:paraId="570ED014" w14:textId="77777777" w:rsidR="00504C3E" w:rsidRPr="00952641" w:rsidRDefault="00504C3E" w:rsidP="006B47B1">
            <w:pPr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04C3E" w:rsidRPr="00952641" w14:paraId="5746EDA0" w14:textId="77777777" w:rsidTr="006B47B1">
        <w:trPr>
          <w:trHeight w:val="454"/>
        </w:trPr>
        <w:tc>
          <w:tcPr>
            <w:tcW w:w="3015" w:type="dxa"/>
            <w:shd w:val="clear" w:color="auto" w:fill="auto"/>
            <w:vAlign w:val="center"/>
          </w:tcPr>
          <w:p w14:paraId="47957BD0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Telefon/mobitel</w:t>
            </w:r>
          </w:p>
        </w:tc>
        <w:tc>
          <w:tcPr>
            <w:tcW w:w="6885" w:type="dxa"/>
            <w:gridSpan w:val="3"/>
            <w:shd w:val="clear" w:color="auto" w:fill="auto"/>
            <w:vAlign w:val="center"/>
          </w:tcPr>
          <w:p w14:paraId="4CBBAF75" w14:textId="77777777" w:rsidR="00504C3E" w:rsidRPr="00952641" w:rsidRDefault="00504C3E" w:rsidP="006B47B1">
            <w:pPr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04C3E" w:rsidRPr="00952641" w14:paraId="7E10816E" w14:textId="77777777" w:rsidTr="006B47B1">
        <w:trPr>
          <w:trHeight w:val="454"/>
        </w:trPr>
        <w:tc>
          <w:tcPr>
            <w:tcW w:w="30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16EFF6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  <w:tc>
          <w:tcPr>
            <w:tcW w:w="688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008C3B" w14:textId="77777777" w:rsidR="00504C3E" w:rsidRPr="00952641" w:rsidRDefault="00504C3E" w:rsidP="006B47B1">
            <w:pPr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04C3E" w:rsidRPr="00952641" w14:paraId="6A772DEE" w14:textId="77777777" w:rsidTr="006B47B1">
        <w:trPr>
          <w:trHeight w:val="454"/>
        </w:trPr>
        <w:tc>
          <w:tcPr>
            <w:tcW w:w="30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425C89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Datum upisa</w:t>
            </w:r>
            <w:r>
              <w:rPr>
                <w:rFonts w:ascii="Cambria" w:hAnsi="Cambria" w:cs="Arial"/>
                <w:b/>
                <w:sz w:val="22"/>
                <w:szCs w:val="22"/>
              </w:rPr>
              <w:t xml:space="preserve"> </w:t>
            </w:r>
            <w:r w:rsidRPr="00952641">
              <w:rPr>
                <w:rFonts w:ascii="Cambria" w:hAnsi="Cambria" w:cs="Arial"/>
                <w:b/>
                <w:sz w:val="22"/>
                <w:szCs w:val="22"/>
              </w:rPr>
              <w:t>poslijediplomskog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a</w:t>
            </w:r>
            <w:r w:rsidRPr="00952641">
              <w:rPr>
                <w:rFonts w:ascii="Cambria" w:hAnsi="Cambria" w:cs="Arial"/>
                <w:b/>
                <w:sz w:val="22"/>
                <w:szCs w:val="22"/>
              </w:rPr>
              <w:t xml:space="preserve"> studija</w:t>
            </w:r>
          </w:p>
        </w:tc>
        <w:tc>
          <w:tcPr>
            <w:tcW w:w="688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E4CC1C" w14:textId="77777777" w:rsidR="00504C3E" w:rsidRPr="00952641" w:rsidRDefault="00504C3E" w:rsidP="006B47B1">
            <w:pPr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04C3E" w:rsidRPr="00952641" w14:paraId="56E4DB97" w14:textId="77777777" w:rsidTr="006B47B1">
        <w:trPr>
          <w:trHeight w:hRule="exact"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7929E28B" w14:textId="77777777" w:rsidR="00504C3E" w:rsidRPr="00952641" w:rsidRDefault="00504C3E" w:rsidP="006B47B1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ŽIVOTOPIS PRISTUPNIKA/PRISTUPNICE</w:t>
            </w:r>
          </w:p>
        </w:tc>
      </w:tr>
      <w:tr w:rsidR="00504C3E" w:rsidRPr="00127683" w14:paraId="0AEEACBF" w14:textId="77777777" w:rsidTr="006B47B1">
        <w:trPr>
          <w:trHeight w:val="454"/>
        </w:trPr>
        <w:tc>
          <w:tcPr>
            <w:tcW w:w="3015" w:type="dxa"/>
            <w:shd w:val="clear" w:color="auto" w:fill="auto"/>
            <w:vAlign w:val="center"/>
          </w:tcPr>
          <w:p w14:paraId="24C91BAE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 xml:space="preserve">Obrazovanje </w:t>
            </w:r>
          </w:p>
          <w:p w14:paraId="5237A44C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sz w:val="22"/>
                <w:szCs w:val="22"/>
              </w:rPr>
              <w:t xml:space="preserve">(kronološki od novijeg </w:t>
            </w:r>
            <w:r>
              <w:rPr>
                <w:rFonts w:ascii="Cambria" w:hAnsi="Cambria" w:cs="Arial"/>
                <w:sz w:val="22"/>
                <w:szCs w:val="22"/>
              </w:rPr>
              <w:br/>
            </w:r>
            <w:r w:rsidRPr="00952641">
              <w:rPr>
                <w:rFonts w:ascii="Cambria" w:hAnsi="Cambria" w:cs="Arial"/>
                <w:sz w:val="22"/>
                <w:szCs w:val="22"/>
              </w:rPr>
              <w:t>do starijeg datuma)</w:t>
            </w:r>
          </w:p>
        </w:tc>
        <w:tc>
          <w:tcPr>
            <w:tcW w:w="6885" w:type="dxa"/>
            <w:gridSpan w:val="3"/>
            <w:shd w:val="clear" w:color="auto" w:fill="auto"/>
            <w:vAlign w:val="center"/>
          </w:tcPr>
          <w:p w14:paraId="3BA6D964" w14:textId="77777777" w:rsidR="00504C3E" w:rsidRPr="00952641" w:rsidRDefault="00504C3E" w:rsidP="006B47B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04C3E" w:rsidRPr="00127683" w14:paraId="221E1005" w14:textId="77777777" w:rsidTr="006B47B1">
        <w:trPr>
          <w:trHeight w:val="454"/>
        </w:trPr>
        <w:tc>
          <w:tcPr>
            <w:tcW w:w="3015" w:type="dxa"/>
            <w:shd w:val="clear" w:color="auto" w:fill="auto"/>
            <w:vAlign w:val="center"/>
          </w:tcPr>
          <w:p w14:paraId="0165BF95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Radno iskustvo</w:t>
            </w:r>
          </w:p>
          <w:p w14:paraId="37736057" w14:textId="77777777" w:rsidR="00504C3E" w:rsidRPr="00952641" w:rsidRDefault="00504C3E" w:rsidP="006B47B1">
            <w:pPr>
              <w:rPr>
                <w:rFonts w:ascii="Cambria" w:hAnsi="Cambria" w:cs="Arial"/>
                <w:sz w:val="22"/>
                <w:szCs w:val="22"/>
              </w:rPr>
            </w:pPr>
            <w:r w:rsidRPr="00952641">
              <w:rPr>
                <w:rFonts w:ascii="Cambria" w:hAnsi="Cambria" w:cs="Arial"/>
                <w:sz w:val="22"/>
                <w:szCs w:val="22"/>
              </w:rPr>
              <w:t xml:space="preserve">(kronološki od novijeg </w:t>
            </w:r>
            <w:r>
              <w:rPr>
                <w:rFonts w:ascii="Cambria" w:hAnsi="Cambria" w:cs="Arial"/>
                <w:sz w:val="22"/>
                <w:szCs w:val="22"/>
              </w:rPr>
              <w:br/>
            </w:r>
            <w:r w:rsidRPr="00952641">
              <w:rPr>
                <w:rFonts w:ascii="Cambria" w:hAnsi="Cambria" w:cs="Arial"/>
                <w:sz w:val="22"/>
                <w:szCs w:val="22"/>
              </w:rPr>
              <w:t>do starijeg datuma)</w:t>
            </w:r>
          </w:p>
        </w:tc>
        <w:tc>
          <w:tcPr>
            <w:tcW w:w="6885" w:type="dxa"/>
            <w:gridSpan w:val="3"/>
            <w:shd w:val="clear" w:color="auto" w:fill="auto"/>
            <w:vAlign w:val="center"/>
          </w:tcPr>
          <w:p w14:paraId="6043BFB3" w14:textId="77777777" w:rsidR="00504C3E" w:rsidRPr="00952641" w:rsidRDefault="00504C3E" w:rsidP="006B47B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04C3E" w:rsidRPr="00952641" w14:paraId="5A54BBF5" w14:textId="77777777" w:rsidTr="006B47B1">
        <w:trPr>
          <w:trHeight w:hRule="exact"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7659490F" w14:textId="77777777" w:rsidR="00504C3E" w:rsidRPr="00952641" w:rsidRDefault="00504C3E" w:rsidP="006B47B1">
            <w:pPr>
              <w:spacing w:before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952641">
              <w:rPr>
                <w:rFonts w:ascii="Cambria" w:hAnsi="Cambria"/>
                <w:b/>
                <w:sz w:val="22"/>
                <w:szCs w:val="22"/>
                <w:lang w:val="pt-BR"/>
              </w:rPr>
              <w:t>NASLOV PREDLOŽENE TEME</w:t>
            </w:r>
          </w:p>
        </w:tc>
      </w:tr>
      <w:tr w:rsidR="00504C3E" w:rsidRPr="00952641" w14:paraId="2CCE9D62" w14:textId="77777777" w:rsidTr="006B47B1">
        <w:trPr>
          <w:trHeight w:val="454"/>
        </w:trPr>
        <w:tc>
          <w:tcPr>
            <w:tcW w:w="3015" w:type="dxa"/>
            <w:shd w:val="clear" w:color="auto" w:fill="auto"/>
            <w:vAlign w:val="center"/>
          </w:tcPr>
          <w:p w14:paraId="7FBB9B6A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Hrvatski</w:t>
            </w:r>
          </w:p>
        </w:tc>
        <w:tc>
          <w:tcPr>
            <w:tcW w:w="6885" w:type="dxa"/>
            <w:gridSpan w:val="3"/>
            <w:shd w:val="clear" w:color="auto" w:fill="auto"/>
            <w:vAlign w:val="center"/>
          </w:tcPr>
          <w:p w14:paraId="5B46238C" w14:textId="77777777" w:rsidR="00504C3E" w:rsidRPr="00952641" w:rsidRDefault="00504C3E" w:rsidP="006B47B1">
            <w:pPr>
              <w:spacing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04C3E" w:rsidRPr="00952641" w14:paraId="263CBDF3" w14:textId="77777777" w:rsidTr="006B47B1">
        <w:trPr>
          <w:trHeight w:val="454"/>
        </w:trPr>
        <w:tc>
          <w:tcPr>
            <w:tcW w:w="3015" w:type="dxa"/>
            <w:shd w:val="clear" w:color="auto" w:fill="auto"/>
            <w:vAlign w:val="center"/>
          </w:tcPr>
          <w:p w14:paraId="0D78852F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Engleski</w:t>
            </w:r>
          </w:p>
        </w:tc>
        <w:tc>
          <w:tcPr>
            <w:tcW w:w="6885" w:type="dxa"/>
            <w:gridSpan w:val="3"/>
            <w:shd w:val="clear" w:color="auto" w:fill="auto"/>
            <w:vAlign w:val="center"/>
          </w:tcPr>
          <w:p w14:paraId="639A019D" w14:textId="77777777" w:rsidR="00504C3E" w:rsidRPr="00952641" w:rsidRDefault="00504C3E" w:rsidP="006B47B1">
            <w:pPr>
              <w:spacing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04C3E" w:rsidRPr="00952641" w14:paraId="0CA0412F" w14:textId="77777777" w:rsidTr="006B47B1">
        <w:trPr>
          <w:trHeight w:val="454"/>
        </w:trPr>
        <w:tc>
          <w:tcPr>
            <w:tcW w:w="3015" w:type="dxa"/>
            <w:tcBorders>
              <w:bottom w:val="single" w:sz="4" w:space="0" w:color="auto"/>
            </w:tcBorders>
            <w:vAlign w:val="center"/>
          </w:tcPr>
          <w:p w14:paraId="034FEBEC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Jezik pisanja rada</w:t>
            </w:r>
          </w:p>
        </w:tc>
        <w:tc>
          <w:tcPr>
            <w:tcW w:w="688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C1A6BA4" w14:textId="77777777" w:rsidR="00504C3E" w:rsidRPr="00952641" w:rsidRDefault="00504C3E" w:rsidP="006B47B1">
            <w:pPr>
              <w:spacing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04C3E" w:rsidRPr="00952641" w14:paraId="20ED4FDC" w14:textId="77777777" w:rsidTr="006B47B1">
        <w:trPr>
          <w:trHeight w:val="454"/>
        </w:trPr>
        <w:tc>
          <w:tcPr>
            <w:tcW w:w="3015" w:type="dxa"/>
            <w:tcBorders>
              <w:bottom w:val="single" w:sz="4" w:space="0" w:color="auto"/>
            </w:tcBorders>
            <w:vAlign w:val="center"/>
          </w:tcPr>
          <w:p w14:paraId="7AF160F1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Modul:</w:t>
            </w:r>
          </w:p>
        </w:tc>
        <w:tc>
          <w:tcPr>
            <w:tcW w:w="688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920F896" w14:textId="77777777" w:rsidR="00504C3E" w:rsidRPr="00952641" w:rsidRDefault="00504C3E" w:rsidP="006B47B1">
            <w:pPr>
              <w:spacing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04C3E" w:rsidRPr="00952641" w14:paraId="451F2E29" w14:textId="77777777" w:rsidTr="006B47B1">
        <w:trPr>
          <w:trHeight w:hRule="exact"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4B1D7BB2" w14:textId="77777777" w:rsidR="00504C3E" w:rsidRPr="00952641" w:rsidRDefault="00504C3E" w:rsidP="006B47B1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/>
                <w:b/>
                <w:sz w:val="22"/>
                <w:szCs w:val="22"/>
                <w:lang w:val="pt-BR"/>
              </w:rPr>
              <w:t>PREDLOŽENI MENTOR(I)</w:t>
            </w:r>
          </w:p>
        </w:tc>
      </w:tr>
      <w:tr w:rsidR="00504C3E" w:rsidRPr="00952641" w14:paraId="2E139CAD" w14:textId="77777777" w:rsidTr="006B47B1">
        <w:trPr>
          <w:trHeight w:val="454"/>
        </w:trPr>
        <w:tc>
          <w:tcPr>
            <w:tcW w:w="3015" w:type="dxa"/>
            <w:vAlign w:val="center"/>
          </w:tcPr>
          <w:p w14:paraId="583AB435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1935" w:type="dxa"/>
            <w:vAlign w:val="center"/>
          </w:tcPr>
          <w:p w14:paraId="5F2042DF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Titula, ime, prezime</w:t>
            </w:r>
          </w:p>
        </w:tc>
        <w:tc>
          <w:tcPr>
            <w:tcW w:w="2475" w:type="dxa"/>
            <w:vAlign w:val="center"/>
          </w:tcPr>
          <w:p w14:paraId="73B25B3F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Ustanova</w:t>
            </w:r>
          </w:p>
        </w:tc>
        <w:tc>
          <w:tcPr>
            <w:tcW w:w="2475" w:type="dxa"/>
            <w:vAlign w:val="center"/>
          </w:tcPr>
          <w:p w14:paraId="1C6371DB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</w:tr>
      <w:tr w:rsidR="00504C3E" w:rsidRPr="00952641" w14:paraId="188FE00E" w14:textId="77777777" w:rsidTr="006B47B1">
        <w:trPr>
          <w:trHeight w:val="454"/>
        </w:trPr>
        <w:tc>
          <w:tcPr>
            <w:tcW w:w="3015" w:type="dxa"/>
            <w:vAlign w:val="center"/>
          </w:tcPr>
          <w:p w14:paraId="416E6294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Mentor 1</w:t>
            </w:r>
          </w:p>
        </w:tc>
        <w:tc>
          <w:tcPr>
            <w:tcW w:w="1935" w:type="dxa"/>
          </w:tcPr>
          <w:p w14:paraId="42C8976A" w14:textId="77777777" w:rsidR="00504C3E" w:rsidRPr="00952641" w:rsidRDefault="00504C3E" w:rsidP="006B47B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24659A92" w14:textId="77777777" w:rsidR="00504C3E" w:rsidRPr="00952641" w:rsidRDefault="00504C3E" w:rsidP="006B47B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  <w:vAlign w:val="center"/>
          </w:tcPr>
          <w:p w14:paraId="68E79D71" w14:textId="77777777" w:rsidR="00504C3E" w:rsidRPr="00952641" w:rsidRDefault="00504C3E" w:rsidP="006B47B1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04C3E" w:rsidRPr="00952641" w14:paraId="391C1A67" w14:textId="77777777" w:rsidTr="006B47B1">
        <w:trPr>
          <w:trHeight w:val="454"/>
        </w:trPr>
        <w:tc>
          <w:tcPr>
            <w:tcW w:w="3015" w:type="dxa"/>
            <w:vAlign w:val="center"/>
          </w:tcPr>
          <w:p w14:paraId="6293310E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Mentor 2</w:t>
            </w:r>
          </w:p>
        </w:tc>
        <w:tc>
          <w:tcPr>
            <w:tcW w:w="1935" w:type="dxa"/>
          </w:tcPr>
          <w:p w14:paraId="43CDDA3A" w14:textId="77777777" w:rsidR="00504C3E" w:rsidRPr="00952641" w:rsidRDefault="00504C3E" w:rsidP="006B47B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4B39AB60" w14:textId="77777777" w:rsidR="00504C3E" w:rsidRPr="00952641" w:rsidRDefault="00504C3E" w:rsidP="006B47B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7E706693" w14:textId="77777777" w:rsidR="00504C3E" w:rsidRPr="00952641" w:rsidRDefault="00504C3E" w:rsidP="006B47B1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04C3E" w:rsidRPr="00952641" w14:paraId="20174B73" w14:textId="77777777" w:rsidTr="006B47B1">
        <w:trPr>
          <w:trHeight w:hRule="exact" w:val="682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062DA4C8" w14:textId="77777777" w:rsidR="00504C3E" w:rsidRPr="00952641" w:rsidRDefault="00504C3E" w:rsidP="006B47B1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>KOMPETENCIJE MENTORA</w:t>
            </w:r>
            <w:r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sz w:val="22"/>
                <w:szCs w:val="22"/>
              </w:rPr>
              <w:br/>
              <w:t>(</w:t>
            </w:r>
            <w:r w:rsidRPr="00952641">
              <w:rPr>
                <w:rFonts w:ascii="Cambria" w:hAnsi="Cambria" w:cs="Arial"/>
                <w:sz w:val="22"/>
                <w:szCs w:val="22"/>
              </w:rPr>
              <w:t xml:space="preserve"> popis do pet objavljenih relevantnih radova u posljednjih pet godina</w:t>
            </w:r>
            <w:r>
              <w:rPr>
                <w:rFonts w:ascii="Cambria" w:hAnsi="Cambria" w:cs="Arial"/>
                <w:sz w:val="22"/>
                <w:szCs w:val="22"/>
              </w:rPr>
              <w:t>)</w:t>
            </w:r>
          </w:p>
        </w:tc>
      </w:tr>
      <w:tr w:rsidR="00504C3E" w:rsidRPr="00952641" w14:paraId="5159570D" w14:textId="77777777" w:rsidTr="006B47B1">
        <w:trPr>
          <w:trHeight w:hRule="exact" w:val="1424"/>
        </w:trPr>
        <w:tc>
          <w:tcPr>
            <w:tcW w:w="9900" w:type="dxa"/>
            <w:gridSpan w:val="4"/>
            <w:shd w:val="clear" w:color="auto" w:fill="auto"/>
            <w:vAlign w:val="center"/>
          </w:tcPr>
          <w:p w14:paraId="38B6367F" w14:textId="77777777" w:rsidR="00504C3E" w:rsidRDefault="00504C3E" w:rsidP="006B47B1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lastRenderedPageBreak/>
              <w:t>1. …</w:t>
            </w:r>
          </w:p>
          <w:p w14:paraId="4155770F" w14:textId="77777777" w:rsidR="00504C3E" w:rsidRDefault="00504C3E" w:rsidP="006B47B1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06C55AE3" w14:textId="77777777" w:rsidR="00504C3E" w:rsidRDefault="00504C3E" w:rsidP="006B47B1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5C3C612C" w14:textId="77777777" w:rsidR="00504C3E" w:rsidRDefault="00504C3E" w:rsidP="006B47B1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1368C35B" w14:textId="77777777" w:rsidR="00504C3E" w:rsidRPr="00205481" w:rsidRDefault="00504C3E" w:rsidP="006B47B1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51B42E4" w14:textId="77777777" w:rsidR="00504C3E" w:rsidRPr="00205481" w:rsidRDefault="00504C3E" w:rsidP="006B47B1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1E1ED95" w14:textId="77777777" w:rsidR="00504C3E" w:rsidRPr="00205481" w:rsidRDefault="00504C3E" w:rsidP="006B47B1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03645549" w14:textId="77777777" w:rsidR="00504C3E" w:rsidRPr="00205481" w:rsidRDefault="00504C3E" w:rsidP="006B47B1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B287137" w14:textId="77777777" w:rsidR="00504C3E" w:rsidRPr="00205481" w:rsidRDefault="00504C3E" w:rsidP="006B47B1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198C1E74" w14:textId="77777777" w:rsidR="00504C3E" w:rsidRPr="00205481" w:rsidRDefault="00504C3E" w:rsidP="006B47B1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2F7908F4" w14:textId="77777777" w:rsidR="00504C3E" w:rsidRPr="00205481" w:rsidRDefault="00504C3E" w:rsidP="006B47B1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04C3E" w:rsidRPr="00952641" w14:paraId="5E6759C7" w14:textId="77777777" w:rsidTr="006B47B1">
        <w:trPr>
          <w:trHeight w:hRule="exact" w:val="682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6B6D6277" w14:textId="77777777" w:rsidR="00504C3E" w:rsidRPr="00952641" w:rsidRDefault="00504C3E" w:rsidP="006B47B1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 xml:space="preserve">OBRAZLOŽENJE TEME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952641">
              <w:rPr>
                <w:rFonts w:ascii="Cambria" w:hAnsi="Cambria" w:cs="Arial"/>
                <w:i/>
                <w:sz w:val="22"/>
                <w:szCs w:val="22"/>
              </w:rPr>
              <w:t>(ispunjava pristupnik/pristupnica)</w:t>
            </w:r>
          </w:p>
        </w:tc>
      </w:tr>
      <w:tr w:rsidR="00504C3E" w:rsidRPr="00952641" w14:paraId="69017015" w14:textId="77777777" w:rsidTr="006B47B1">
        <w:trPr>
          <w:trHeight w:val="567"/>
        </w:trPr>
        <w:tc>
          <w:tcPr>
            <w:tcW w:w="3015" w:type="dxa"/>
            <w:vAlign w:val="center"/>
          </w:tcPr>
          <w:p w14:paraId="3DEC0C86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952641">
              <w:rPr>
                <w:rFonts w:ascii="Cambria" w:hAnsi="Cambria" w:cs="Arial"/>
                <w:b/>
                <w:sz w:val="22"/>
                <w:szCs w:val="22"/>
              </w:rPr>
              <w:t xml:space="preserve">Sažetak na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952641">
              <w:rPr>
                <w:rFonts w:ascii="Cambria" w:hAnsi="Cambria" w:cs="Arial"/>
                <w:b/>
                <w:sz w:val="22"/>
                <w:szCs w:val="22"/>
              </w:rPr>
              <w:t>hrvatskom jeziku</w:t>
            </w:r>
          </w:p>
          <w:p w14:paraId="23A9335E" w14:textId="77777777" w:rsidR="00504C3E" w:rsidRPr="00952641" w:rsidRDefault="00504C3E" w:rsidP="006B47B1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6885" w:type="dxa"/>
            <w:gridSpan w:val="3"/>
            <w:vAlign w:val="center"/>
          </w:tcPr>
          <w:p w14:paraId="2D2469F4" w14:textId="77777777" w:rsidR="00504C3E" w:rsidRPr="00952641" w:rsidRDefault="00504C3E" w:rsidP="006B47B1">
            <w:pPr>
              <w:ind w:left="72"/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...</w:t>
            </w:r>
          </w:p>
        </w:tc>
      </w:tr>
      <w:tr w:rsidR="00504C3E" w:rsidRPr="00952641" w14:paraId="6581B342" w14:textId="77777777" w:rsidTr="006B47B1">
        <w:tc>
          <w:tcPr>
            <w:tcW w:w="9900" w:type="dxa"/>
            <w:gridSpan w:val="4"/>
            <w:shd w:val="clear" w:color="auto" w:fill="CCCCCC"/>
          </w:tcPr>
          <w:p w14:paraId="7735C98A" w14:textId="77777777" w:rsidR="00504C3E" w:rsidRPr="00952641" w:rsidRDefault="00504C3E" w:rsidP="006B47B1">
            <w:pPr>
              <w:spacing w:before="120" w:line="360" w:lineRule="auto"/>
              <w:ind w:left="-180" w:firstLine="180"/>
              <w:rPr>
                <w:rFonts w:ascii="Cambria" w:hAnsi="Cambria"/>
                <w:b/>
                <w:sz w:val="22"/>
                <w:szCs w:val="22"/>
                <w:lang w:val="pt-BR"/>
              </w:rPr>
            </w:pPr>
            <w:r w:rsidRPr="00952641">
              <w:rPr>
                <w:rFonts w:ascii="Cambria" w:hAnsi="Cambria"/>
                <w:b/>
                <w:sz w:val="22"/>
                <w:szCs w:val="22"/>
                <w:lang w:val="pt-BR"/>
              </w:rPr>
              <w:t xml:space="preserve">Cilj i metodologija istraživanja  </w:t>
            </w:r>
          </w:p>
        </w:tc>
      </w:tr>
      <w:tr w:rsidR="00504C3E" w:rsidRPr="00952641" w14:paraId="56F36FDB" w14:textId="77777777" w:rsidTr="006B47B1">
        <w:trPr>
          <w:trHeight w:val="454"/>
        </w:trPr>
        <w:tc>
          <w:tcPr>
            <w:tcW w:w="9900" w:type="dxa"/>
            <w:gridSpan w:val="4"/>
            <w:tcBorders>
              <w:bottom w:val="single" w:sz="4" w:space="0" w:color="auto"/>
            </w:tcBorders>
          </w:tcPr>
          <w:p w14:paraId="3BC6DC32" w14:textId="77777777" w:rsidR="00504C3E" w:rsidRPr="00952641" w:rsidRDefault="00504C3E" w:rsidP="006B47B1">
            <w:pPr>
              <w:autoSpaceDE w:val="0"/>
              <w:autoSpaceDN w:val="0"/>
              <w:adjustRightInd w:val="0"/>
              <w:ind w:left="-180" w:firstLine="180"/>
              <w:jc w:val="both"/>
              <w:rPr>
                <w:rFonts w:ascii="Cambria" w:hAnsi="Cambria"/>
                <w:sz w:val="22"/>
                <w:szCs w:val="22"/>
                <w:lang w:val="pt-BR"/>
              </w:rPr>
            </w:pPr>
            <w:r>
              <w:rPr>
                <w:rFonts w:ascii="Cambria" w:hAnsi="Cambria"/>
                <w:sz w:val="22"/>
                <w:szCs w:val="22"/>
                <w:lang w:val="pt-BR"/>
              </w:rPr>
              <w:t>...</w:t>
            </w:r>
          </w:p>
          <w:p w14:paraId="56FA2F3F" w14:textId="77777777" w:rsidR="00504C3E" w:rsidRPr="00952641" w:rsidRDefault="00504C3E" w:rsidP="006B47B1">
            <w:pPr>
              <w:autoSpaceDE w:val="0"/>
              <w:autoSpaceDN w:val="0"/>
              <w:adjustRightInd w:val="0"/>
              <w:ind w:left="-180" w:firstLine="180"/>
              <w:jc w:val="both"/>
              <w:rPr>
                <w:rFonts w:ascii="Cambria" w:hAnsi="Cambria"/>
                <w:sz w:val="22"/>
                <w:szCs w:val="22"/>
                <w:lang w:val="pt-BR"/>
              </w:rPr>
            </w:pPr>
          </w:p>
        </w:tc>
      </w:tr>
      <w:tr w:rsidR="00504C3E" w:rsidRPr="00952641" w14:paraId="15718F75" w14:textId="77777777" w:rsidTr="006B47B1">
        <w:trPr>
          <w:trHeight w:val="454"/>
        </w:trPr>
        <w:tc>
          <w:tcPr>
            <w:tcW w:w="9900" w:type="dxa"/>
            <w:gridSpan w:val="4"/>
            <w:shd w:val="clear" w:color="auto" w:fill="CCCCCC"/>
          </w:tcPr>
          <w:p w14:paraId="54171AF2" w14:textId="77777777" w:rsidR="00504C3E" w:rsidRPr="00952641" w:rsidRDefault="00504C3E" w:rsidP="006B47B1">
            <w:pPr>
              <w:spacing w:before="120" w:line="360" w:lineRule="auto"/>
              <w:ind w:left="-180" w:firstLine="180"/>
              <w:rPr>
                <w:rFonts w:ascii="Cambria" w:hAnsi="Cambria"/>
                <w:b/>
                <w:sz w:val="22"/>
                <w:szCs w:val="22"/>
                <w:lang w:val="pt-BR"/>
              </w:rPr>
            </w:pPr>
            <w:r w:rsidRPr="00952641">
              <w:rPr>
                <w:rFonts w:ascii="Cambria" w:hAnsi="Cambria"/>
                <w:b/>
                <w:sz w:val="22"/>
                <w:szCs w:val="22"/>
              </w:rPr>
              <w:t xml:space="preserve">Popis literature </w:t>
            </w:r>
            <w:r w:rsidRPr="00952641">
              <w:rPr>
                <w:rFonts w:ascii="Cambria" w:hAnsi="Cambria"/>
                <w:sz w:val="22"/>
                <w:szCs w:val="22"/>
              </w:rPr>
              <w:t xml:space="preserve">  </w:t>
            </w:r>
          </w:p>
        </w:tc>
      </w:tr>
      <w:tr w:rsidR="00504C3E" w:rsidRPr="00952641" w14:paraId="7495918E" w14:textId="77777777" w:rsidTr="006B47B1">
        <w:trPr>
          <w:trHeight w:val="454"/>
        </w:trPr>
        <w:tc>
          <w:tcPr>
            <w:tcW w:w="9900" w:type="dxa"/>
            <w:gridSpan w:val="4"/>
            <w:tcBorders>
              <w:bottom w:val="single" w:sz="4" w:space="0" w:color="auto"/>
            </w:tcBorders>
          </w:tcPr>
          <w:p w14:paraId="4099314D" w14:textId="77777777" w:rsidR="00504C3E" w:rsidRPr="00952641" w:rsidRDefault="00504C3E" w:rsidP="006B47B1">
            <w:pPr>
              <w:ind w:left="-180" w:firstLine="180"/>
              <w:jc w:val="both"/>
              <w:rPr>
                <w:rFonts w:ascii="Cambria" w:hAnsi="Cambria"/>
                <w:sz w:val="22"/>
                <w:szCs w:val="22"/>
                <w:lang w:val="pt-BR"/>
              </w:rPr>
            </w:pPr>
            <w:r>
              <w:rPr>
                <w:rFonts w:ascii="Cambria" w:hAnsi="Cambria"/>
                <w:sz w:val="22"/>
                <w:szCs w:val="22"/>
                <w:lang w:val="pt-BR"/>
              </w:rPr>
              <w:t>1. ...</w:t>
            </w:r>
          </w:p>
          <w:p w14:paraId="500540D8" w14:textId="77777777" w:rsidR="00504C3E" w:rsidRPr="00952641" w:rsidRDefault="00504C3E" w:rsidP="006B47B1">
            <w:pPr>
              <w:ind w:left="-180" w:firstLine="180"/>
              <w:jc w:val="both"/>
              <w:rPr>
                <w:rFonts w:ascii="Cambria" w:hAnsi="Cambria"/>
                <w:sz w:val="22"/>
                <w:szCs w:val="22"/>
                <w:lang w:val="pt-BR"/>
              </w:rPr>
            </w:pPr>
          </w:p>
        </w:tc>
      </w:tr>
      <w:tr w:rsidR="00504C3E" w:rsidRPr="00952641" w14:paraId="31A4BB21" w14:textId="77777777" w:rsidTr="006B47B1">
        <w:trPr>
          <w:trHeight w:val="514"/>
        </w:trPr>
        <w:tc>
          <w:tcPr>
            <w:tcW w:w="9900" w:type="dxa"/>
            <w:gridSpan w:val="4"/>
            <w:shd w:val="clear" w:color="auto" w:fill="CCCCCC"/>
          </w:tcPr>
          <w:p w14:paraId="28FDF4CA" w14:textId="77777777" w:rsidR="00504C3E" w:rsidRPr="00952641" w:rsidRDefault="00504C3E" w:rsidP="006B47B1">
            <w:pPr>
              <w:spacing w:before="120" w:line="360" w:lineRule="auto"/>
              <w:jc w:val="center"/>
              <w:rPr>
                <w:rFonts w:ascii="Cambria" w:hAnsi="Cambria"/>
                <w:sz w:val="22"/>
                <w:szCs w:val="22"/>
                <w:lang w:val="pt-BR"/>
              </w:rPr>
            </w:pPr>
            <w:r w:rsidRPr="00952641">
              <w:rPr>
                <w:rFonts w:ascii="Cambria" w:hAnsi="Cambria"/>
                <w:b/>
                <w:sz w:val="22"/>
                <w:szCs w:val="22"/>
                <w:lang w:val="pt-BR"/>
              </w:rPr>
              <w:t>OBRAZLOŽENJE – PRISTANAK PREDLOŽENOG MENTORA</w:t>
            </w:r>
          </w:p>
        </w:tc>
      </w:tr>
      <w:tr w:rsidR="00504C3E" w:rsidRPr="00952641" w14:paraId="0228C363" w14:textId="77777777" w:rsidTr="006B47B1">
        <w:trPr>
          <w:trHeight w:val="567"/>
        </w:trPr>
        <w:tc>
          <w:tcPr>
            <w:tcW w:w="9900" w:type="dxa"/>
            <w:gridSpan w:val="4"/>
            <w:tcBorders>
              <w:bottom w:val="single" w:sz="4" w:space="0" w:color="auto"/>
            </w:tcBorders>
          </w:tcPr>
          <w:p w14:paraId="17ABC159" w14:textId="77777777" w:rsidR="00504C3E" w:rsidRPr="00952641" w:rsidRDefault="00504C3E" w:rsidP="006B47B1">
            <w:pPr>
              <w:ind w:left="-180" w:firstLine="180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...</w:t>
            </w:r>
          </w:p>
          <w:p w14:paraId="33253D70" w14:textId="77777777" w:rsidR="00504C3E" w:rsidRPr="00952641" w:rsidRDefault="00504C3E" w:rsidP="006B47B1">
            <w:pPr>
              <w:rPr>
                <w:rFonts w:ascii="Cambria" w:hAnsi="Cambria"/>
                <w:sz w:val="22"/>
                <w:szCs w:val="22"/>
              </w:rPr>
            </w:pPr>
          </w:p>
          <w:p w14:paraId="36B2BDD1" w14:textId="77777777" w:rsidR="00504C3E" w:rsidRPr="00952641" w:rsidRDefault="00504C3E" w:rsidP="006B47B1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504C3E" w:rsidRPr="00952641" w14:paraId="4F645822" w14:textId="77777777" w:rsidTr="006B47B1">
        <w:trPr>
          <w:trHeight w:val="567"/>
        </w:trPr>
        <w:tc>
          <w:tcPr>
            <w:tcW w:w="9900" w:type="dxa"/>
            <w:gridSpan w:val="4"/>
            <w:shd w:val="clear" w:color="auto" w:fill="CCCCCC"/>
          </w:tcPr>
          <w:p w14:paraId="70DC52E0" w14:textId="77777777" w:rsidR="00504C3E" w:rsidRPr="00952641" w:rsidRDefault="00504C3E" w:rsidP="006B47B1">
            <w:pPr>
              <w:spacing w:before="120" w:line="360" w:lineRule="auto"/>
              <w:jc w:val="center"/>
              <w:rPr>
                <w:rFonts w:ascii="Cambria" w:hAnsi="Cambria"/>
                <w:b/>
                <w:sz w:val="22"/>
                <w:szCs w:val="22"/>
                <w:lang w:val="it-IT"/>
              </w:rPr>
            </w:pPr>
            <w:r w:rsidRPr="00952641">
              <w:rPr>
                <w:rFonts w:ascii="Cambria" w:hAnsi="Cambria"/>
                <w:b/>
                <w:sz w:val="22"/>
                <w:szCs w:val="22"/>
                <w:lang w:val="it-IT"/>
              </w:rPr>
              <w:t>IZJAVA</w:t>
            </w:r>
          </w:p>
        </w:tc>
      </w:tr>
      <w:tr w:rsidR="00504C3E" w:rsidRPr="00952641" w14:paraId="6EFC5131" w14:textId="77777777" w:rsidTr="006B47B1">
        <w:trPr>
          <w:trHeight w:val="3177"/>
        </w:trPr>
        <w:tc>
          <w:tcPr>
            <w:tcW w:w="9900" w:type="dxa"/>
            <w:gridSpan w:val="4"/>
          </w:tcPr>
          <w:p w14:paraId="5795EB63" w14:textId="77777777" w:rsidR="00504C3E" w:rsidRPr="00952641" w:rsidRDefault="00504C3E" w:rsidP="006B47B1">
            <w:pPr>
              <w:pStyle w:val="Tijeloteksta"/>
              <w:spacing w:before="120" w:line="360" w:lineRule="auto"/>
              <w:rPr>
                <w:b/>
                <w:sz w:val="22"/>
              </w:rPr>
            </w:pPr>
            <w:r w:rsidRPr="00952641">
              <w:rPr>
                <w:b/>
                <w:sz w:val="22"/>
              </w:rPr>
              <w:t>Odgovorno izjavljujem da sam suglasan s temom koja se prijavljuje i da prihvaćam mentorstvo.</w:t>
            </w:r>
          </w:p>
          <w:p w14:paraId="2D742968" w14:textId="77777777" w:rsidR="00504C3E" w:rsidRPr="00952641" w:rsidRDefault="00504C3E" w:rsidP="006B47B1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5C653898" w14:textId="77777777" w:rsidR="00504C3E" w:rsidRPr="00952641" w:rsidRDefault="00504C3E" w:rsidP="006B47B1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323919CD" w14:textId="77777777" w:rsidR="00504C3E" w:rsidRPr="00952641" w:rsidRDefault="00504C3E" w:rsidP="006B47B1">
            <w:pPr>
              <w:pStyle w:val="Tijeloteksta"/>
              <w:spacing w:line="360" w:lineRule="auto"/>
              <w:rPr>
                <w:b/>
                <w:sz w:val="22"/>
              </w:rPr>
            </w:pPr>
            <w:bookmarkStart w:id="0" w:name="OLE_LINK1"/>
            <w:bookmarkStart w:id="1" w:name="OLE_LINK2"/>
            <w:r w:rsidRPr="00952641">
              <w:rPr>
                <w:b/>
                <w:sz w:val="22"/>
              </w:rPr>
              <w:t>U Zagrebu, _____________________________</w:t>
            </w:r>
            <w:bookmarkEnd w:id="0"/>
            <w:bookmarkEnd w:id="1"/>
          </w:p>
          <w:p w14:paraId="539FAD9B" w14:textId="77777777" w:rsidR="00504C3E" w:rsidRPr="00952641" w:rsidRDefault="00504C3E" w:rsidP="006B47B1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2FD3EEDF" w14:textId="77777777" w:rsidR="00504C3E" w:rsidRPr="00952641" w:rsidRDefault="00504C3E" w:rsidP="006B47B1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  <w:r w:rsidRPr="00952641">
              <w:rPr>
                <w:b/>
                <w:sz w:val="22"/>
              </w:rPr>
              <w:t xml:space="preserve">                                                                                    Potpis:   ________________________________________________</w:t>
            </w:r>
          </w:p>
          <w:p w14:paraId="707FB980" w14:textId="77777777" w:rsidR="00504C3E" w:rsidRPr="00952641" w:rsidRDefault="00504C3E" w:rsidP="006B47B1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  <w:r w:rsidRPr="00952641">
              <w:rPr>
                <w:b/>
                <w:sz w:val="22"/>
              </w:rPr>
              <w:t xml:space="preserve">                                                                                                      </w:t>
            </w:r>
            <w:r w:rsidRPr="00CB458E">
              <w:rPr>
                <w:b/>
                <w:sz w:val="20"/>
                <w:szCs w:val="20"/>
              </w:rPr>
              <w:t>(Ime i prezime predloženog mentora)</w:t>
            </w:r>
          </w:p>
        </w:tc>
      </w:tr>
      <w:tr w:rsidR="00504C3E" w:rsidRPr="00952641" w14:paraId="215ED904" w14:textId="77777777" w:rsidTr="006B47B1">
        <w:trPr>
          <w:trHeight w:val="3379"/>
        </w:trPr>
        <w:tc>
          <w:tcPr>
            <w:tcW w:w="9900" w:type="dxa"/>
            <w:gridSpan w:val="4"/>
          </w:tcPr>
          <w:p w14:paraId="60C3C201" w14:textId="77777777" w:rsidR="00504C3E" w:rsidRPr="00952641" w:rsidRDefault="00504C3E" w:rsidP="006B47B1">
            <w:pPr>
              <w:pStyle w:val="Tijeloteksta"/>
              <w:spacing w:before="120" w:line="360" w:lineRule="auto"/>
              <w:rPr>
                <w:b/>
                <w:sz w:val="22"/>
              </w:rPr>
            </w:pPr>
            <w:r w:rsidRPr="00952641">
              <w:rPr>
                <w:b/>
                <w:sz w:val="22"/>
              </w:rPr>
              <w:lastRenderedPageBreak/>
              <w:t xml:space="preserve">Odgovorno izjavljujem da nisam prijavio/prijavila </w:t>
            </w:r>
            <w:proofErr w:type="spellStart"/>
            <w:r w:rsidRPr="00952641">
              <w:rPr>
                <w:b/>
                <w:sz w:val="22"/>
              </w:rPr>
              <w:t>licencijatski</w:t>
            </w:r>
            <w:proofErr w:type="spellEnd"/>
            <w:r w:rsidRPr="00952641">
              <w:rPr>
                <w:b/>
                <w:sz w:val="22"/>
              </w:rPr>
              <w:t xml:space="preserve"> rad s istovjetnom temom ni na jednom drugom sveučilištu.</w:t>
            </w:r>
          </w:p>
          <w:p w14:paraId="50F68E48" w14:textId="77777777" w:rsidR="00504C3E" w:rsidRDefault="00504C3E" w:rsidP="006B47B1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1DBD4BE8" w14:textId="77777777" w:rsidR="00504C3E" w:rsidRPr="00FD0134" w:rsidRDefault="00504C3E" w:rsidP="006B47B1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0215BE67" w14:textId="77777777" w:rsidR="00504C3E" w:rsidRPr="00952641" w:rsidRDefault="00504C3E" w:rsidP="006B47B1">
            <w:pPr>
              <w:pStyle w:val="Tijeloteksta"/>
              <w:tabs>
                <w:tab w:val="center" w:pos="4842"/>
              </w:tabs>
              <w:spacing w:line="360" w:lineRule="auto"/>
              <w:rPr>
                <w:b/>
                <w:sz w:val="22"/>
              </w:rPr>
            </w:pPr>
            <w:r w:rsidRPr="00952641">
              <w:rPr>
                <w:b/>
                <w:sz w:val="22"/>
              </w:rPr>
              <w:t xml:space="preserve">U Zagrebu, _____________________________ </w:t>
            </w:r>
          </w:p>
          <w:p w14:paraId="173634F6" w14:textId="77777777" w:rsidR="00504C3E" w:rsidRPr="00952641" w:rsidRDefault="00504C3E" w:rsidP="006B47B1">
            <w:pPr>
              <w:pStyle w:val="Tijeloteksta"/>
              <w:tabs>
                <w:tab w:val="center" w:pos="4842"/>
              </w:tabs>
              <w:spacing w:line="360" w:lineRule="auto"/>
              <w:rPr>
                <w:b/>
                <w:sz w:val="22"/>
              </w:rPr>
            </w:pPr>
          </w:p>
          <w:p w14:paraId="159A760C" w14:textId="77777777" w:rsidR="00504C3E" w:rsidRPr="00952641" w:rsidRDefault="00504C3E" w:rsidP="006B47B1">
            <w:pPr>
              <w:pStyle w:val="Tijeloteksta"/>
              <w:tabs>
                <w:tab w:val="center" w:pos="4842"/>
              </w:tabs>
              <w:spacing w:line="360" w:lineRule="auto"/>
              <w:jc w:val="right"/>
              <w:rPr>
                <w:b/>
                <w:sz w:val="22"/>
              </w:rPr>
            </w:pPr>
            <w:r w:rsidRPr="00952641">
              <w:rPr>
                <w:b/>
                <w:sz w:val="22"/>
              </w:rPr>
              <w:t xml:space="preserve">                                                                                   Potpis:   _________________________________________________</w:t>
            </w:r>
          </w:p>
          <w:p w14:paraId="61AF6913" w14:textId="77777777" w:rsidR="00504C3E" w:rsidRPr="00952641" w:rsidRDefault="00504C3E" w:rsidP="006B47B1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  <w:r w:rsidRPr="00952641">
              <w:rPr>
                <w:b/>
                <w:sz w:val="22"/>
              </w:rPr>
              <w:t xml:space="preserve"> </w:t>
            </w:r>
            <w:r w:rsidRPr="00CB458E">
              <w:rPr>
                <w:b/>
                <w:sz w:val="20"/>
                <w:szCs w:val="20"/>
              </w:rPr>
              <w:t>(Ime i prezime doktoranda/pristupnika)</w:t>
            </w:r>
          </w:p>
        </w:tc>
      </w:tr>
      <w:tr w:rsidR="00504C3E" w:rsidRPr="00952641" w14:paraId="0E023F33" w14:textId="77777777" w:rsidTr="006B47B1">
        <w:tc>
          <w:tcPr>
            <w:tcW w:w="9900" w:type="dxa"/>
            <w:gridSpan w:val="4"/>
            <w:tcBorders>
              <w:bottom w:val="single" w:sz="4" w:space="0" w:color="auto"/>
            </w:tcBorders>
            <w:shd w:val="clear" w:color="auto" w:fill="CCCCCC"/>
          </w:tcPr>
          <w:p w14:paraId="4EB8437F" w14:textId="77777777" w:rsidR="00504C3E" w:rsidRPr="00952641" w:rsidRDefault="00504C3E" w:rsidP="006B47B1">
            <w:pPr>
              <w:pStyle w:val="Tijeloteksta"/>
              <w:spacing w:line="360" w:lineRule="auto"/>
              <w:rPr>
                <w:sz w:val="22"/>
              </w:rPr>
            </w:pPr>
            <w:r w:rsidRPr="00952641">
              <w:rPr>
                <w:b/>
                <w:sz w:val="22"/>
              </w:rPr>
              <w:t>Napomena (po potrebi):</w:t>
            </w:r>
          </w:p>
        </w:tc>
      </w:tr>
      <w:tr w:rsidR="00504C3E" w:rsidRPr="00952641" w14:paraId="11F2057C" w14:textId="77777777" w:rsidTr="006B47B1">
        <w:trPr>
          <w:trHeight w:val="20"/>
        </w:trPr>
        <w:tc>
          <w:tcPr>
            <w:tcW w:w="9900" w:type="dxa"/>
            <w:gridSpan w:val="4"/>
            <w:tcBorders>
              <w:bottom w:val="single" w:sz="4" w:space="0" w:color="auto"/>
            </w:tcBorders>
          </w:tcPr>
          <w:p w14:paraId="073F35C3" w14:textId="77777777" w:rsidR="00504C3E" w:rsidRPr="00952641" w:rsidRDefault="00504C3E" w:rsidP="006B47B1">
            <w:pPr>
              <w:rPr>
                <w:rFonts w:ascii="Cambria" w:hAnsi="Cambria"/>
                <w:sz w:val="22"/>
                <w:szCs w:val="22"/>
              </w:rPr>
            </w:pPr>
          </w:p>
          <w:p w14:paraId="1EFE3017" w14:textId="77777777" w:rsidR="00504C3E" w:rsidRDefault="00504C3E" w:rsidP="006B47B1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  <w:p w14:paraId="1887A951" w14:textId="77777777" w:rsidR="00504C3E" w:rsidRDefault="00504C3E" w:rsidP="006B47B1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  <w:p w14:paraId="27773C6E" w14:textId="77777777" w:rsidR="00504C3E" w:rsidRDefault="00504C3E" w:rsidP="006B47B1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  <w:p w14:paraId="2455FDB0" w14:textId="77777777" w:rsidR="00504C3E" w:rsidRPr="00952641" w:rsidRDefault="00504C3E" w:rsidP="006B47B1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</w:tc>
      </w:tr>
    </w:tbl>
    <w:p w14:paraId="0CC91089" w14:textId="77777777" w:rsidR="00504C3E" w:rsidRPr="00952641" w:rsidRDefault="00504C3E" w:rsidP="00504C3E">
      <w:pPr>
        <w:tabs>
          <w:tab w:val="left" w:pos="5955"/>
        </w:tabs>
        <w:jc w:val="both"/>
        <w:rPr>
          <w:rFonts w:ascii="Cambria" w:hAnsi="Cambria" w:cs="Arial"/>
          <w:sz w:val="22"/>
          <w:szCs w:val="22"/>
          <w:vertAlign w:val="superscript"/>
        </w:rPr>
      </w:pPr>
      <w:r>
        <w:rPr>
          <w:rFonts w:ascii="Cambria" w:hAnsi="Cambria" w:cs="Arial"/>
          <w:sz w:val="22"/>
          <w:szCs w:val="22"/>
          <w:vertAlign w:val="superscript"/>
        </w:rPr>
        <w:tab/>
      </w:r>
    </w:p>
    <w:p w14:paraId="7F2BB102" w14:textId="77777777" w:rsidR="00FC6C5F" w:rsidRDefault="00FC6C5F"/>
    <w:sectPr w:rsidR="00FC6C5F" w:rsidSect="00C737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2602" w:right="1757" w:bottom="1656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2B4E3" w14:textId="77777777" w:rsidR="00D93D6A" w:rsidRDefault="00D93D6A">
      <w:r>
        <w:separator/>
      </w:r>
    </w:p>
  </w:endnote>
  <w:endnote w:type="continuationSeparator" w:id="0">
    <w:p w14:paraId="45B858B8" w14:textId="77777777" w:rsidR="00D93D6A" w:rsidRDefault="00D93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2B1" w14:textId="77777777" w:rsidR="00C7370A" w:rsidRDefault="00C737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F3C7" w14:textId="77777777" w:rsidR="00C7370A" w:rsidRDefault="00C737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CE6E5" w14:textId="77777777" w:rsidR="00D93D6A" w:rsidRDefault="00D93D6A">
      <w:r>
        <w:separator/>
      </w:r>
    </w:p>
  </w:footnote>
  <w:footnote w:type="continuationSeparator" w:id="0">
    <w:p w14:paraId="4113A779" w14:textId="77777777" w:rsidR="00D93D6A" w:rsidRDefault="00D93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94D8" w14:textId="77777777" w:rsidR="00C7370A" w:rsidRDefault="00C7370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6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27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28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29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0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1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29639D"/>
    <w:rsid w:val="00326F90"/>
    <w:rsid w:val="00376C4A"/>
    <w:rsid w:val="0041107A"/>
    <w:rsid w:val="00504C3E"/>
    <w:rsid w:val="005277EC"/>
    <w:rsid w:val="00601894"/>
    <w:rsid w:val="006D564B"/>
    <w:rsid w:val="007A1388"/>
    <w:rsid w:val="008045D0"/>
    <w:rsid w:val="008104E2"/>
    <w:rsid w:val="0082595E"/>
    <w:rsid w:val="0084644A"/>
    <w:rsid w:val="00956011"/>
    <w:rsid w:val="00A0668E"/>
    <w:rsid w:val="00AA1D8D"/>
    <w:rsid w:val="00AE3E35"/>
    <w:rsid w:val="00B47730"/>
    <w:rsid w:val="00C7370A"/>
    <w:rsid w:val="00C827FD"/>
    <w:rsid w:val="00CB0664"/>
    <w:rsid w:val="00D93D6A"/>
    <w:rsid w:val="00DE42E4"/>
    <w:rsid w:val="00E56703"/>
    <w:rsid w:val="00F051F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4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11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6</cp:revision>
  <dcterms:created xsi:type="dcterms:W3CDTF">2026-09-17T13:49:00Z</dcterms:created>
  <dcterms:modified xsi:type="dcterms:W3CDTF">2026-09-18T12:59:00Z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