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75"/>
        <w:gridCol w:w="45"/>
        <w:gridCol w:w="2430"/>
        <w:gridCol w:w="2475"/>
        <w:gridCol w:w="2475"/>
      </w:tblGrid>
      <w:tr w:rsidR="00C7370A" w:rsidRPr="00312F6F" w14:paraId="017CC590" w14:textId="77777777" w:rsidTr="00C406B0">
        <w:trPr>
          <w:trHeight w:hRule="exact" w:val="444"/>
        </w:trPr>
        <w:tc>
          <w:tcPr>
            <w:tcW w:w="9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7105AAF7" w14:textId="77777777" w:rsidR="00C7370A" w:rsidRPr="00312F6F" w:rsidRDefault="00C7370A" w:rsidP="00C406B0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 xml:space="preserve">LIC.SC.-01 – </w:t>
            </w:r>
            <w:r w:rsidRPr="00312F6F">
              <w:rPr>
                <w:rFonts w:ascii="Cambria" w:hAnsi="Cambria" w:cs="Arial"/>
                <w:b/>
                <w:sz w:val="22"/>
                <w:szCs w:val="22"/>
              </w:rPr>
              <w:t>MOLBA ZA ODOBRENJE TEME LICENCIJATSKOG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A</w:t>
            </w:r>
            <w:r w:rsidRPr="00312F6F">
              <w:rPr>
                <w:rFonts w:ascii="Cambria" w:hAnsi="Cambria" w:cs="Arial"/>
                <w:b/>
                <w:sz w:val="22"/>
                <w:szCs w:val="22"/>
              </w:rPr>
              <w:t xml:space="preserve"> RADA</w:t>
            </w:r>
          </w:p>
        </w:tc>
      </w:tr>
      <w:tr w:rsidR="00C7370A" w:rsidRPr="00312F6F" w14:paraId="4FE416D1" w14:textId="77777777" w:rsidTr="00C406B0">
        <w:trPr>
          <w:trHeight w:hRule="exact" w:val="444"/>
        </w:trPr>
        <w:tc>
          <w:tcPr>
            <w:tcW w:w="9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14:paraId="2AB3D44B" w14:textId="77777777" w:rsidR="00C7370A" w:rsidRPr="00312F6F" w:rsidRDefault="00C7370A" w:rsidP="00C406B0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C7370A" w:rsidRPr="00312F6F" w14:paraId="0F62B792" w14:textId="77777777" w:rsidTr="00C406B0">
        <w:trPr>
          <w:trHeight w:hRule="exact" w:val="444"/>
        </w:trPr>
        <w:tc>
          <w:tcPr>
            <w:tcW w:w="9900" w:type="dxa"/>
            <w:gridSpan w:val="5"/>
            <w:shd w:val="clear" w:color="auto" w:fill="CCCCCC"/>
            <w:vAlign w:val="center"/>
          </w:tcPr>
          <w:p w14:paraId="7C4C1F89" w14:textId="77777777" w:rsidR="00C7370A" w:rsidRPr="00312F6F" w:rsidRDefault="00C7370A" w:rsidP="00C406B0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OPĆI PODA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T</w:t>
            </w:r>
            <w:r w:rsidRPr="00312F6F">
              <w:rPr>
                <w:rFonts w:ascii="Cambria" w:hAnsi="Cambria" w:cs="Arial"/>
                <w:b/>
                <w:sz w:val="22"/>
                <w:szCs w:val="22"/>
              </w:rPr>
              <w:t>CI I KONTAKT PRISTUPNIKA/PRISTUPNICE</w:t>
            </w:r>
          </w:p>
        </w:tc>
      </w:tr>
      <w:tr w:rsidR="00C7370A" w:rsidRPr="00312F6F" w14:paraId="72B395F2" w14:textId="77777777" w:rsidTr="00C406B0">
        <w:trPr>
          <w:trHeight w:val="454"/>
        </w:trPr>
        <w:tc>
          <w:tcPr>
            <w:tcW w:w="2520" w:type="dxa"/>
            <w:gridSpan w:val="2"/>
            <w:shd w:val="clear" w:color="auto" w:fill="auto"/>
            <w:vAlign w:val="center"/>
          </w:tcPr>
          <w:p w14:paraId="592905A0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IME I PREZIME PRISTUPNIKA/ PRISTUPNICE</w:t>
            </w:r>
          </w:p>
        </w:tc>
        <w:tc>
          <w:tcPr>
            <w:tcW w:w="7380" w:type="dxa"/>
            <w:gridSpan w:val="3"/>
            <w:shd w:val="clear" w:color="auto" w:fill="auto"/>
            <w:vAlign w:val="center"/>
          </w:tcPr>
          <w:p w14:paraId="15C99DB3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C7370A" w:rsidRPr="00312F6F" w14:paraId="4AC1C2A2" w14:textId="77777777" w:rsidTr="00C406B0">
        <w:trPr>
          <w:trHeight w:val="454"/>
        </w:trPr>
        <w:tc>
          <w:tcPr>
            <w:tcW w:w="2520" w:type="dxa"/>
            <w:gridSpan w:val="2"/>
            <w:shd w:val="clear" w:color="auto" w:fill="auto"/>
            <w:vAlign w:val="center"/>
          </w:tcPr>
          <w:p w14:paraId="6E8C4E69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Sastavnica</w:t>
            </w:r>
          </w:p>
        </w:tc>
        <w:tc>
          <w:tcPr>
            <w:tcW w:w="7380" w:type="dxa"/>
            <w:gridSpan w:val="3"/>
            <w:vAlign w:val="center"/>
          </w:tcPr>
          <w:p w14:paraId="17A908C2" w14:textId="77777777" w:rsidR="00C7370A" w:rsidRPr="00312F6F" w:rsidRDefault="00C7370A" w:rsidP="00C406B0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312F6F">
              <w:rPr>
                <w:rFonts w:ascii="Cambria" w:hAnsi="Cambria" w:cs="Arial"/>
                <w:sz w:val="22"/>
                <w:szCs w:val="22"/>
              </w:rPr>
              <w:t>Katolički bogoslovni fakultet</w:t>
            </w:r>
          </w:p>
        </w:tc>
      </w:tr>
      <w:tr w:rsidR="00C7370A" w:rsidRPr="00312F6F" w14:paraId="7A3EB953" w14:textId="77777777" w:rsidTr="00C406B0">
        <w:trPr>
          <w:trHeight w:val="370"/>
        </w:trPr>
        <w:tc>
          <w:tcPr>
            <w:tcW w:w="2520" w:type="dxa"/>
            <w:gridSpan w:val="2"/>
            <w:shd w:val="clear" w:color="auto" w:fill="auto"/>
          </w:tcPr>
          <w:p w14:paraId="0654979F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Naziv studija</w:t>
            </w:r>
          </w:p>
        </w:tc>
        <w:tc>
          <w:tcPr>
            <w:tcW w:w="7380" w:type="dxa"/>
            <w:gridSpan w:val="3"/>
            <w:vAlign w:val="center"/>
          </w:tcPr>
          <w:p w14:paraId="76496F46" w14:textId="77777777" w:rsidR="00C7370A" w:rsidRPr="00312F6F" w:rsidRDefault="00C7370A" w:rsidP="00C406B0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312F6F">
              <w:rPr>
                <w:rFonts w:ascii="Cambria" w:hAnsi="Cambria" w:cs="Arial"/>
                <w:sz w:val="22"/>
                <w:szCs w:val="22"/>
              </w:rPr>
              <w:t xml:space="preserve">Poslijediplomski sveučilišni studij </w:t>
            </w:r>
            <w:proofErr w:type="spellStart"/>
            <w:r w:rsidRPr="00312F6F">
              <w:rPr>
                <w:rFonts w:ascii="Cambria" w:hAnsi="Cambria" w:cs="Arial"/>
                <w:sz w:val="22"/>
                <w:szCs w:val="22"/>
              </w:rPr>
              <w:t>licencijata</w:t>
            </w:r>
            <w:proofErr w:type="spellEnd"/>
            <w:r w:rsidRPr="00312F6F">
              <w:rPr>
                <w:rFonts w:ascii="Cambria" w:hAnsi="Cambria" w:cs="Arial"/>
                <w:sz w:val="22"/>
                <w:szCs w:val="22"/>
              </w:rPr>
              <w:t xml:space="preserve"> i doktorata</w:t>
            </w:r>
          </w:p>
        </w:tc>
      </w:tr>
      <w:tr w:rsidR="00C7370A" w:rsidRPr="00312F6F" w14:paraId="58394F93" w14:textId="77777777" w:rsidTr="00C406B0">
        <w:trPr>
          <w:trHeight w:val="454"/>
        </w:trPr>
        <w:tc>
          <w:tcPr>
            <w:tcW w:w="2520" w:type="dxa"/>
            <w:gridSpan w:val="2"/>
            <w:shd w:val="clear" w:color="auto" w:fill="auto"/>
            <w:vAlign w:val="center"/>
          </w:tcPr>
          <w:p w14:paraId="5358B0BE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Matični broj pristupnika/ pristupnice</w:t>
            </w:r>
          </w:p>
        </w:tc>
        <w:tc>
          <w:tcPr>
            <w:tcW w:w="7380" w:type="dxa"/>
            <w:gridSpan w:val="3"/>
            <w:vAlign w:val="center"/>
          </w:tcPr>
          <w:p w14:paraId="0C815227" w14:textId="77777777" w:rsidR="00C7370A" w:rsidRPr="00312F6F" w:rsidRDefault="00C7370A" w:rsidP="00C406B0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370A" w:rsidRPr="00312F6F" w14:paraId="220E6F67" w14:textId="77777777" w:rsidTr="00C406B0">
        <w:trPr>
          <w:trHeight w:val="454"/>
        </w:trPr>
        <w:tc>
          <w:tcPr>
            <w:tcW w:w="2520" w:type="dxa"/>
            <w:gridSpan w:val="2"/>
            <w:shd w:val="clear" w:color="auto" w:fill="auto"/>
            <w:vAlign w:val="center"/>
          </w:tcPr>
          <w:p w14:paraId="29AE9717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Ime i prezime majke i/ili oca</w:t>
            </w:r>
          </w:p>
        </w:tc>
        <w:tc>
          <w:tcPr>
            <w:tcW w:w="7380" w:type="dxa"/>
            <w:gridSpan w:val="3"/>
            <w:shd w:val="clear" w:color="auto" w:fill="auto"/>
            <w:vAlign w:val="center"/>
          </w:tcPr>
          <w:p w14:paraId="29E71B48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C7370A" w:rsidRPr="00312F6F" w14:paraId="682AA8D8" w14:textId="77777777" w:rsidTr="00C406B0">
        <w:trPr>
          <w:trHeight w:val="454"/>
        </w:trPr>
        <w:tc>
          <w:tcPr>
            <w:tcW w:w="2520" w:type="dxa"/>
            <w:gridSpan w:val="2"/>
            <w:shd w:val="clear" w:color="auto" w:fill="auto"/>
            <w:vAlign w:val="center"/>
          </w:tcPr>
          <w:p w14:paraId="1ED47885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Datum i mjesto rođenja</w:t>
            </w:r>
          </w:p>
        </w:tc>
        <w:tc>
          <w:tcPr>
            <w:tcW w:w="7380" w:type="dxa"/>
            <w:gridSpan w:val="3"/>
            <w:shd w:val="clear" w:color="auto" w:fill="auto"/>
            <w:vAlign w:val="center"/>
          </w:tcPr>
          <w:p w14:paraId="58203F56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C7370A" w:rsidRPr="00312F6F" w14:paraId="1B426BBD" w14:textId="77777777" w:rsidTr="00C406B0">
        <w:trPr>
          <w:trHeight w:val="454"/>
        </w:trPr>
        <w:tc>
          <w:tcPr>
            <w:tcW w:w="2520" w:type="dxa"/>
            <w:gridSpan w:val="2"/>
            <w:shd w:val="clear" w:color="auto" w:fill="auto"/>
            <w:vAlign w:val="center"/>
          </w:tcPr>
          <w:p w14:paraId="479C682B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Adresa</w:t>
            </w:r>
          </w:p>
        </w:tc>
        <w:tc>
          <w:tcPr>
            <w:tcW w:w="7380" w:type="dxa"/>
            <w:gridSpan w:val="3"/>
            <w:shd w:val="clear" w:color="auto" w:fill="auto"/>
            <w:vAlign w:val="center"/>
          </w:tcPr>
          <w:p w14:paraId="56552392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C7370A" w:rsidRPr="00312F6F" w14:paraId="21728C5F" w14:textId="77777777" w:rsidTr="00C406B0">
        <w:trPr>
          <w:trHeight w:val="454"/>
        </w:trPr>
        <w:tc>
          <w:tcPr>
            <w:tcW w:w="2520" w:type="dxa"/>
            <w:gridSpan w:val="2"/>
            <w:shd w:val="clear" w:color="auto" w:fill="auto"/>
            <w:vAlign w:val="center"/>
          </w:tcPr>
          <w:p w14:paraId="5E2BE103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Telefon/mobitel</w:t>
            </w:r>
          </w:p>
        </w:tc>
        <w:tc>
          <w:tcPr>
            <w:tcW w:w="7380" w:type="dxa"/>
            <w:gridSpan w:val="3"/>
            <w:shd w:val="clear" w:color="auto" w:fill="auto"/>
            <w:vAlign w:val="center"/>
          </w:tcPr>
          <w:p w14:paraId="54642880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C7370A" w:rsidRPr="00312F6F" w14:paraId="5B166A8D" w14:textId="77777777" w:rsidTr="00C406B0">
        <w:trPr>
          <w:trHeight w:val="454"/>
        </w:trPr>
        <w:tc>
          <w:tcPr>
            <w:tcW w:w="252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7FD222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  <w:tc>
          <w:tcPr>
            <w:tcW w:w="738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AD2FFA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C7370A" w:rsidRPr="00312F6F" w14:paraId="5B31088E" w14:textId="77777777" w:rsidTr="00C406B0">
        <w:trPr>
          <w:trHeight w:val="454"/>
        </w:trPr>
        <w:tc>
          <w:tcPr>
            <w:tcW w:w="252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02902C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Datum upisa poslijediplomskog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a</w:t>
            </w:r>
            <w:r w:rsidRPr="00312F6F">
              <w:rPr>
                <w:rFonts w:ascii="Cambria" w:hAnsi="Cambria" w:cs="Arial"/>
                <w:b/>
                <w:sz w:val="22"/>
                <w:szCs w:val="22"/>
              </w:rPr>
              <w:t xml:space="preserve"> studija</w:t>
            </w:r>
          </w:p>
        </w:tc>
        <w:tc>
          <w:tcPr>
            <w:tcW w:w="738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619F82" w14:textId="77777777" w:rsidR="00C7370A" w:rsidRPr="00312F6F" w:rsidRDefault="00C7370A" w:rsidP="00C406B0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370A" w:rsidRPr="00312F6F" w14:paraId="4CE45FDB" w14:textId="77777777" w:rsidTr="00C406B0">
        <w:trPr>
          <w:trHeight w:hRule="exact" w:val="454"/>
        </w:trPr>
        <w:tc>
          <w:tcPr>
            <w:tcW w:w="9900" w:type="dxa"/>
            <w:gridSpan w:val="5"/>
            <w:shd w:val="clear" w:color="auto" w:fill="CCCCCC"/>
            <w:vAlign w:val="center"/>
          </w:tcPr>
          <w:p w14:paraId="0322109F" w14:textId="77777777" w:rsidR="00C7370A" w:rsidRPr="00312F6F" w:rsidRDefault="00C7370A" w:rsidP="00C406B0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ŽIVOTOPIS PRISTUPNIKA/PRISTUPNICE</w:t>
            </w:r>
          </w:p>
        </w:tc>
      </w:tr>
      <w:tr w:rsidR="00C7370A" w:rsidRPr="00A65587" w14:paraId="70F1BE24" w14:textId="77777777" w:rsidTr="00C406B0">
        <w:trPr>
          <w:trHeight w:val="454"/>
        </w:trPr>
        <w:tc>
          <w:tcPr>
            <w:tcW w:w="2520" w:type="dxa"/>
            <w:gridSpan w:val="2"/>
            <w:shd w:val="clear" w:color="auto" w:fill="auto"/>
            <w:vAlign w:val="center"/>
          </w:tcPr>
          <w:p w14:paraId="703E21F6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 xml:space="preserve">Obrazovanje </w:t>
            </w:r>
          </w:p>
          <w:p w14:paraId="1AA9BD33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sz w:val="22"/>
                <w:szCs w:val="22"/>
              </w:rPr>
              <w:t xml:space="preserve">(kronološki od novijeg </w:t>
            </w:r>
            <w:r>
              <w:rPr>
                <w:rFonts w:ascii="Cambria" w:hAnsi="Cambria" w:cs="Arial"/>
                <w:sz w:val="22"/>
                <w:szCs w:val="22"/>
              </w:rPr>
              <w:t>do</w:t>
            </w:r>
            <w:r w:rsidRPr="00312F6F">
              <w:rPr>
                <w:rFonts w:ascii="Cambria" w:hAnsi="Cambria" w:cs="Arial"/>
                <w:sz w:val="22"/>
                <w:szCs w:val="22"/>
              </w:rPr>
              <w:t xml:space="preserve"> starije</w:t>
            </w:r>
            <w:r>
              <w:rPr>
                <w:rFonts w:ascii="Cambria" w:hAnsi="Cambria" w:cs="Arial"/>
                <w:sz w:val="22"/>
                <w:szCs w:val="22"/>
              </w:rPr>
              <w:t>g</w:t>
            </w:r>
            <w:r w:rsidRPr="00312F6F">
              <w:rPr>
                <w:rFonts w:ascii="Cambria" w:hAnsi="Cambria" w:cs="Arial"/>
                <w:sz w:val="22"/>
                <w:szCs w:val="22"/>
              </w:rPr>
              <w:t xml:space="preserve"> datum</w:t>
            </w:r>
            <w:r>
              <w:rPr>
                <w:rFonts w:ascii="Cambria" w:hAnsi="Cambria" w:cs="Arial"/>
                <w:sz w:val="22"/>
                <w:szCs w:val="22"/>
              </w:rPr>
              <w:t>a</w:t>
            </w:r>
            <w:r w:rsidRPr="00312F6F">
              <w:rPr>
                <w:rFonts w:ascii="Cambria" w:hAnsi="Cambria" w:cs="Arial"/>
                <w:sz w:val="22"/>
                <w:szCs w:val="22"/>
              </w:rPr>
              <w:t>)</w:t>
            </w:r>
          </w:p>
        </w:tc>
        <w:tc>
          <w:tcPr>
            <w:tcW w:w="7380" w:type="dxa"/>
            <w:gridSpan w:val="3"/>
            <w:shd w:val="clear" w:color="auto" w:fill="auto"/>
            <w:vAlign w:val="center"/>
          </w:tcPr>
          <w:p w14:paraId="7CCC177A" w14:textId="77777777" w:rsidR="00C7370A" w:rsidRPr="00312F6F" w:rsidRDefault="00C7370A" w:rsidP="00C406B0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CADAE3D" w14:textId="77777777" w:rsidR="00C7370A" w:rsidRPr="00312F6F" w:rsidRDefault="00C7370A" w:rsidP="00C406B0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6E022B01" w14:textId="77777777" w:rsidR="00C7370A" w:rsidRPr="00312F6F" w:rsidRDefault="00C7370A" w:rsidP="00C406B0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6438C530" w14:textId="77777777" w:rsidR="00C7370A" w:rsidRPr="00312F6F" w:rsidRDefault="00C7370A" w:rsidP="00C406B0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370A" w:rsidRPr="00A65587" w14:paraId="47F5BF5C" w14:textId="77777777" w:rsidTr="00C406B0">
        <w:trPr>
          <w:trHeight w:val="454"/>
        </w:trPr>
        <w:tc>
          <w:tcPr>
            <w:tcW w:w="2520" w:type="dxa"/>
            <w:gridSpan w:val="2"/>
            <w:shd w:val="clear" w:color="auto" w:fill="auto"/>
            <w:vAlign w:val="center"/>
          </w:tcPr>
          <w:p w14:paraId="05186703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Radno iskustvo</w:t>
            </w:r>
          </w:p>
          <w:p w14:paraId="1434A25A" w14:textId="77777777" w:rsidR="00C7370A" w:rsidRPr="00312F6F" w:rsidRDefault="00C7370A" w:rsidP="00C406B0">
            <w:pPr>
              <w:rPr>
                <w:rFonts w:ascii="Cambria" w:hAnsi="Cambria" w:cs="Arial"/>
                <w:sz w:val="22"/>
                <w:szCs w:val="22"/>
              </w:rPr>
            </w:pPr>
            <w:r w:rsidRPr="00312F6F">
              <w:rPr>
                <w:rFonts w:ascii="Cambria" w:hAnsi="Cambria" w:cs="Arial"/>
                <w:sz w:val="22"/>
                <w:szCs w:val="22"/>
              </w:rPr>
              <w:t xml:space="preserve">(kronološki od novijeg </w:t>
            </w:r>
            <w:r>
              <w:rPr>
                <w:rFonts w:ascii="Cambria" w:hAnsi="Cambria" w:cs="Arial"/>
                <w:sz w:val="22"/>
                <w:szCs w:val="22"/>
              </w:rPr>
              <w:t>do</w:t>
            </w:r>
            <w:r w:rsidRPr="00312F6F">
              <w:rPr>
                <w:rFonts w:ascii="Cambria" w:hAnsi="Cambria" w:cs="Arial"/>
                <w:sz w:val="22"/>
                <w:szCs w:val="22"/>
              </w:rPr>
              <w:t xml:space="preserve"> starije</w:t>
            </w:r>
            <w:r>
              <w:rPr>
                <w:rFonts w:ascii="Cambria" w:hAnsi="Cambria" w:cs="Arial"/>
                <w:sz w:val="22"/>
                <w:szCs w:val="22"/>
              </w:rPr>
              <w:t>g</w:t>
            </w:r>
            <w:r w:rsidRPr="00312F6F">
              <w:rPr>
                <w:rFonts w:ascii="Cambria" w:hAnsi="Cambria" w:cs="Arial"/>
                <w:sz w:val="22"/>
                <w:szCs w:val="22"/>
              </w:rPr>
              <w:t xml:space="preserve"> datum</w:t>
            </w:r>
            <w:r>
              <w:rPr>
                <w:rFonts w:ascii="Cambria" w:hAnsi="Cambria" w:cs="Arial"/>
                <w:sz w:val="22"/>
                <w:szCs w:val="22"/>
              </w:rPr>
              <w:t>a</w:t>
            </w:r>
            <w:r w:rsidRPr="00312F6F">
              <w:rPr>
                <w:rFonts w:ascii="Cambria" w:hAnsi="Cambria" w:cs="Arial"/>
                <w:sz w:val="22"/>
                <w:szCs w:val="22"/>
              </w:rPr>
              <w:t>)</w:t>
            </w:r>
          </w:p>
          <w:p w14:paraId="42451C61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7380" w:type="dxa"/>
            <w:gridSpan w:val="3"/>
            <w:shd w:val="clear" w:color="auto" w:fill="auto"/>
            <w:vAlign w:val="center"/>
          </w:tcPr>
          <w:p w14:paraId="705E8C3A" w14:textId="77777777" w:rsidR="00C7370A" w:rsidRPr="00312F6F" w:rsidRDefault="00C7370A" w:rsidP="00C406B0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763688D9" w14:textId="77777777" w:rsidR="00C7370A" w:rsidRPr="00312F6F" w:rsidRDefault="00C7370A" w:rsidP="00C406B0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252CEFBC" w14:textId="77777777" w:rsidR="00C7370A" w:rsidRPr="00312F6F" w:rsidRDefault="00C7370A" w:rsidP="00C406B0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370A" w:rsidRPr="00312F6F" w14:paraId="58A995F7" w14:textId="77777777" w:rsidTr="00C406B0">
        <w:trPr>
          <w:trHeight w:hRule="exact" w:val="454"/>
        </w:trPr>
        <w:tc>
          <w:tcPr>
            <w:tcW w:w="9900" w:type="dxa"/>
            <w:gridSpan w:val="5"/>
            <w:shd w:val="clear" w:color="auto" w:fill="CCCCCC"/>
            <w:vAlign w:val="center"/>
          </w:tcPr>
          <w:p w14:paraId="39BB11E0" w14:textId="77777777" w:rsidR="00C7370A" w:rsidRPr="00312F6F" w:rsidRDefault="00C7370A" w:rsidP="00C406B0">
            <w:pPr>
              <w:spacing w:before="12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312F6F">
              <w:rPr>
                <w:rFonts w:ascii="Cambria" w:hAnsi="Cambria"/>
                <w:b/>
                <w:sz w:val="22"/>
                <w:szCs w:val="22"/>
                <w:lang w:val="pt-BR"/>
              </w:rPr>
              <w:t>NASLOV PREDLOŽENE TEME</w:t>
            </w:r>
          </w:p>
        </w:tc>
      </w:tr>
      <w:tr w:rsidR="00C7370A" w:rsidRPr="00312F6F" w14:paraId="36CBC6AB" w14:textId="77777777" w:rsidTr="00C406B0">
        <w:trPr>
          <w:trHeight w:val="454"/>
        </w:trPr>
        <w:tc>
          <w:tcPr>
            <w:tcW w:w="2520" w:type="dxa"/>
            <w:gridSpan w:val="2"/>
            <w:shd w:val="clear" w:color="auto" w:fill="auto"/>
            <w:vAlign w:val="center"/>
          </w:tcPr>
          <w:p w14:paraId="7CEB0B87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Hrvatski</w:t>
            </w:r>
          </w:p>
        </w:tc>
        <w:tc>
          <w:tcPr>
            <w:tcW w:w="7380" w:type="dxa"/>
            <w:gridSpan w:val="3"/>
            <w:shd w:val="clear" w:color="auto" w:fill="auto"/>
            <w:vAlign w:val="center"/>
          </w:tcPr>
          <w:p w14:paraId="60264256" w14:textId="77777777" w:rsidR="00C7370A" w:rsidRPr="008F78E4" w:rsidRDefault="00C7370A" w:rsidP="00C406B0">
            <w:pPr>
              <w:rPr>
                <w:rFonts w:ascii="Cambria" w:hAnsi="Cambria" w:cs="Arial"/>
                <w:i/>
                <w:iCs/>
                <w:sz w:val="22"/>
                <w:szCs w:val="22"/>
              </w:rPr>
            </w:pPr>
          </w:p>
        </w:tc>
      </w:tr>
      <w:tr w:rsidR="00C7370A" w:rsidRPr="00312F6F" w14:paraId="1F806130" w14:textId="77777777" w:rsidTr="00C406B0">
        <w:trPr>
          <w:trHeight w:val="454"/>
        </w:trPr>
        <w:tc>
          <w:tcPr>
            <w:tcW w:w="2520" w:type="dxa"/>
            <w:gridSpan w:val="2"/>
            <w:shd w:val="clear" w:color="auto" w:fill="auto"/>
            <w:vAlign w:val="center"/>
          </w:tcPr>
          <w:p w14:paraId="42915767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Engleski</w:t>
            </w:r>
          </w:p>
        </w:tc>
        <w:tc>
          <w:tcPr>
            <w:tcW w:w="7380" w:type="dxa"/>
            <w:gridSpan w:val="3"/>
            <w:shd w:val="clear" w:color="auto" w:fill="auto"/>
            <w:vAlign w:val="center"/>
          </w:tcPr>
          <w:p w14:paraId="5CD2D69E" w14:textId="77777777" w:rsidR="00C7370A" w:rsidRPr="00836A49" w:rsidRDefault="00C7370A" w:rsidP="00C406B0">
            <w:pPr>
              <w:rPr>
                <w:rFonts w:ascii="Cambria" w:hAnsi="Cambria" w:cs="Arial"/>
                <w:i/>
                <w:iCs/>
                <w:sz w:val="22"/>
                <w:szCs w:val="22"/>
              </w:rPr>
            </w:pPr>
          </w:p>
        </w:tc>
      </w:tr>
      <w:tr w:rsidR="00C7370A" w:rsidRPr="00312F6F" w14:paraId="653E196C" w14:textId="77777777" w:rsidTr="00C406B0">
        <w:trPr>
          <w:trHeight w:val="454"/>
        </w:trPr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14:paraId="1B1D3699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Jezik pisanja rada</w:t>
            </w:r>
          </w:p>
        </w:tc>
        <w:tc>
          <w:tcPr>
            <w:tcW w:w="738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AC43BFC" w14:textId="77777777" w:rsidR="00C7370A" w:rsidRPr="00312F6F" w:rsidRDefault="00C7370A" w:rsidP="00C406B0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370A" w:rsidRPr="00312F6F" w14:paraId="618854D0" w14:textId="77777777" w:rsidTr="00C406B0">
        <w:trPr>
          <w:trHeight w:val="454"/>
        </w:trPr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14:paraId="1A622D23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Specijalizacija</w:t>
            </w:r>
          </w:p>
        </w:tc>
        <w:tc>
          <w:tcPr>
            <w:tcW w:w="738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36A5694" w14:textId="77777777" w:rsidR="00C7370A" w:rsidRPr="00312F6F" w:rsidRDefault="00C7370A" w:rsidP="00C406B0">
            <w:pPr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370A" w:rsidRPr="00312F6F" w14:paraId="6CB19A60" w14:textId="77777777" w:rsidTr="00C406B0">
        <w:trPr>
          <w:trHeight w:hRule="exact" w:val="454"/>
        </w:trPr>
        <w:tc>
          <w:tcPr>
            <w:tcW w:w="9900" w:type="dxa"/>
            <w:gridSpan w:val="5"/>
            <w:shd w:val="clear" w:color="auto" w:fill="CCCCCC"/>
            <w:vAlign w:val="center"/>
          </w:tcPr>
          <w:p w14:paraId="462AA2BA" w14:textId="77777777" w:rsidR="00C7370A" w:rsidRPr="00312F6F" w:rsidRDefault="00C7370A" w:rsidP="00C406B0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/>
                <w:b/>
                <w:sz w:val="22"/>
                <w:szCs w:val="22"/>
                <w:lang w:val="pt-BR"/>
              </w:rPr>
              <w:t>PREDLOŽENI MENTOR(I)</w:t>
            </w:r>
          </w:p>
        </w:tc>
      </w:tr>
      <w:tr w:rsidR="00C7370A" w:rsidRPr="00312F6F" w14:paraId="7F19919A" w14:textId="77777777" w:rsidTr="00C406B0">
        <w:trPr>
          <w:trHeight w:val="454"/>
        </w:trPr>
        <w:tc>
          <w:tcPr>
            <w:tcW w:w="2475" w:type="dxa"/>
            <w:vAlign w:val="center"/>
          </w:tcPr>
          <w:p w14:paraId="747C48C9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475" w:type="dxa"/>
            <w:gridSpan w:val="2"/>
            <w:vAlign w:val="center"/>
          </w:tcPr>
          <w:p w14:paraId="5F014738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Titula, ime, prezime</w:t>
            </w:r>
          </w:p>
        </w:tc>
        <w:tc>
          <w:tcPr>
            <w:tcW w:w="2475" w:type="dxa"/>
            <w:vAlign w:val="center"/>
          </w:tcPr>
          <w:p w14:paraId="4F162774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Ustanova</w:t>
            </w:r>
          </w:p>
        </w:tc>
        <w:tc>
          <w:tcPr>
            <w:tcW w:w="2475" w:type="dxa"/>
            <w:vAlign w:val="center"/>
          </w:tcPr>
          <w:p w14:paraId="1FF46D80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E-pošta</w:t>
            </w:r>
          </w:p>
        </w:tc>
      </w:tr>
      <w:tr w:rsidR="00C7370A" w:rsidRPr="00312F6F" w14:paraId="36D15432" w14:textId="77777777" w:rsidTr="00C406B0">
        <w:trPr>
          <w:trHeight w:val="454"/>
        </w:trPr>
        <w:tc>
          <w:tcPr>
            <w:tcW w:w="2475" w:type="dxa"/>
            <w:vAlign w:val="center"/>
          </w:tcPr>
          <w:p w14:paraId="12F3B370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Mentor 1</w:t>
            </w:r>
          </w:p>
        </w:tc>
        <w:tc>
          <w:tcPr>
            <w:tcW w:w="2475" w:type="dxa"/>
            <w:gridSpan w:val="2"/>
          </w:tcPr>
          <w:p w14:paraId="2A379825" w14:textId="77777777" w:rsidR="00C7370A" w:rsidRPr="00312F6F" w:rsidRDefault="00C7370A" w:rsidP="00C406B0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31D48FB8" w14:textId="77777777" w:rsidR="00C7370A" w:rsidRPr="00312F6F" w:rsidRDefault="00C7370A" w:rsidP="00C406B0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429A5C3C" w14:textId="77777777" w:rsidR="00C7370A" w:rsidRPr="00312F6F" w:rsidRDefault="00C7370A" w:rsidP="00C406B0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370A" w:rsidRPr="00312F6F" w14:paraId="26D5093B" w14:textId="77777777" w:rsidTr="00C406B0">
        <w:trPr>
          <w:trHeight w:val="454"/>
        </w:trPr>
        <w:tc>
          <w:tcPr>
            <w:tcW w:w="2475" w:type="dxa"/>
            <w:vAlign w:val="center"/>
          </w:tcPr>
          <w:p w14:paraId="1797D94F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Mentor 2</w:t>
            </w:r>
          </w:p>
        </w:tc>
        <w:tc>
          <w:tcPr>
            <w:tcW w:w="2475" w:type="dxa"/>
            <w:gridSpan w:val="2"/>
          </w:tcPr>
          <w:p w14:paraId="377868B1" w14:textId="77777777" w:rsidR="00C7370A" w:rsidRPr="00312F6F" w:rsidRDefault="00C7370A" w:rsidP="00C406B0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21552299" w14:textId="77777777" w:rsidR="00C7370A" w:rsidRPr="00312F6F" w:rsidRDefault="00C7370A" w:rsidP="00C406B0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475" w:type="dxa"/>
          </w:tcPr>
          <w:p w14:paraId="5A1D0852" w14:textId="77777777" w:rsidR="00C7370A" w:rsidRPr="00312F6F" w:rsidRDefault="00C7370A" w:rsidP="00C406B0">
            <w:pPr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370A" w:rsidRPr="00312F6F" w14:paraId="26024EC9" w14:textId="77777777" w:rsidTr="00C406B0">
        <w:trPr>
          <w:trHeight w:hRule="exact" w:val="454"/>
        </w:trPr>
        <w:tc>
          <w:tcPr>
            <w:tcW w:w="9900" w:type="dxa"/>
            <w:gridSpan w:val="5"/>
            <w:shd w:val="clear" w:color="auto" w:fill="CCCCCC"/>
            <w:vAlign w:val="center"/>
          </w:tcPr>
          <w:p w14:paraId="55CFF54C" w14:textId="77777777" w:rsidR="00C7370A" w:rsidRPr="00312F6F" w:rsidRDefault="00C7370A" w:rsidP="00C406B0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 xml:space="preserve">OBRAZLOŽENJE TEME </w:t>
            </w:r>
            <w:r w:rsidRPr="00312F6F">
              <w:rPr>
                <w:rFonts w:ascii="Cambria" w:hAnsi="Cambria" w:cs="Arial"/>
                <w:i/>
                <w:sz w:val="22"/>
                <w:szCs w:val="22"/>
              </w:rPr>
              <w:t>(ispunjava pristupnik/pristupnica)</w:t>
            </w:r>
          </w:p>
        </w:tc>
      </w:tr>
      <w:tr w:rsidR="00C7370A" w:rsidRPr="00312F6F" w14:paraId="1E71F790" w14:textId="77777777" w:rsidTr="00C406B0">
        <w:trPr>
          <w:trHeight w:val="567"/>
        </w:trPr>
        <w:tc>
          <w:tcPr>
            <w:tcW w:w="2475" w:type="dxa"/>
            <w:vAlign w:val="center"/>
          </w:tcPr>
          <w:p w14:paraId="41953742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312F6F">
              <w:rPr>
                <w:rFonts w:ascii="Cambria" w:hAnsi="Cambria" w:cs="Arial"/>
                <w:b/>
                <w:sz w:val="22"/>
                <w:szCs w:val="22"/>
              </w:rPr>
              <w:t>Sažetak na hrvatskom jeziku</w:t>
            </w:r>
          </w:p>
          <w:p w14:paraId="1475A856" w14:textId="77777777" w:rsidR="00C7370A" w:rsidRPr="00312F6F" w:rsidRDefault="00C7370A" w:rsidP="00C406B0">
            <w:pPr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7425" w:type="dxa"/>
            <w:gridSpan w:val="4"/>
            <w:vAlign w:val="center"/>
          </w:tcPr>
          <w:p w14:paraId="00C7980E" w14:textId="77777777" w:rsidR="00C7370A" w:rsidRPr="00312F6F" w:rsidRDefault="00C7370A" w:rsidP="00C406B0">
            <w:pPr>
              <w:ind w:left="72"/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0420F608" w14:textId="77777777" w:rsidR="00C7370A" w:rsidRPr="00312F6F" w:rsidRDefault="00C7370A" w:rsidP="00C406B0">
            <w:pPr>
              <w:ind w:left="72"/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7F8B3312" w14:textId="77777777" w:rsidR="00C7370A" w:rsidRPr="00312F6F" w:rsidRDefault="00C7370A" w:rsidP="00C406B0">
            <w:pPr>
              <w:ind w:left="72"/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1A333EA6" w14:textId="77777777" w:rsidR="00C7370A" w:rsidRPr="00312F6F" w:rsidRDefault="00C7370A" w:rsidP="00C406B0">
            <w:pPr>
              <w:ind w:left="72"/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AF71955" w14:textId="77777777" w:rsidR="00C7370A" w:rsidRPr="00312F6F" w:rsidRDefault="00C7370A" w:rsidP="00C406B0">
            <w:pPr>
              <w:ind w:left="72"/>
              <w:jc w:val="both"/>
              <w:rPr>
                <w:rFonts w:ascii="Cambria" w:hAnsi="Cambria" w:cs="Arial"/>
                <w:sz w:val="22"/>
                <w:szCs w:val="22"/>
              </w:rPr>
            </w:pPr>
          </w:p>
          <w:p w14:paraId="3493A01B" w14:textId="77777777" w:rsidR="00C7370A" w:rsidRPr="00312F6F" w:rsidRDefault="00C7370A" w:rsidP="00C406B0">
            <w:pPr>
              <w:ind w:left="72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C7370A" w:rsidRPr="00312F6F" w14:paraId="64AAC6C3" w14:textId="77777777" w:rsidTr="00C406B0">
        <w:tc>
          <w:tcPr>
            <w:tcW w:w="9900" w:type="dxa"/>
            <w:gridSpan w:val="5"/>
            <w:shd w:val="clear" w:color="auto" w:fill="CCCCCC"/>
          </w:tcPr>
          <w:p w14:paraId="15331B4B" w14:textId="77777777" w:rsidR="00C7370A" w:rsidRPr="00312F6F" w:rsidRDefault="00C7370A" w:rsidP="00C406B0">
            <w:pPr>
              <w:spacing w:before="120" w:line="360" w:lineRule="auto"/>
              <w:ind w:left="-180" w:firstLine="180"/>
              <w:rPr>
                <w:rFonts w:ascii="Cambria" w:hAnsi="Cambria"/>
                <w:b/>
                <w:sz w:val="22"/>
                <w:szCs w:val="22"/>
                <w:lang w:val="pt-BR"/>
              </w:rPr>
            </w:pPr>
            <w:r w:rsidRPr="00312F6F">
              <w:rPr>
                <w:rFonts w:ascii="Cambria" w:hAnsi="Cambria"/>
                <w:b/>
                <w:sz w:val="22"/>
                <w:szCs w:val="22"/>
                <w:lang w:val="pt-BR"/>
              </w:rPr>
              <w:t xml:space="preserve">Cilj i metodologija istraživanja  </w:t>
            </w:r>
          </w:p>
        </w:tc>
      </w:tr>
      <w:tr w:rsidR="00C7370A" w:rsidRPr="00312F6F" w14:paraId="1D8D586C" w14:textId="77777777" w:rsidTr="00C406B0">
        <w:trPr>
          <w:trHeight w:val="454"/>
        </w:trPr>
        <w:tc>
          <w:tcPr>
            <w:tcW w:w="9900" w:type="dxa"/>
            <w:gridSpan w:val="5"/>
            <w:tcBorders>
              <w:bottom w:val="single" w:sz="4" w:space="0" w:color="auto"/>
            </w:tcBorders>
          </w:tcPr>
          <w:p w14:paraId="069821BA" w14:textId="77777777" w:rsidR="00C7370A" w:rsidRPr="00312F6F" w:rsidRDefault="00C7370A" w:rsidP="00C406B0">
            <w:pPr>
              <w:autoSpaceDE w:val="0"/>
              <w:autoSpaceDN w:val="0"/>
              <w:adjustRightInd w:val="0"/>
              <w:ind w:left="-180" w:firstLine="180"/>
              <w:jc w:val="both"/>
              <w:rPr>
                <w:rFonts w:ascii="Cambria" w:hAnsi="Cambria"/>
                <w:sz w:val="22"/>
                <w:szCs w:val="22"/>
                <w:lang w:val="pt-BR"/>
              </w:rPr>
            </w:pPr>
            <w:r>
              <w:rPr>
                <w:rFonts w:ascii="Cambria" w:hAnsi="Cambria"/>
                <w:sz w:val="22"/>
                <w:szCs w:val="22"/>
                <w:lang w:val="pt-BR"/>
              </w:rPr>
              <w:t>...</w:t>
            </w:r>
          </w:p>
          <w:p w14:paraId="15528BDA" w14:textId="77777777" w:rsidR="00C7370A" w:rsidRDefault="00C7370A" w:rsidP="00C406B0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  <w:lang w:val="pt-BR"/>
              </w:rPr>
            </w:pPr>
          </w:p>
          <w:p w14:paraId="1ACBF547" w14:textId="77777777" w:rsidR="00C7370A" w:rsidRPr="00312F6F" w:rsidRDefault="00C7370A" w:rsidP="00C406B0">
            <w:pPr>
              <w:autoSpaceDE w:val="0"/>
              <w:autoSpaceDN w:val="0"/>
              <w:adjustRightInd w:val="0"/>
              <w:rPr>
                <w:rFonts w:ascii="Cambria" w:hAnsi="Cambria"/>
                <w:sz w:val="22"/>
                <w:szCs w:val="22"/>
                <w:lang w:val="pt-BR"/>
              </w:rPr>
            </w:pPr>
          </w:p>
        </w:tc>
      </w:tr>
      <w:tr w:rsidR="00C7370A" w:rsidRPr="00312F6F" w14:paraId="75019FD4" w14:textId="77777777" w:rsidTr="00C406B0">
        <w:trPr>
          <w:trHeight w:val="454"/>
        </w:trPr>
        <w:tc>
          <w:tcPr>
            <w:tcW w:w="9900" w:type="dxa"/>
            <w:gridSpan w:val="5"/>
            <w:shd w:val="clear" w:color="auto" w:fill="CCCCCC"/>
          </w:tcPr>
          <w:p w14:paraId="5285E07B" w14:textId="77777777" w:rsidR="00C7370A" w:rsidRPr="00312F6F" w:rsidRDefault="00C7370A" w:rsidP="00C406B0">
            <w:pPr>
              <w:spacing w:before="120" w:line="360" w:lineRule="auto"/>
              <w:ind w:left="-180" w:firstLine="180"/>
              <w:rPr>
                <w:rFonts w:ascii="Cambria" w:hAnsi="Cambria"/>
                <w:b/>
                <w:sz w:val="22"/>
                <w:szCs w:val="22"/>
                <w:lang w:val="pt-BR"/>
              </w:rPr>
            </w:pPr>
            <w:r w:rsidRPr="00312F6F">
              <w:rPr>
                <w:rFonts w:ascii="Cambria" w:hAnsi="Cambria"/>
                <w:b/>
                <w:sz w:val="22"/>
                <w:szCs w:val="22"/>
              </w:rPr>
              <w:t xml:space="preserve">Popis literature </w:t>
            </w:r>
            <w:r w:rsidRPr="00312F6F">
              <w:rPr>
                <w:rFonts w:ascii="Cambria" w:hAnsi="Cambria"/>
                <w:sz w:val="22"/>
                <w:szCs w:val="22"/>
              </w:rPr>
              <w:t xml:space="preserve">  </w:t>
            </w:r>
          </w:p>
        </w:tc>
      </w:tr>
      <w:tr w:rsidR="00C7370A" w:rsidRPr="00312F6F" w14:paraId="10E80B14" w14:textId="77777777" w:rsidTr="00C406B0">
        <w:trPr>
          <w:trHeight w:val="454"/>
        </w:trPr>
        <w:tc>
          <w:tcPr>
            <w:tcW w:w="9900" w:type="dxa"/>
            <w:gridSpan w:val="5"/>
            <w:tcBorders>
              <w:bottom w:val="single" w:sz="4" w:space="0" w:color="auto"/>
            </w:tcBorders>
          </w:tcPr>
          <w:p w14:paraId="5A5D7D5A" w14:textId="77777777" w:rsidR="00C7370A" w:rsidRDefault="00C7370A" w:rsidP="00C406B0">
            <w:pPr>
              <w:ind w:left="-180" w:firstLine="180"/>
              <w:jc w:val="both"/>
              <w:rPr>
                <w:rFonts w:ascii="Cambria" w:hAnsi="Cambria"/>
                <w:sz w:val="22"/>
                <w:szCs w:val="22"/>
                <w:lang w:val="pt-BR"/>
              </w:rPr>
            </w:pPr>
            <w:r>
              <w:rPr>
                <w:rFonts w:ascii="Cambria" w:hAnsi="Cambria"/>
                <w:sz w:val="22"/>
                <w:szCs w:val="22"/>
                <w:lang w:val="pt-BR"/>
              </w:rPr>
              <w:t>1. ...</w:t>
            </w:r>
          </w:p>
          <w:p w14:paraId="4F9ED0EB" w14:textId="77777777" w:rsidR="00C7370A" w:rsidRPr="00312F6F" w:rsidRDefault="00C7370A" w:rsidP="00C406B0">
            <w:pPr>
              <w:ind w:left="-180" w:firstLine="180"/>
              <w:jc w:val="both"/>
              <w:rPr>
                <w:rFonts w:ascii="Cambria" w:hAnsi="Cambria"/>
                <w:sz w:val="22"/>
                <w:szCs w:val="22"/>
                <w:lang w:val="pt-BR"/>
              </w:rPr>
            </w:pPr>
          </w:p>
          <w:p w14:paraId="1AC19E71" w14:textId="77777777" w:rsidR="00C7370A" w:rsidRPr="00312F6F" w:rsidRDefault="00C7370A" w:rsidP="00C406B0">
            <w:pPr>
              <w:ind w:left="-180" w:firstLine="180"/>
              <w:rPr>
                <w:rFonts w:ascii="Cambria" w:hAnsi="Cambria"/>
                <w:sz w:val="22"/>
                <w:szCs w:val="22"/>
                <w:lang w:val="pt-BR"/>
              </w:rPr>
            </w:pPr>
          </w:p>
        </w:tc>
      </w:tr>
      <w:tr w:rsidR="00C7370A" w:rsidRPr="00312F6F" w14:paraId="0F61FA28" w14:textId="77777777" w:rsidTr="00C406B0">
        <w:trPr>
          <w:trHeight w:val="534"/>
        </w:trPr>
        <w:tc>
          <w:tcPr>
            <w:tcW w:w="9900" w:type="dxa"/>
            <w:gridSpan w:val="5"/>
            <w:shd w:val="clear" w:color="auto" w:fill="CCCCCC"/>
          </w:tcPr>
          <w:p w14:paraId="30FDB052" w14:textId="77777777" w:rsidR="00C7370A" w:rsidRPr="00312F6F" w:rsidRDefault="00C7370A" w:rsidP="00C406B0">
            <w:pPr>
              <w:spacing w:before="120" w:line="360" w:lineRule="auto"/>
              <w:jc w:val="center"/>
              <w:rPr>
                <w:rFonts w:ascii="Cambria" w:hAnsi="Cambria"/>
                <w:sz w:val="22"/>
                <w:szCs w:val="22"/>
                <w:lang w:val="pt-BR"/>
              </w:rPr>
            </w:pPr>
            <w:r w:rsidRPr="00312F6F">
              <w:rPr>
                <w:rFonts w:ascii="Cambria" w:hAnsi="Cambria"/>
                <w:b/>
                <w:sz w:val="22"/>
                <w:szCs w:val="22"/>
                <w:lang w:val="pt-BR"/>
              </w:rPr>
              <w:t>OBRAZLOŽENJE</w:t>
            </w:r>
            <w:r>
              <w:rPr>
                <w:rFonts w:ascii="Cambria" w:hAnsi="Cambria"/>
                <w:b/>
                <w:sz w:val="22"/>
                <w:szCs w:val="22"/>
                <w:lang w:val="pt-BR"/>
              </w:rPr>
              <w:t xml:space="preserve"> – </w:t>
            </w:r>
            <w:r w:rsidRPr="00312F6F">
              <w:rPr>
                <w:rFonts w:ascii="Cambria" w:hAnsi="Cambria"/>
                <w:b/>
                <w:sz w:val="22"/>
                <w:szCs w:val="22"/>
                <w:lang w:val="pt-BR"/>
              </w:rPr>
              <w:t>PRISTANAK PREDLOŽENOG</w:t>
            </w:r>
            <w:r>
              <w:rPr>
                <w:rFonts w:ascii="Cambria" w:hAnsi="Cambria"/>
                <w:b/>
                <w:sz w:val="22"/>
                <w:szCs w:val="22"/>
                <w:lang w:val="pt-BR"/>
              </w:rPr>
              <w:t>A</w:t>
            </w:r>
            <w:r w:rsidRPr="00312F6F">
              <w:rPr>
                <w:rFonts w:ascii="Cambria" w:hAnsi="Cambria"/>
                <w:b/>
                <w:sz w:val="22"/>
                <w:szCs w:val="22"/>
                <w:lang w:val="pt-BR"/>
              </w:rPr>
              <w:t xml:space="preserve"> MENTORA</w:t>
            </w:r>
          </w:p>
        </w:tc>
      </w:tr>
      <w:tr w:rsidR="00C7370A" w:rsidRPr="00312F6F" w14:paraId="322F80DE" w14:textId="77777777" w:rsidTr="00C406B0">
        <w:trPr>
          <w:trHeight w:val="550"/>
        </w:trPr>
        <w:tc>
          <w:tcPr>
            <w:tcW w:w="9900" w:type="dxa"/>
            <w:gridSpan w:val="5"/>
            <w:tcBorders>
              <w:bottom w:val="single" w:sz="4" w:space="0" w:color="auto"/>
            </w:tcBorders>
          </w:tcPr>
          <w:p w14:paraId="3CC68522" w14:textId="77777777" w:rsidR="00C7370A" w:rsidRDefault="00C7370A" w:rsidP="00C406B0">
            <w:pPr>
              <w:jc w:val="both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...</w:t>
            </w:r>
          </w:p>
          <w:p w14:paraId="26EE3076" w14:textId="77777777" w:rsidR="00C7370A" w:rsidRDefault="00C7370A" w:rsidP="00C406B0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1AC5E0CF" w14:textId="77777777" w:rsidR="00C7370A" w:rsidRPr="00312F6F" w:rsidRDefault="00C7370A" w:rsidP="00C406B0">
            <w:pPr>
              <w:jc w:val="both"/>
              <w:rPr>
                <w:rFonts w:ascii="Cambria" w:hAnsi="Cambria"/>
                <w:sz w:val="22"/>
                <w:szCs w:val="22"/>
              </w:rPr>
            </w:pPr>
          </w:p>
          <w:p w14:paraId="344E12AF" w14:textId="77777777" w:rsidR="00C7370A" w:rsidRPr="00312F6F" w:rsidRDefault="00C7370A" w:rsidP="00C406B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C7370A" w:rsidRPr="00312F6F" w14:paraId="49B8CEC2" w14:textId="77777777" w:rsidTr="00C406B0">
        <w:trPr>
          <w:trHeight w:val="567"/>
        </w:trPr>
        <w:tc>
          <w:tcPr>
            <w:tcW w:w="9900" w:type="dxa"/>
            <w:gridSpan w:val="5"/>
            <w:shd w:val="clear" w:color="auto" w:fill="CCCCCC"/>
          </w:tcPr>
          <w:p w14:paraId="636F8E73" w14:textId="77777777" w:rsidR="00C7370A" w:rsidRPr="00312F6F" w:rsidRDefault="00C7370A" w:rsidP="00C406B0">
            <w:pPr>
              <w:spacing w:before="120" w:line="360" w:lineRule="auto"/>
              <w:jc w:val="center"/>
              <w:rPr>
                <w:rFonts w:ascii="Cambria" w:hAnsi="Cambria"/>
                <w:b/>
                <w:sz w:val="22"/>
                <w:szCs w:val="22"/>
                <w:lang w:val="it-IT"/>
              </w:rPr>
            </w:pPr>
            <w:r w:rsidRPr="00312F6F">
              <w:rPr>
                <w:rFonts w:ascii="Cambria" w:hAnsi="Cambria"/>
                <w:b/>
                <w:sz w:val="22"/>
                <w:szCs w:val="22"/>
                <w:lang w:val="it-IT"/>
              </w:rPr>
              <w:t>IZJAVA</w:t>
            </w:r>
          </w:p>
        </w:tc>
      </w:tr>
      <w:tr w:rsidR="00C7370A" w:rsidRPr="00312F6F" w14:paraId="492A6BAA" w14:textId="77777777" w:rsidTr="00C406B0">
        <w:trPr>
          <w:trHeight w:val="3953"/>
        </w:trPr>
        <w:tc>
          <w:tcPr>
            <w:tcW w:w="9900" w:type="dxa"/>
            <w:gridSpan w:val="5"/>
          </w:tcPr>
          <w:p w14:paraId="51E0C16A" w14:textId="77777777" w:rsidR="00C7370A" w:rsidRPr="00312F6F" w:rsidRDefault="00C7370A" w:rsidP="00C406B0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3668F0A7" w14:textId="77777777" w:rsidR="00C7370A" w:rsidRPr="00312F6F" w:rsidRDefault="00C7370A" w:rsidP="00C406B0">
            <w:pPr>
              <w:pStyle w:val="Tijeloteksta"/>
              <w:spacing w:line="360" w:lineRule="auto"/>
              <w:rPr>
                <w:b/>
                <w:sz w:val="22"/>
              </w:rPr>
            </w:pPr>
            <w:r w:rsidRPr="00312F6F">
              <w:rPr>
                <w:b/>
                <w:sz w:val="22"/>
              </w:rPr>
              <w:t>Odgovorno izjavljujem da sam suglasan s temom koja se prijavljuje i da prihvaćam mentorstvo.</w:t>
            </w:r>
          </w:p>
          <w:p w14:paraId="72E4F4C8" w14:textId="77777777" w:rsidR="00C7370A" w:rsidRPr="00312F6F" w:rsidRDefault="00C7370A" w:rsidP="00C406B0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548F8CBF" w14:textId="77777777" w:rsidR="00C7370A" w:rsidRPr="00312F6F" w:rsidRDefault="00C7370A" w:rsidP="00C406B0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22177167" w14:textId="77777777" w:rsidR="00C7370A" w:rsidRPr="00312F6F" w:rsidRDefault="00C7370A" w:rsidP="00C406B0">
            <w:pPr>
              <w:pStyle w:val="Tijeloteksta"/>
              <w:spacing w:line="360" w:lineRule="auto"/>
              <w:rPr>
                <w:b/>
                <w:sz w:val="22"/>
              </w:rPr>
            </w:pPr>
            <w:bookmarkStart w:id="0" w:name="OLE_LINK1"/>
            <w:bookmarkStart w:id="1" w:name="OLE_LINK2"/>
            <w:r w:rsidRPr="00312F6F">
              <w:rPr>
                <w:b/>
                <w:sz w:val="22"/>
              </w:rPr>
              <w:t>U Zagrebu, _____________________________</w:t>
            </w:r>
            <w:bookmarkEnd w:id="0"/>
            <w:bookmarkEnd w:id="1"/>
          </w:p>
          <w:p w14:paraId="7866331D" w14:textId="77777777" w:rsidR="00C7370A" w:rsidRPr="00312F6F" w:rsidRDefault="00C7370A" w:rsidP="00C406B0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03C3D04E" w14:textId="77777777" w:rsidR="00C7370A" w:rsidRPr="00312F6F" w:rsidRDefault="00C7370A" w:rsidP="00C406B0">
            <w:pPr>
              <w:pStyle w:val="Tijeloteksta"/>
              <w:spacing w:line="360" w:lineRule="auto"/>
              <w:ind w:left="4956"/>
              <w:jc w:val="right"/>
              <w:rPr>
                <w:b/>
                <w:sz w:val="22"/>
              </w:rPr>
            </w:pPr>
            <w:r w:rsidRPr="00312F6F">
              <w:rPr>
                <w:b/>
                <w:sz w:val="22"/>
              </w:rPr>
              <w:t>Potpis</w:t>
            </w:r>
            <w:r>
              <w:rPr>
                <w:b/>
                <w:sz w:val="22"/>
              </w:rPr>
              <w:t>:</w:t>
            </w:r>
            <w:r w:rsidRPr="00312F6F">
              <w:rPr>
                <w:b/>
                <w:sz w:val="22"/>
              </w:rPr>
              <w:t xml:space="preserve">   _____________________________</w:t>
            </w:r>
            <w:r>
              <w:rPr>
                <w:b/>
                <w:sz w:val="22"/>
              </w:rPr>
              <w:t>______________</w:t>
            </w:r>
          </w:p>
          <w:p w14:paraId="0A1B020D" w14:textId="77777777" w:rsidR="00C7370A" w:rsidRPr="00312F6F" w:rsidRDefault="00C7370A" w:rsidP="00C406B0">
            <w:pPr>
              <w:pStyle w:val="Tijeloteksta"/>
              <w:spacing w:line="360" w:lineRule="auto"/>
              <w:jc w:val="right"/>
              <w:rPr>
                <w:b/>
                <w:sz w:val="22"/>
              </w:rPr>
            </w:pPr>
            <w:r w:rsidRPr="0044478B">
              <w:rPr>
                <w:b/>
                <w:sz w:val="20"/>
                <w:szCs w:val="20"/>
              </w:rPr>
              <w:t xml:space="preserve"> (Ime i prezime predloženoga mentora)</w:t>
            </w:r>
          </w:p>
        </w:tc>
      </w:tr>
      <w:tr w:rsidR="00C7370A" w:rsidRPr="00312F6F" w14:paraId="71E92974" w14:textId="77777777" w:rsidTr="00C406B0">
        <w:trPr>
          <w:trHeight w:val="3952"/>
        </w:trPr>
        <w:tc>
          <w:tcPr>
            <w:tcW w:w="9900" w:type="dxa"/>
            <w:gridSpan w:val="5"/>
          </w:tcPr>
          <w:p w14:paraId="7B712269" w14:textId="77777777" w:rsidR="00C7370A" w:rsidRPr="00312F6F" w:rsidRDefault="00C7370A" w:rsidP="00C406B0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3E420530" w14:textId="77777777" w:rsidR="00C7370A" w:rsidRPr="00312F6F" w:rsidRDefault="00C7370A" w:rsidP="00C406B0">
            <w:pPr>
              <w:pStyle w:val="Tijeloteksta"/>
              <w:spacing w:line="360" w:lineRule="auto"/>
              <w:rPr>
                <w:b/>
                <w:sz w:val="22"/>
              </w:rPr>
            </w:pPr>
            <w:r w:rsidRPr="00312F6F">
              <w:rPr>
                <w:b/>
                <w:sz w:val="22"/>
              </w:rPr>
              <w:t xml:space="preserve">Odgovorno izjavljujem da nisam prijavio/prijavila </w:t>
            </w:r>
            <w:proofErr w:type="spellStart"/>
            <w:r w:rsidRPr="00312F6F">
              <w:rPr>
                <w:b/>
                <w:sz w:val="22"/>
              </w:rPr>
              <w:t>licencijatski</w:t>
            </w:r>
            <w:proofErr w:type="spellEnd"/>
            <w:r w:rsidRPr="00312F6F">
              <w:rPr>
                <w:b/>
                <w:sz w:val="22"/>
              </w:rPr>
              <w:t xml:space="preserve"> rad s istovjetnom temom ni na jednom drugom sveučilištu.</w:t>
            </w:r>
          </w:p>
          <w:p w14:paraId="05CDE3C6" w14:textId="77777777" w:rsidR="00C7370A" w:rsidRPr="00312F6F" w:rsidRDefault="00C7370A" w:rsidP="00C406B0">
            <w:pPr>
              <w:pStyle w:val="Tijeloteksta"/>
              <w:spacing w:line="360" w:lineRule="auto"/>
              <w:rPr>
                <w:b/>
                <w:sz w:val="22"/>
              </w:rPr>
            </w:pPr>
          </w:p>
          <w:p w14:paraId="46A7D488" w14:textId="77777777" w:rsidR="00C7370A" w:rsidRPr="00312F6F" w:rsidRDefault="00C7370A" w:rsidP="00C406B0">
            <w:pPr>
              <w:pStyle w:val="Tijeloteksta"/>
              <w:tabs>
                <w:tab w:val="center" w:pos="4842"/>
              </w:tabs>
              <w:spacing w:line="360" w:lineRule="auto"/>
              <w:rPr>
                <w:b/>
                <w:sz w:val="22"/>
              </w:rPr>
            </w:pPr>
            <w:r w:rsidRPr="00312F6F">
              <w:rPr>
                <w:b/>
                <w:sz w:val="22"/>
              </w:rPr>
              <w:t xml:space="preserve">U Zagrebu, _____________________________ </w:t>
            </w:r>
          </w:p>
          <w:p w14:paraId="2F9148B0" w14:textId="77777777" w:rsidR="00C7370A" w:rsidRPr="00312F6F" w:rsidRDefault="00C7370A" w:rsidP="00C406B0">
            <w:pPr>
              <w:pStyle w:val="Tijeloteksta"/>
              <w:tabs>
                <w:tab w:val="center" w:pos="4842"/>
              </w:tabs>
              <w:spacing w:line="360" w:lineRule="auto"/>
              <w:rPr>
                <w:b/>
                <w:sz w:val="22"/>
              </w:rPr>
            </w:pPr>
          </w:p>
          <w:p w14:paraId="739E5543" w14:textId="77777777" w:rsidR="00C7370A" w:rsidRPr="00312F6F" w:rsidRDefault="00C7370A" w:rsidP="00C406B0">
            <w:pPr>
              <w:pStyle w:val="Tijeloteksta"/>
              <w:spacing w:line="360" w:lineRule="auto"/>
              <w:ind w:left="4956"/>
              <w:jc w:val="right"/>
              <w:rPr>
                <w:b/>
                <w:sz w:val="22"/>
              </w:rPr>
            </w:pPr>
            <w:r w:rsidRPr="00312F6F">
              <w:rPr>
                <w:b/>
                <w:sz w:val="22"/>
              </w:rPr>
              <w:t>Potpis</w:t>
            </w:r>
            <w:r>
              <w:rPr>
                <w:b/>
                <w:sz w:val="22"/>
              </w:rPr>
              <w:t>:</w:t>
            </w:r>
            <w:r w:rsidRPr="00312F6F">
              <w:rPr>
                <w:b/>
                <w:sz w:val="22"/>
              </w:rPr>
              <w:t xml:space="preserve">   __________________________</w:t>
            </w:r>
            <w:r>
              <w:rPr>
                <w:b/>
                <w:sz w:val="22"/>
              </w:rPr>
              <w:t>_</w:t>
            </w:r>
            <w:r w:rsidRPr="00312F6F">
              <w:rPr>
                <w:b/>
                <w:sz w:val="22"/>
              </w:rPr>
              <w:t>___</w:t>
            </w:r>
            <w:r>
              <w:rPr>
                <w:b/>
                <w:sz w:val="22"/>
              </w:rPr>
              <w:t>_______________</w:t>
            </w:r>
          </w:p>
          <w:p w14:paraId="1C39D691" w14:textId="77777777" w:rsidR="00C7370A" w:rsidRPr="00312F6F" w:rsidRDefault="00C7370A" w:rsidP="00C406B0">
            <w:pPr>
              <w:pStyle w:val="Tijeloteksta"/>
              <w:spacing w:line="360" w:lineRule="auto"/>
              <w:jc w:val="right"/>
              <w:rPr>
                <w:b/>
                <w:sz w:val="22"/>
              </w:rPr>
            </w:pPr>
            <w:r w:rsidRPr="00312F6F">
              <w:rPr>
                <w:b/>
                <w:sz w:val="22"/>
              </w:rPr>
              <w:t xml:space="preserve"> </w:t>
            </w:r>
            <w:r w:rsidRPr="00456099">
              <w:rPr>
                <w:b/>
                <w:sz w:val="20"/>
                <w:szCs w:val="20"/>
              </w:rPr>
              <w:t>(Ime i prezime pristupnika/pristupnice)</w:t>
            </w:r>
          </w:p>
        </w:tc>
      </w:tr>
      <w:tr w:rsidR="00C7370A" w:rsidRPr="00312F6F" w14:paraId="1DB31E95" w14:textId="77777777" w:rsidTr="00C406B0">
        <w:tc>
          <w:tcPr>
            <w:tcW w:w="9900" w:type="dxa"/>
            <w:gridSpan w:val="5"/>
            <w:tcBorders>
              <w:bottom w:val="single" w:sz="4" w:space="0" w:color="auto"/>
            </w:tcBorders>
            <w:shd w:val="clear" w:color="auto" w:fill="CCCCCC"/>
          </w:tcPr>
          <w:p w14:paraId="18E82A80" w14:textId="77777777" w:rsidR="00C7370A" w:rsidRPr="00312F6F" w:rsidRDefault="00C7370A" w:rsidP="00C406B0">
            <w:pPr>
              <w:pStyle w:val="Tijeloteksta"/>
              <w:spacing w:line="360" w:lineRule="auto"/>
              <w:rPr>
                <w:sz w:val="22"/>
              </w:rPr>
            </w:pPr>
            <w:r w:rsidRPr="00312F6F">
              <w:rPr>
                <w:b/>
                <w:sz w:val="22"/>
              </w:rPr>
              <w:t>Napomena (po potrebi):</w:t>
            </w:r>
          </w:p>
        </w:tc>
      </w:tr>
      <w:tr w:rsidR="00C7370A" w:rsidRPr="00312F6F" w14:paraId="6A0F7413" w14:textId="77777777" w:rsidTr="00C406B0">
        <w:trPr>
          <w:trHeight w:val="20"/>
        </w:trPr>
        <w:tc>
          <w:tcPr>
            <w:tcW w:w="9900" w:type="dxa"/>
            <w:gridSpan w:val="5"/>
            <w:tcBorders>
              <w:bottom w:val="single" w:sz="4" w:space="0" w:color="auto"/>
            </w:tcBorders>
          </w:tcPr>
          <w:p w14:paraId="7BA908CD" w14:textId="77777777" w:rsidR="00C7370A" w:rsidRPr="00312F6F" w:rsidRDefault="00C7370A" w:rsidP="00C406B0">
            <w:pPr>
              <w:rPr>
                <w:rFonts w:ascii="Cambria" w:hAnsi="Cambria"/>
                <w:sz w:val="22"/>
                <w:szCs w:val="22"/>
              </w:rPr>
            </w:pPr>
          </w:p>
          <w:p w14:paraId="1EC3960A" w14:textId="77777777" w:rsidR="00C7370A" w:rsidRPr="00312F6F" w:rsidRDefault="00C7370A" w:rsidP="00C406B0">
            <w:pPr>
              <w:rPr>
                <w:rFonts w:ascii="Cambria" w:hAnsi="Cambria"/>
                <w:sz w:val="22"/>
                <w:szCs w:val="22"/>
              </w:rPr>
            </w:pPr>
          </w:p>
          <w:p w14:paraId="505FB0F5" w14:textId="77777777" w:rsidR="00C7370A" w:rsidRPr="00312F6F" w:rsidRDefault="00C7370A" w:rsidP="00C406B0">
            <w:pPr>
              <w:rPr>
                <w:rFonts w:ascii="Cambria" w:hAnsi="Cambria"/>
                <w:sz w:val="22"/>
                <w:szCs w:val="22"/>
              </w:rPr>
            </w:pPr>
          </w:p>
          <w:p w14:paraId="0214911B" w14:textId="77777777" w:rsidR="00C7370A" w:rsidRPr="00312F6F" w:rsidRDefault="00C7370A" w:rsidP="00C406B0">
            <w:pPr>
              <w:rPr>
                <w:rFonts w:ascii="Cambria" w:hAnsi="Cambria"/>
                <w:sz w:val="22"/>
                <w:szCs w:val="22"/>
                <w:highlight w:val="yellow"/>
              </w:rPr>
            </w:pPr>
          </w:p>
        </w:tc>
      </w:tr>
    </w:tbl>
    <w:p w14:paraId="7F2BB102" w14:textId="77777777" w:rsidR="00FC6C5F" w:rsidRDefault="00FC6C5F"/>
    <w:sectPr w:rsidR="00FC6C5F" w:rsidSect="00C737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4"/>
      <w:pgMar w:top="2602" w:right="1757" w:bottom="1656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3744D" w14:textId="77777777" w:rsidR="008045D0" w:rsidRDefault="008045D0">
      <w:r>
        <w:separator/>
      </w:r>
    </w:p>
  </w:endnote>
  <w:endnote w:type="continuationSeparator" w:id="0">
    <w:p w14:paraId="7D223C13" w14:textId="77777777" w:rsidR="008045D0" w:rsidRDefault="00804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92B1" w14:textId="77777777" w:rsidR="00C7370A" w:rsidRDefault="00C7370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2F3C7" w14:textId="77777777" w:rsidR="00C7370A" w:rsidRDefault="00C7370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42219" w14:textId="77777777" w:rsidR="008045D0" w:rsidRDefault="008045D0">
      <w:r>
        <w:separator/>
      </w:r>
    </w:p>
  </w:footnote>
  <w:footnote w:type="continuationSeparator" w:id="0">
    <w:p w14:paraId="416A7686" w14:textId="77777777" w:rsidR="008045D0" w:rsidRDefault="00804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494D8" w14:textId="77777777" w:rsidR="00C7370A" w:rsidRDefault="00C7370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6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27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28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29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30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31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116D48"/>
    <w:rsid w:val="0015074B"/>
    <w:rsid w:val="001766A1"/>
    <w:rsid w:val="0029639D"/>
    <w:rsid w:val="00326F90"/>
    <w:rsid w:val="00376C4A"/>
    <w:rsid w:val="0041107A"/>
    <w:rsid w:val="005277EC"/>
    <w:rsid w:val="006D564B"/>
    <w:rsid w:val="007A1388"/>
    <w:rsid w:val="008045D0"/>
    <w:rsid w:val="008104E2"/>
    <w:rsid w:val="0082595E"/>
    <w:rsid w:val="0084644A"/>
    <w:rsid w:val="00956011"/>
    <w:rsid w:val="00A0668E"/>
    <w:rsid w:val="00AA1D8D"/>
    <w:rsid w:val="00AE3E35"/>
    <w:rsid w:val="00B47730"/>
    <w:rsid w:val="00C7370A"/>
    <w:rsid w:val="00C827FD"/>
    <w:rsid w:val="00CB0664"/>
    <w:rsid w:val="00DE42E4"/>
    <w:rsid w:val="00E56703"/>
    <w:rsid w:val="00F051F3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11</TotalTime>
  <Pages>3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4</cp:revision>
  <dcterms:created xsi:type="dcterms:W3CDTF">2026-09-17T13:49:00Z</dcterms:created>
  <dcterms:modified xsi:type="dcterms:W3CDTF">2026-09-18T11:08:00Z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