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1990"/>
        <w:gridCol w:w="6482"/>
        <w:gridCol w:w="38"/>
      </w:tblGrid>
      <w:tr w:rsidR="006A1326" w:rsidRPr="00483212" w14:paraId="26C985E9" w14:textId="77777777" w:rsidTr="003302CE">
        <w:trPr>
          <w:gridAfter w:val="1"/>
          <w:wAfter w:w="38" w:type="dxa"/>
          <w:trHeight w:hRule="exact" w:val="567"/>
          <w:jc w:val="center"/>
        </w:trPr>
        <w:tc>
          <w:tcPr>
            <w:tcW w:w="9887" w:type="dxa"/>
            <w:gridSpan w:val="3"/>
            <w:shd w:val="clear" w:color="auto" w:fill="CCCCCC"/>
            <w:vAlign w:val="center"/>
          </w:tcPr>
          <w:p w14:paraId="6782FA4F" w14:textId="77777777" w:rsidR="006A1326" w:rsidRPr="00483212" w:rsidRDefault="006A1326" w:rsidP="003302CE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83212">
              <w:rPr>
                <w:rFonts w:ascii="Cambria" w:hAnsi="Cambria" w:cs="Arial"/>
                <w:b/>
                <w:sz w:val="22"/>
                <w:szCs w:val="22"/>
              </w:rPr>
              <w:t>LIC.SC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.-</w:t>
            </w:r>
            <w:r w:rsidRPr="00483212">
              <w:rPr>
                <w:rFonts w:ascii="Cambria" w:hAnsi="Cambria" w:cs="Arial"/>
                <w:b/>
                <w:sz w:val="22"/>
                <w:szCs w:val="22"/>
              </w:rPr>
              <w:t>03 – OCJENA LICENCIJATSKOG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483212">
              <w:rPr>
                <w:rFonts w:ascii="Cambria" w:hAnsi="Cambria" w:cs="Arial"/>
                <w:b/>
                <w:sz w:val="22"/>
                <w:szCs w:val="22"/>
              </w:rPr>
              <w:t xml:space="preserve"> RADA</w:t>
            </w:r>
          </w:p>
        </w:tc>
      </w:tr>
      <w:tr w:rsidR="006A1326" w:rsidRPr="00483212" w14:paraId="08C28A4F" w14:textId="77777777" w:rsidTr="003302CE">
        <w:trPr>
          <w:gridAfter w:val="1"/>
          <w:wAfter w:w="38" w:type="dxa"/>
          <w:trHeight w:hRule="exact" w:val="454"/>
          <w:jc w:val="center"/>
        </w:trPr>
        <w:tc>
          <w:tcPr>
            <w:tcW w:w="9887" w:type="dxa"/>
            <w:gridSpan w:val="3"/>
            <w:shd w:val="clear" w:color="auto" w:fill="auto"/>
            <w:vAlign w:val="center"/>
          </w:tcPr>
          <w:p w14:paraId="1C2313FD" w14:textId="77777777" w:rsidR="006A1326" w:rsidRPr="00483212" w:rsidRDefault="006A1326" w:rsidP="003302CE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6A1326" w:rsidRPr="00483212" w14:paraId="0EE342F8" w14:textId="77777777" w:rsidTr="003302CE">
        <w:trPr>
          <w:trHeight w:hRule="exact" w:val="431"/>
          <w:jc w:val="center"/>
        </w:trPr>
        <w:tc>
          <w:tcPr>
            <w:tcW w:w="9925" w:type="dxa"/>
            <w:gridSpan w:val="4"/>
            <w:shd w:val="clear" w:color="auto" w:fill="BFBFBF"/>
            <w:vAlign w:val="center"/>
          </w:tcPr>
          <w:p w14:paraId="2A40B16C" w14:textId="77777777" w:rsidR="006A1326" w:rsidRPr="00483212" w:rsidRDefault="006A1326" w:rsidP="003302CE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83212">
              <w:rPr>
                <w:rFonts w:ascii="Cambria" w:hAnsi="Cambria" w:cs="Arial"/>
                <w:b/>
                <w:sz w:val="22"/>
                <w:szCs w:val="22"/>
              </w:rPr>
              <w:t>OPĆI PODATCI I KONTAKT PRISTUPNIKA/PRISTUPNICE</w:t>
            </w:r>
          </w:p>
        </w:tc>
      </w:tr>
      <w:tr w:rsidR="006A1326" w:rsidRPr="00483212" w14:paraId="4881DE44" w14:textId="77777777" w:rsidTr="003302CE">
        <w:trPr>
          <w:trHeight w:val="567"/>
          <w:jc w:val="center"/>
        </w:trPr>
        <w:tc>
          <w:tcPr>
            <w:tcW w:w="3405" w:type="dxa"/>
            <w:gridSpan w:val="2"/>
            <w:shd w:val="clear" w:color="auto" w:fill="BFBFBF"/>
            <w:vAlign w:val="center"/>
          </w:tcPr>
          <w:p w14:paraId="3F8CE98D" w14:textId="77777777" w:rsidR="006A1326" w:rsidRPr="00483212" w:rsidRDefault="006A1326" w:rsidP="003302CE">
            <w:pPr>
              <w:rPr>
                <w:rFonts w:ascii="Cambria" w:hAnsi="Cambria" w:cs="Arial"/>
                <w:sz w:val="22"/>
                <w:szCs w:val="22"/>
              </w:rPr>
            </w:pPr>
            <w:r w:rsidRPr="00483212">
              <w:rPr>
                <w:rFonts w:ascii="Cambria" w:hAnsi="Cambria" w:cs="Arial"/>
                <w:b/>
                <w:sz w:val="22"/>
                <w:szCs w:val="22"/>
              </w:rPr>
              <w:t xml:space="preserve">Ime i prezime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483212">
              <w:rPr>
                <w:rFonts w:ascii="Cambria" w:hAnsi="Cambria" w:cs="Arial"/>
                <w:b/>
                <w:sz w:val="22"/>
                <w:szCs w:val="22"/>
              </w:rPr>
              <w:t>pristupnika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/</w:t>
            </w:r>
            <w:r w:rsidRPr="00483212">
              <w:rPr>
                <w:rFonts w:ascii="Cambria" w:hAnsi="Cambria" w:cs="Arial"/>
                <w:b/>
                <w:sz w:val="22"/>
                <w:szCs w:val="22"/>
              </w:rPr>
              <w:t>pristupnice</w:t>
            </w:r>
          </w:p>
        </w:tc>
        <w:tc>
          <w:tcPr>
            <w:tcW w:w="6520" w:type="dxa"/>
            <w:gridSpan w:val="2"/>
            <w:vAlign w:val="center"/>
          </w:tcPr>
          <w:p w14:paraId="1BE8AEAD" w14:textId="77777777" w:rsidR="006A1326" w:rsidRPr="00483212" w:rsidRDefault="006A1326" w:rsidP="003302CE">
            <w:pPr>
              <w:rPr>
                <w:rFonts w:ascii="Cambria" w:hAnsi="Cambria" w:cs="Arial"/>
                <w:sz w:val="22"/>
                <w:szCs w:val="22"/>
              </w:rPr>
            </w:pPr>
            <w:r w:rsidRPr="0048321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321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3212">
              <w:rPr>
                <w:rFonts w:ascii="Cambria" w:hAnsi="Cambria" w:cs="Arial"/>
                <w:sz w:val="22"/>
                <w:szCs w:val="22"/>
              </w:rPr>
            </w:r>
            <w:r w:rsidRPr="0048321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6A1326" w:rsidRPr="00483212" w14:paraId="182978B8" w14:textId="77777777" w:rsidTr="003302CE">
        <w:trPr>
          <w:trHeight w:val="567"/>
          <w:jc w:val="center"/>
        </w:trPr>
        <w:tc>
          <w:tcPr>
            <w:tcW w:w="3405" w:type="dxa"/>
            <w:gridSpan w:val="2"/>
            <w:shd w:val="clear" w:color="auto" w:fill="BFBFBF"/>
            <w:vAlign w:val="center"/>
          </w:tcPr>
          <w:p w14:paraId="3938B21E" w14:textId="77777777" w:rsidR="006A1326" w:rsidRPr="00483212" w:rsidRDefault="006A1326" w:rsidP="003302CE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3212">
              <w:rPr>
                <w:rFonts w:ascii="Cambria" w:hAnsi="Cambria" w:cs="Arial"/>
                <w:b/>
                <w:sz w:val="22"/>
                <w:szCs w:val="22"/>
              </w:rPr>
              <w:t xml:space="preserve">Matični broj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483212">
              <w:rPr>
                <w:rFonts w:ascii="Cambria" w:hAnsi="Cambria" w:cs="Arial"/>
                <w:b/>
                <w:sz w:val="22"/>
                <w:szCs w:val="22"/>
              </w:rPr>
              <w:t>pristupnika/pristupnice</w:t>
            </w:r>
          </w:p>
        </w:tc>
        <w:tc>
          <w:tcPr>
            <w:tcW w:w="6520" w:type="dxa"/>
            <w:gridSpan w:val="2"/>
            <w:vAlign w:val="center"/>
          </w:tcPr>
          <w:p w14:paraId="4F15F374" w14:textId="77777777" w:rsidR="006A1326" w:rsidRPr="00483212" w:rsidRDefault="006A1326" w:rsidP="003302CE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48321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8321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3212">
              <w:rPr>
                <w:rFonts w:ascii="Cambria" w:hAnsi="Cambria" w:cs="Arial"/>
                <w:sz w:val="22"/>
                <w:szCs w:val="22"/>
              </w:rPr>
            </w:r>
            <w:r w:rsidRPr="0048321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6A1326" w:rsidRPr="00483212" w14:paraId="66B7F910" w14:textId="77777777" w:rsidTr="003302CE">
        <w:trPr>
          <w:trHeight w:val="567"/>
          <w:jc w:val="center"/>
        </w:trPr>
        <w:tc>
          <w:tcPr>
            <w:tcW w:w="1415" w:type="dxa"/>
            <w:vMerge w:val="restart"/>
            <w:shd w:val="clear" w:color="auto" w:fill="BFBFBF"/>
            <w:vAlign w:val="center"/>
          </w:tcPr>
          <w:p w14:paraId="0A08DA94" w14:textId="77777777" w:rsidR="006A1326" w:rsidRPr="00483212" w:rsidRDefault="006A1326" w:rsidP="003302CE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3212">
              <w:rPr>
                <w:rFonts w:ascii="Cambria" w:hAnsi="Cambria" w:cs="Arial"/>
                <w:b/>
                <w:sz w:val="22"/>
                <w:szCs w:val="22"/>
              </w:rPr>
              <w:t>Naslov teme</w:t>
            </w:r>
          </w:p>
        </w:tc>
        <w:tc>
          <w:tcPr>
            <w:tcW w:w="1990" w:type="dxa"/>
            <w:shd w:val="clear" w:color="auto" w:fill="BFBFBF"/>
            <w:vAlign w:val="center"/>
          </w:tcPr>
          <w:p w14:paraId="10B607EE" w14:textId="77777777" w:rsidR="006A1326" w:rsidRPr="00483212" w:rsidRDefault="006A1326" w:rsidP="003302CE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483212">
              <w:rPr>
                <w:rFonts w:ascii="Cambria" w:hAnsi="Cambria" w:cs="Arial"/>
                <w:i/>
                <w:sz w:val="22"/>
                <w:szCs w:val="22"/>
              </w:rPr>
              <w:t>Hrvatski</w:t>
            </w:r>
          </w:p>
        </w:tc>
        <w:tc>
          <w:tcPr>
            <w:tcW w:w="6520" w:type="dxa"/>
            <w:gridSpan w:val="2"/>
            <w:vAlign w:val="center"/>
          </w:tcPr>
          <w:p w14:paraId="325AF6BA" w14:textId="77777777" w:rsidR="006A1326" w:rsidRPr="0068608E" w:rsidRDefault="006A1326" w:rsidP="003302CE">
            <w:pPr>
              <w:jc w:val="both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68608E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608E">
              <w:rPr>
                <w:rFonts w:ascii="Cambria" w:hAnsi="Cambria" w:cs="Arial"/>
                <w:i/>
                <w:iCs/>
                <w:sz w:val="22"/>
                <w:szCs w:val="22"/>
              </w:rPr>
              <w:instrText xml:space="preserve"> FORMTEXT </w:instrText>
            </w:r>
            <w:r w:rsidRPr="0068608E">
              <w:rPr>
                <w:rFonts w:ascii="Cambria" w:hAnsi="Cambria" w:cs="Arial"/>
                <w:i/>
                <w:iCs/>
                <w:sz w:val="22"/>
                <w:szCs w:val="22"/>
              </w:rPr>
            </w:r>
            <w:r w:rsidRPr="0068608E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separate"/>
            </w:r>
            <w:r w:rsidRPr="0068608E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68608E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68608E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68608E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68608E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68608E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6A1326" w:rsidRPr="00483212" w14:paraId="0B35F20E" w14:textId="77777777" w:rsidTr="003302CE">
        <w:trPr>
          <w:trHeight w:val="567"/>
          <w:jc w:val="center"/>
        </w:trPr>
        <w:tc>
          <w:tcPr>
            <w:tcW w:w="1415" w:type="dxa"/>
            <w:vMerge/>
            <w:shd w:val="clear" w:color="auto" w:fill="BFBFBF"/>
            <w:vAlign w:val="center"/>
          </w:tcPr>
          <w:p w14:paraId="3ADABD32" w14:textId="77777777" w:rsidR="006A1326" w:rsidRPr="00483212" w:rsidRDefault="006A1326" w:rsidP="003302CE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BFBFBF"/>
            <w:vAlign w:val="center"/>
          </w:tcPr>
          <w:p w14:paraId="7498ED98" w14:textId="77777777" w:rsidR="006A1326" w:rsidRPr="00483212" w:rsidRDefault="006A1326" w:rsidP="003302CE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483212">
              <w:rPr>
                <w:rFonts w:ascii="Cambria" w:hAnsi="Cambria" w:cs="Arial"/>
                <w:i/>
                <w:sz w:val="22"/>
                <w:szCs w:val="22"/>
              </w:rPr>
              <w:t>Engleski</w:t>
            </w:r>
          </w:p>
        </w:tc>
        <w:tc>
          <w:tcPr>
            <w:tcW w:w="6520" w:type="dxa"/>
            <w:gridSpan w:val="2"/>
            <w:vAlign w:val="center"/>
          </w:tcPr>
          <w:p w14:paraId="29DFD688" w14:textId="77777777" w:rsidR="006A1326" w:rsidRPr="0068608E" w:rsidRDefault="006A1326" w:rsidP="003302CE">
            <w:pPr>
              <w:jc w:val="both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68608E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608E">
              <w:rPr>
                <w:rFonts w:ascii="Cambria" w:hAnsi="Cambria" w:cs="Arial"/>
                <w:i/>
                <w:iCs/>
                <w:sz w:val="22"/>
                <w:szCs w:val="22"/>
              </w:rPr>
              <w:instrText xml:space="preserve"> FORMTEXT </w:instrText>
            </w:r>
            <w:r w:rsidRPr="0068608E">
              <w:rPr>
                <w:rFonts w:ascii="Cambria" w:hAnsi="Cambria" w:cs="Arial"/>
                <w:i/>
                <w:iCs/>
                <w:sz w:val="22"/>
                <w:szCs w:val="22"/>
              </w:rPr>
            </w:r>
            <w:r w:rsidRPr="0068608E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separate"/>
            </w:r>
            <w:r w:rsidRPr="0068608E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68608E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68608E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68608E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68608E">
              <w:rPr>
                <w:rFonts w:ascii="Cambria" w:hAnsi="Cambria" w:cs="Arial"/>
                <w:i/>
                <w:iCs/>
                <w:noProof/>
                <w:sz w:val="22"/>
                <w:szCs w:val="22"/>
              </w:rPr>
              <w:t> </w:t>
            </w:r>
            <w:r w:rsidRPr="0068608E">
              <w:rPr>
                <w:rFonts w:ascii="Cambria" w:hAnsi="Cambri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6A1326" w:rsidRPr="00483212" w14:paraId="5F433E5D" w14:textId="77777777" w:rsidTr="003302CE">
        <w:trPr>
          <w:trHeight w:val="567"/>
          <w:jc w:val="center"/>
        </w:trPr>
        <w:tc>
          <w:tcPr>
            <w:tcW w:w="3405" w:type="dxa"/>
            <w:gridSpan w:val="2"/>
            <w:shd w:val="clear" w:color="auto" w:fill="BFBFBF"/>
            <w:vAlign w:val="center"/>
          </w:tcPr>
          <w:p w14:paraId="2F93C3FA" w14:textId="77777777" w:rsidR="006A1326" w:rsidRPr="00483212" w:rsidRDefault="006A1326" w:rsidP="003302CE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3212">
              <w:rPr>
                <w:rFonts w:ascii="Cambria" w:hAnsi="Cambria" w:cs="Arial"/>
                <w:b/>
                <w:sz w:val="22"/>
                <w:szCs w:val="22"/>
              </w:rPr>
              <w:t>Modul</w:t>
            </w:r>
          </w:p>
        </w:tc>
        <w:tc>
          <w:tcPr>
            <w:tcW w:w="6520" w:type="dxa"/>
            <w:gridSpan w:val="2"/>
            <w:vAlign w:val="center"/>
          </w:tcPr>
          <w:p w14:paraId="52D20CD6" w14:textId="77777777" w:rsidR="006A1326" w:rsidRPr="00483212" w:rsidRDefault="006A1326" w:rsidP="003302CE">
            <w:pPr>
              <w:rPr>
                <w:rFonts w:ascii="Cambria" w:hAnsi="Cambria" w:cs="Arial"/>
                <w:sz w:val="22"/>
                <w:szCs w:val="22"/>
              </w:rPr>
            </w:pPr>
            <w:r w:rsidRPr="0048321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321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483212">
              <w:rPr>
                <w:rFonts w:ascii="Cambria" w:hAnsi="Cambria" w:cs="Arial"/>
                <w:sz w:val="22"/>
                <w:szCs w:val="22"/>
              </w:rPr>
            </w:r>
            <w:r w:rsidRPr="0048321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6A1326" w:rsidRPr="00483212" w14:paraId="288E8092" w14:textId="77777777" w:rsidTr="003302CE">
        <w:trPr>
          <w:trHeight w:val="567"/>
          <w:jc w:val="center"/>
        </w:trPr>
        <w:tc>
          <w:tcPr>
            <w:tcW w:w="3405" w:type="dxa"/>
            <w:gridSpan w:val="2"/>
            <w:shd w:val="clear" w:color="auto" w:fill="BFBFBF"/>
            <w:vAlign w:val="center"/>
          </w:tcPr>
          <w:p w14:paraId="31BC60B6" w14:textId="77777777" w:rsidR="006A1326" w:rsidRPr="00483212" w:rsidRDefault="006A1326" w:rsidP="003302CE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83212">
              <w:rPr>
                <w:rFonts w:ascii="Cambria" w:hAnsi="Cambria" w:cs="Arial"/>
                <w:b/>
                <w:sz w:val="22"/>
                <w:szCs w:val="22"/>
              </w:rPr>
              <w:t xml:space="preserve">Ime i prezime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483212">
              <w:rPr>
                <w:rFonts w:ascii="Cambria" w:hAnsi="Cambria" w:cs="Arial"/>
                <w:b/>
                <w:sz w:val="22"/>
                <w:szCs w:val="22"/>
              </w:rPr>
              <w:t>mentora/mentorice</w:t>
            </w:r>
          </w:p>
        </w:tc>
        <w:tc>
          <w:tcPr>
            <w:tcW w:w="6520" w:type="dxa"/>
            <w:gridSpan w:val="2"/>
            <w:vAlign w:val="center"/>
          </w:tcPr>
          <w:p w14:paraId="22D6E150" w14:textId="77777777" w:rsidR="006A1326" w:rsidRPr="00483212" w:rsidRDefault="006A1326" w:rsidP="003302CE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A1326" w:rsidRPr="00483212" w14:paraId="2A5A8075" w14:textId="77777777" w:rsidTr="003302CE">
        <w:trPr>
          <w:trHeight w:val="567"/>
          <w:jc w:val="center"/>
        </w:trPr>
        <w:tc>
          <w:tcPr>
            <w:tcW w:w="9925" w:type="dxa"/>
            <w:gridSpan w:val="4"/>
            <w:shd w:val="clear" w:color="auto" w:fill="C0C0C0"/>
            <w:vAlign w:val="center"/>
          </w:tcPr>
          <w:p w14:paraId="7DE737F4" w14:textId="77777777" w:rsidR="006A1326" w:rsidRPr="00483212" w:rsidRDefault="006A1326" w:rsidP="003302CE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83212">
              <w:rPr>
                <w:rFonts w:ascii="Cambria" w:hAnsi="Cambria" w:cs="Arial"/>
                <w:b/>
                <w:sz w:val="22"/>
                <w:szCs w:val="22"/>
              </w:rPr>
              <w:t>IZVJEŠĆE I OCJENA LICENCIJATSKOG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483212">
              <w:rPr>
                <w:rFonts w:ascii="Cambria" w:hAnsi="Cambria" w:cs="Arial"/>
                <w:b/>
                <w:sz w:val="22"/>
                <w:szCs w:val="22"/>
              </w:rPr>
              <w:t xml:space="preserve"> RADA</w:t>
            </w:r>
          </w:p>
        </w:tc>
      </w:tr>
      <w:tr w:rsidR="006A1326" w:rsidRPr="00483212" w14:paraId="4331820A" w14:textId="77777777" w:rsidTr="003302CE">
        <w:trPr>
          <w:trHeight w:val="567"/>
          <w:jc w:val="center"/>
        </w:trPr>
        <w:tc>
          <w:tcPr>
            <w:tcW w:w="9925" w:type="dxa"/>
            <w:gridSpan w:val="4"/>
            <w:shd w:val="clear" w:color="auto" w:fill="auto"/>
          </w:tcPr>
          <w:p w14:paraId="6CFEC2DF" w14:textId="77777777" w:rsidR="006A1326" w:rsidRPr="00A863B3" w:rsidRDefault="006A1326" w:rsidP="003302CE">
            <w:pPr>
              <w:spacing w:before="120" w:line="360" w:lineRule="auto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…</w:t>
            </w:r>
          </w:p>
          <w:p w14:paraId="0486D1F6" w14:textId="77777777" w:rsidR="006A1326" w:rsidRPr="00483212" w:rsidRDefault="006A1326" w:rsidP="003302CE">
            <w:pPr>
              <w:spacing w:before="120" w:line="360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6A1326" w:rsidRPr="00483212" w14:paraId="5D27FD58" w14:textId="77777777" w:rsidTr="003302CE">
        <w:trPr>
          <w:trHeight w:val="567"/>
          <w:jc w:val="center"/>
        </w:trPr>
        <w:tc>
          <w:tcPr>
            <w:tcW w:w="9925" w:type="dxa"/>
            <w:gridSpan w:val="4"/>
            <w:shd w:val="clear" w:color="auto" w:fill="BFBFBF"/>
            <w:vAlign w:val="center"/>
          </w:tcPr>
          <w:p w14:paraId="5D5691E6" w14:textId="77777777" w:rsidR="006A1326" w:rsidRPr="00483212" w:rsidRDefault="006A1326" w:rsidP="003302CE">
            <w:pPr>
              <w:spacing w:before="120" w:line="360" w:lineRule="auto"/>
              <w:rPr>
                <w:rFonts w:ascii="Cambria" w:hAnsi="Cambria"/>
                <w:sz w:val="22"/>
                <w:szCs w:val="22"/>
              </w:rPr>
            </w:pPr>
            <w:r w:rsidRPr="00483212">
              <w:rPr>
                <w:rFonts w:ascii="Cambria" w:hAnsi="Cambria"/>
                <w:b/>
                <w:sz w:val="22"/>
                <w:szCs w:val="22"/>
              </w:rPr>
              <w:t>Mišljenje i prijedlog</w:t>
            </w:r>
          </w:p>
        </w:tc>
      </w:tr>
      <w:tr w:rsidR="006A1326" w:rsidRPr="00483212" w14:paraId="1A5DC1C5" w14:textId="77777777" w:rsidTr="003302CE">
        <w:trPr>
          <w:trHeight w:val="567"/>
          <w:jc w:val="center"/>
        </w:trPr>
        <w:tc>
          <w:tcPr>
            <w:tcW w:w="9925" w:type="dxa"/>
            <w:gridSpan w:val="4"/>
          </w:tcPr>
          <w:p w14:paraId="622EFC2C" w14:textId="77777777" w:rsidR="006A1326" w:rsidRPr="00483212" w:rsidRDefault="006A1326" w:rsidP="003302CE">
            <w:pPr>
              <w:spacing w:before="120"/>
              <w:jc w:val="both"/>
              <w:rPr>
                <w:rFonts w:ascii="Cambria" w:hAnsi="Cambria"/>
                <w:sz w:val="22"/>
                <w:szCs w:val="22"/>
              </w:rPr>
            </w:pPr>
            <w:r w:rsidRPr="00483212">
              <w:rPr>
                <w:rFonts w:ascii="Cambria" w:hAnsi="Cambria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0" w:name="Text24"/>
            <w:r w:rsidRPr="00483212">
              <w:rPr>
                <w:rFonts w:ascii="Cambria" w:hAnsi="Cambria"/>
                <w:sz w:val="22"/>
                <w:szCs w:val="22"/>
              </w:rPr>
              <w:instrText xml:space="preserve"> FORMTEXT </w:instrText>
            </w:r>
            <w:r w:rsidRPr="00483212">
              <w:rPr>
                <w:rFonts w:ascii="Cambria" w:hAnsi="Cambria"/>
                <w:sz w:val="22"/>
                <w:szCs w:val="22"/>
              </w:rPr>
            </w:r>
            <w:r w:rsidRPr="00483212">
              <w:rPr>
                <w:rFonts w:ascii="Cambria" w:hAnsi="Cambria"/>
                <w:sz w:val="22"/>
                <w:szCs w:val="22"/>
              </w:rPr>
              <w:fldChar w:fldCharType="separate"/>
            </w:r>
            <w:r w:rsidRPr="00483212">
              <w:rPr>
                <w:rFonts w:ascii="Cambria" w:hAnsi="Cambria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/>
                <w:sz w:val="22"/>
                <w:szCs w:val="22"/>
              </w:rPr>
              <w:fldChar w:fldCharType="end"/>
            </w:r>
            <w:bookmarkEnd w:id="0"/>
          </w:p>
          <w:p w14:paraId="3F8D10B5" w14:textId="77777777" w:rsidR="006A1326" w:rsidRPr="00483212" w:rsidRDefault="006A1326" w:rsidP="003302CE">
            <w:pPr>
              <w:spacing w:before="120"/>
              <w:rPr>
                <w:rFonts w:ascii="Cambria" w:hAnsi="Cambria"/>
                <w:sz w:val="22"/>
                <w:szCs w:val="22"/>
              </w:rPr>
            </w:pPr>
          </w:p>
          <w:p w14:paraId="21C6B8BC" w14:textId="77777777" w:rsidR="006A1326" w:rsidRPr="00483212" w:rsidRDefault="006A1326" w:rsidP="003302CE">
            <w:pPr>
              <w:spacing w:before="120"/>
              <w:rPr>
                <w:rFonts w:ascii="Cambria" w:hAnsi="Cambria"/>
                <w:sz w:val="22"/>
                <w:szCs w:val="22"/>
              </w:rPr>
            </w:pPr>
          </w:p>
          <w:p w14:paraId="5FA9DAFD" w14:textId="77777777" w:rsidR="006A1326" w:rsidRPr="00483212" w:rsidRDefault="006A1326" w:rsidP="003302CE">
            <w:pPr>
              <w:spacing w:before="120"/>
              <w:rPr>
                <w:rFonts w:ascii="Cambria" w:hAnsi="Cambria"/>
                <w:sz w:val="22"/>
                <w:szCs w:val="22"/>
              </w:rPr>
            </w:pPr>
          </w:p>
          <w:p w14:paraId="1242FBD2" w14:textId="77777777" w:rsidR="006A1326" w:rsidRPr="00483212" w:rsidRDefault="006A1326" w:rsidP="003302CE">
            <w:pPr>
              <w:spacing w:before="120"/>
              <w:rPr>
                <w:rFonts w:ascii="Cambria" w:hAnsi="Cambria"/>
                <w:sz w:val="22"/>
                <w:szCs w:val="22"/>
              </w:rPr>
            </w:pPr>
          </w:p>
          <w:p w14:paraId="2EC36DF3" w14:textId="77777777" w:rsidR="006A1326" w:rsidRPr="00483212" w:rsidRDefault="006A1326" w:rsidP="003302CE">
            <w:pPr>
              <w:spacing w:before="120"/>
              <w:rPr>
                <w:rFonts w:ascii="Cambria" w:hAnsi="Cambria"/>
                <w:sz w:val="22"/>
                <w:szCs w:val="22"/>
              </w:rPr>
            </w:pPr>
          </w:p>
        </w:tc>
      </w:tr>
      <w:tr w:rsidR="006A1326" w:rsidRPr="00483212" w14:paraId="24416645" w14:textId="77777777" w:rsidTr="003302CE">
        <w:trPr>
          <w:trHeight w:val="20"/>
          <w:jc w:val="center"/>
        </w:trPr>
        <w:tc>
          <w:tcPr>
            <w:tcW w:w="9925" w:type="dxa"/>
            <w:gridSpan w:val="4"/>
          </w:tcPr>
          <w:p w14:paraId="19DF68C7" w14:textId="77777777" w:rsidR="006A1326" w:rsidRPr="00483212" w:rsidRDefault="006A1326" w:rsidP="003302CE">
            <w:pPr>
              <w:rPr>
                <w:rFonts w:ascii="Cambria" w:hAnsi="Cambria"/>
                <w:sz w:val="22"/>
                <w:szCs w:val="22"/>
              </w:rPr>
            </w:pPr>
          </w:p>
          <w:p w14:paraId="2AC35557" w14:textId="77777777" w:rsidR="006A1326" w:rsidRPr="00483212" w:rsidRDefault="006A1326" w:rsidP="003302CE">
            <w:pPr>
              <w:tabs>
                <w:tab w:val="left" w:pos="5864"/>
              </w:tabs>
              <w:rPr>
                <w:rFonts w:ascii="Cambria" w:hAnsi="Cambria"/>
                <w:sz w:val="22"/>
                <w:szCs w:val="22"/>
              </w:rPr>
            </w:pPr>
            <w:r w:rsidRPr="00483212">
              <w:rPr>
                <w:rFonts w:ascii="Cambria" w:hAnsi="Cambria"/>
                <w:sz w:val="22"/>
                <w:szCs w:val="22"/>
              </w:rPr>
              <w:t>U Zagrebu,</w:t>
            </w:r>
            <w:r w:rsidRPr="00483212">
              <w:rPr>
                <w:rFonts w:ascii="Cambria" w:hAnsi="Cambria"/>
                <w:b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83212">
              <w:rPr>
                <w:rFonts w:ascii="Cambria" w:hAnsi="Cambria"/>
                <w:b/>
                <w:sz w:val="22"/>
                <w:szCs w:val="22"/>
              </w:rPr>
              <w:instrText xml:space="preserve"> FORMTEXT </w:instrText>
            </w:r>
            <w:r w:rsidRPr="00483212">
              <w:rPr>
                <w:rFonts w:ascii="Cambria" w:hAnsi="Cambria"/>
                <w:b/>
                <w:sz w:val="22"/>
                <w:szCs w:val="22"/>
              </w:rPr>
            </w:r>
            <w:r w:rsidRPr="00483212">
              <w:rPr>
                <w:rFonts w:ascii="Cambria" w:hAnsi="Cambria"/>
                <w:b/>
                <w:sz w:val="22"/>
                <w:szCs w:val="22"/>
              </w:rPr>
              <w:fldChar w:fldCharType="separate"/>
            </w:r>
            <w:r w:rsidRPr="00483212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 w:cs="Cambria Math"/>
                <w:b/>
                <w:noProof/>
                <w:sz w:val="22"/>
                <w:szCs w:val="22"/>
              </w:rPr>
              <w:t> </w:t>
            </w:r>
            <w:r w:rsidRPr="00483212">
              <w:rPr>
                <w:rFonts w:ascii="Cambria" w:hAnsi="Cambria"/>
                <w:b/>
                <w:sz w:val="22"/>
                <w:szCs w:val="22"/>
              </w:rPr>
              <w:fldChar w:fldCharType="end"/>
            </w:r>
            <w:r w:rsidRPr="00483212">
              <w:rPr>
                <w:rFonts w:ascii="Cambria" w:hAnsi="Cambria"/>
                <w:sz w:val="22"/>
                <w:szCs w:val="22"/>
              </w:rPr>
              <w:tab/>
            </w:r>
          </w:p>
          <w:p w14:paraId="22ADA32E" w14:textId="77777777" w:rsidR="006A1326" w:rsidRPr="00483212" w:rsidRDefault="006A1326" w:rsidP="003302CE">
            <w:pPr>
              <w:tabs>
                <w:tab w:val="left" w:pos="5864"/>
              </w:tabs>
              <w:rPr>
                <w:rFonts w:ascii="Cambria" w:hAnsi="Cambria"/>
                <w:sz w:val="22"/>
                <w:szCs w:val="22"/>
              </w:rPr>
            </w:pPr>
          </w:p>
          <w:p w14:paraId="7A59D481" w14:textId="77777777" w:rsidR="006A1326" w:rsidRPr="00483212" w:rsidRDefault="006A1326" w:rsidP="003302CE">
            <w:pPr>
              <w:tabs>
                <w:tab w:val="left" w:pos="5864"/>
              </w:tabs>
              <w:ind w:left="5664"/>
              <w:jc w:val="right"/>
              <w:rPr>
                <w:rFonts w:ascii="Cambria" w:hAnsi="Cambria"/>
                <w:b/>
                <w:sz w:val="22"/>
                <w:szCs w:val="22"/>
              </w:rPr>
            </w:pPr>
            <w:r w:rsidRPr="00483212">
              <w:rPr>
                <w:rFonts w:ascii="Cambria" w:hAnsi="Cambria"/>
                <w:sz w:val="22"/>
                <w:szCs w:val="22"/>
              </w:rPr>
              <w:t>Potpis:</w:t>
            </w:r>
            <w:r w:rsidRPr="00483212">
              <w:rPr>
                <w:rFonts w:ascii="Cambria" w:hAnsi="Cambria"/>
                <w:b/>
                <w:sz w:val="22"/>
                <w:szCs w:val="22"/>
              </w:rPr>
              <w:tab/>
            </w:r>
            <w:r>
              <w:rPr>
                <w:rFonts w:ascii="Cambria" w:hAnsi="Cambria"/>
                <w:b/>
                <w:sz w:val="22"/>
                <w:szCs w:val="22"/>
              </w:rPr>
              <w:t>____________________________</w:t>
            </w:r>
          </w:p>
          <w:p w14:paraId="633A4CED" w14:textId="77777777" w:rsidR="006A1326" w:rsidRPr="0015011B" w:rsidRDefault="006A1326" w:rsidP="003302CE">
            <w:pPr>
              <w:tabs>
                <w:tab w:val="left" w:pos="5864"/>
              </w:tabs>
              <w:ind w:left="5864"/>
              <w:jc w:val="right"/>
              <w:rPr>
                <w:rFonts w:ascii="Cambria" w:hAnsi="Cambria"/>
                <w:b/>
              </w:rPr>
            </w:pPr>
            <w:r w:rsidRPr="0015011B">
              <w:rPr>
                <w:rFonts w:ascii="Cambria" w:hAnsi="Cambria"/>
                <w:b/>
              </w:rPr>
              <w:t xml:space="preserve">           (Ime i prezime mentora)</w:t>
            </w:r>
          </w:p>
          <w:p w14:paraId="4EA607DF" w14:textId="77777777" w:rsidR="006A1326" w:rsidRPr="00483212" w:rsidRDefault="006A1326" w:rsidP="003302CE">
            <w:pPr>
              <w:tabs>
                <w:tab w:val="left" w:pos="6935"/>
              </w:tabs>
              <w:rPr>
                <w:rFonts w:ascii="Cambria" w:hAnsi="Cambria"/>
                <w:b/>
                <w:sz w:val="22"/>
                <w:szCs w:val="22"/>
              </w:rPr>
            </w:pPr>
          </w:p>
          <w:p w14:paraId="5288E5CE" w14:textId="77777777" w:rsidR="006A1326" w:rsidRPr="00483212" w:rsidRDefault="006A1326" w:rsidP="003302CE">
            <w:pPr>
              <w:tabs>
                <w:tab w:val="left" w:pos="6935"/>
              </w:tabs>
              <w:rPr>
                <w:rFonts w:ascii="Cambria" w:hAnsi="Cambria"/>
                <w:b/>
                <w:sz w:val="22"/>
                <w:szCs w:val="22"/>
              </w:rPr>
            </w:pPr>
          </w:p>
          <w:p w14:paraId="68E4E9F9" w14:textId="77777777" w:rsidR="006A1326" w:rsidRPr="00483212" w:rsidRDefault="006A1326" w:rsidP="003302CE">
            <w:pPr>
              <w:tabs>
                <w:tab w:val="left" w:pos="6935"/>
              </w:tabs>
              <w:rPr>
                <w:rFonts w:ascii="Cambria" w:hAnsi="Cambria"/>
                <w:b/>
                <w:sz w:val="22"/>
                <w:szCs w:val="22"/>
              </w:rPr>
            </w:pPr>
          </w:p>
          <w:p w14:paraId="30F0E301" w14:textId="77777777" w:rsidR="006A1326" w:rsidRPr="00483212" w:rsidRDefault="006A1326" w:rsidP="003302CE">
            <w:pPr>
              <w:tabs>
                <w:tab w:val="left" w:pos="6935"/>
              </w:tabs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</w:tbl>
    <w:p w14:paraId="7F2BB102" w14:textId="77777777" w:rsidR="00FC6C5F" w:rsidRDefault="00FC6C5F"/>
    <w:sectPr w:rsidR="00FC6C5F" w:rsidSect="006A13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BF7B3" w14:textId="77777777" w:rsidR="004A19C3" w:rsidRDefault="004A19C3">
      <w:r>
        <w:separator/>
      </w:r>
    </w:p>
  </w:endnote>
  <w:endnote w:type="continuationSeparator" w:id="0">
    <w:p w14:paraId="5FD5D425" w14:textId="77777777" w:rsidR="004A19C3" w:rsidRDefault="004A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B60BB" w14:textId="77777777" w:rsidR="004A19C3" w:rsidRDefault="004A19C3">
      <w:r>
        <w:separator/>
      </w:r>
    </w:p>
  </w:footnote>
  <w:footnote w:type="continuationSeparator" w:id="0">
    <w:p w14:paraId="6BC28CDF" w14:textId="77777777" w:rsidR="004A19C3" w:rsidRDefault="004A1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5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3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33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34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5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6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4A19C3"/>
    <w:rsid w:val="004C7A4D"/>
    <w:rsid w:val="00504C3E"/>
    <w:rsid w:val="005277EC"/>
    <w:rsid w:val="00601894"/>
    <w:rsid w:val="006A1326"/>
    <w:rsid w:val="006D564B"/>
    <w:rsid w:val="007A1388"/>
    <w:rsid w:val="008045D0"/>
    <w:rsid w:val="008104E2"/>
    <w:rsid w:val="0082595E"/>
    <w:rsid w:val="0084644A"/>
    <w:rsid w:val="00956011"/>
    <w:rsid w:val="00A0668E"/>
    <w:rsid w:val="00AA1D8D"/>
    <w:rsid w:val="00AE3E35"/>
    <w:rsid w:val="00B47730"/>
    <w:rsid w:val="00C7370A"/>
    <w:rsid w:val="00C827FD"/>
    <w:rsid w:val="00CB0664"/>
    <w:rsid w:val="00D93D6A"/>
    <w:rsid w:val="00DE42E4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7</cp:revision>
  <dcterms:created xsi:type="dcterms:W3CDTF">2026-09-17T13:49:00Z</dcterms:created>
  <dcterms:modified xsi:type="dcterms:W3CDTF">2026-09-18T13:01:00Z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