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900" w:type="dxa"/>
        <w:tblInd w:w="-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32"/>
        <w:gridCol w:w="2410"/>
        <w:gridCol w:w="2283"/>
        <w:gridCol w:w="2475"/>
      </w:tblGrid>
      <w:tr w:rsidR="0009638F" w:rsidRPr="00415ED9" w14:paraId="1E1CCD74" w14:textId="77777777" w:rsidTr="0009638F">
        <w:trPr>
          <w:trHeight w:val="20"/>
        </w:trPr>
        <w:tc>
          <w:tcPr>
            <w:tcW w:w="9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14:paraId="103D6372" w14:textId="77777777" w:rsidR="0009638F" w:rsidRPr="00415ED9" w:rsidRDefault="0009638F" w:rsidP="0097746C">
            <w:pPr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 w:rsidRPr="00415ED9">
              <w:rPr>
                <w:rFonts w:ascii="Cambria" w:hAnsi="Cambria" w:cs="Arial"/>
                <w:b/>
                <w:sz w:val="22"/>
                <w:szCs w:val="22"/>
              </w:rPr>
              <w:t>LIC.SC.</w:t>
            </w:r>
            <w:r>
              <w:rPr>
                <w:rFonts w:ascii="Cambria" w:hAnsi="Cambria" w:cs="Arial"/>
                <w:b/>
                <w:sz w:val="22"/>
                <w:szCs w:val="22"/>
              </w:rPr>
              <w:t>-</w:t>
            </w:r>
            <w:r w:rsidRPr="00415ED9">
              <w:rPr>
                <w:rFonts w:ascii="Cambria" w:hAnsi="Cambria" w:cs="Arial"/>
                <w:b/>
                <w:sz w:val="22"/>
                <w:szCs w:val="22"/>
              </w:rPr>
              <w:t>04 – MOLBA ZA ODOBRENJE OBRANE LICENCIJATSKOG</w:t>
            </w:r>
            <w:r>
              <w:rPr>
                <w:rFonts w:ascii="Cambria" w:hAnsi="Cambria" w:cs="Arial"/>
                <w:b/>
                <w:sz w:val="22"/>
                <w:szCs w:val="22"/>
              </w:rPr>
              <w:t>A</w:t>
            </w:r>
            <w:r w:rsidRPr="00415ED9">
              <w:rPr>
                <w:rFonts w:ascii="Cambria" w:hAnsi="Cambria" w:cs="Arial"/>
                <w:b/>
                <w:sz w:val="22"/>
                <w:szCs w:val="22"/>
              </w:rPr>
              <w:t xml:space="preserve"> RADA</w:t>
            </w:r>
          </w:p>
        </w:tc>
      </w:tr>
      <w:tr w:rsidR="0009638F" w:rsidRPr="00415ED9" w14:paraId="4AF76919" w14:textId="77777777" w:rsidTr="0009638F">
        <w:trPr>
          <w:trHeight w:val="20"/>
        </w:trPr>
        <w:tc>
          <w:tcPr>
            <w:tcW w:w="9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14:paraId="5202A817" w14:textId="77777777" w:rsidR="0009638F" w:rsidRPr="00415ED9" w:rsidRDefault="0009638F" w:rsidP="0097746C">
            <w:pPr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</w:p>
        </w:tc>
      </w:tr>
      <w:tr w:rsidR="0009638F" w:rsidRPr="00415ED9" w14:paraId="4539F9A0" w14:textId="77777777" w:rsidTr="0009638F">
        <w:trPr>
          <w:trHeight w:val="20"/>
        </w:trPr>
        <w:tc>
          <w:tcPr>
            <w:tcW w:w="9900" w:type="dxa"/>
            <w:gridSpan w:val="4"/>
            <w:shd w:val="clear" w:color="auto" w:fill="CCCCCC"/>
            <w:vAlign w:val="center"/>
          </w:tcPr>
          <w:p w14:paraId="1087CFC2" w14:textId="77777777" w:rsidR="0009638F" w:rsidRPr="00415ED9" w:rsidRDefault="0009638F" w:rsidP="0097746C">
            <w:pPr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 w:rsidRPr="00415ED9">
              <w:rPr>
                <w:rFonts w:ascii="Cambria" w:hAnsi="Cambria" w:cs="Arial"/>
                <w:b/>
                <w:sz w:val="22"/>
                <w:szCs w:val="22"/>
              </w:rPr>
              <w:t>OPĆI PODATCI I KONTAKT PRISTUPNIKA/PRISTUPNICE</w:t>
            </w:r>
          </w:p>
        </w:tc>
      </w:tr>
      <w:tr w:rsidR="0009638F" w:rsidRPr="00415ED9" w14:paraId="39988A31" w14:textId="77777777" w:rsidTr="0009638F">
        <w:trPr>
          <w:trHeight w:val="454"/>
        </w:trPr>
        <w:tc>
          <w:tcPr>
            <w:tcW w:w="2732" w:type="dxa"/>
            <w:shd w:val="clear" w:color="auto" w:fill="auto"/>
            <w:vAlign w:val="center"/>
          </w:tcPr>
          <w:p w14:paraId="5C2A5926" w14:textId="77777777" w:rsidR="0009638F" w:rsidRPr="00415ED9" w:rsidRDefault="0009638F" w:rsidP="0097746C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415ED9">
              <w:rPr>
                <w:rFonts w:ascii="Cambria" w:hAnsi="Cambria" w:cs="Arial"/>
                <w:b/>
                <w:sz w:val="22"/>
                <w:szCs w:val="22"/>
              </w:rPr>
              <w:t xml:space="preserve">Ime i prezime </w:t>
            </w:r>
            <w:r>
              <w:rPr>
                <w:rFonts w:ascii="Cambria" w:hAnsi="Cambria" w:cs="Arial"/>
                <w:b/>
                <w:sz w:val="22"/>
                <w:szCs w:val="22"/>
              </w:rPr>
              <w:br/>
            </w:r>
            <w:r w:rsidRPr="00415ED9">
              <w:rPr>
                <w:rFonts w:ascii="Cambria" w:hAnsi="Cambria" w:cs="Arial"/>
                <w:b/>
                <w:sz w:val="22"/>
                <w:szCs w:val="22"/>
              </w:rPr>
              <w:t>pristupnika/pristupnice</w:t>
            </w:r>
          </w:p>
        </w:tc>
        <w:tc>
          <w:tcPr>
            <w:tcW w:w="7168" w:type="dxa"/>
            <w:gridSpan w:val="3"/>
            <w:shd w:val="clear" w:color="auto" w:fill="auto"/>
            <w:vAlign w:val="center"/>
          </w:tcPr>
          <w:p w14:paraId="5FAAE177" w14:textId="77777777" w:rsidR="0009638F" w:rsidRPr="00415ED9" w:rsidRDefault="0009638F" w:rsidP="0097746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09638F" w:rsidRPr="00415ED9" w14:paraId="23415977" w14:textId="77777777" w:rsidTr="0009638F">
        <w:trPr>
          <w:trHeight w:val="454"/>
        </w:trPr>
        <w:tc>
          <w:tcPr>
            <w:tcW w:w="2732" w:type="dxa"/>
            <w:shd w:val="clear" w:color="auto" w:fill="auto"/>
            <w:vAlign w:val="center"/>
          </w:tcPr>
          <w:p w14:paraId="2BFA4C39" w14:textId="77777777" w:rsidR="0009638F" w:rsidRPr="00415ED9" w:rsidRDefault="0009638F" w:rsidP="0097746C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415ED9">
              <w:rPr>
                <w:rFonts w:ascii="Cambria" w:hAnsi="Cambria" w:cs="Arial"/>
                <w:b/>
                <w:sz w:val="22"/>
                <w:szCs w:val="22"/>
              </w:rPr>
              <w:t xml:space="preserve">Matični broj </w:t>
            </w:r>
            <w:r>
              <w:rPr>
                <w:rFonts w:ascii="Cambria" w:hAnsi="Cambria" w:cs="Arial"/>
                <w:b/>
                <w:sz w:val="22"/>
                <w:szCs w:val="22"/>
              </w:rPr>
              <w:br/>
            </w:r>
            <w:r w:rsidRPr="00415ED9">
              <w:rPr>
                <w:rFonts w:ascii="Cambria" w:hAnsi="Cambria" w:cs="Arial"/>
                <w:b/>
                <w:sz w:val="22"/>
                <w:szCs w:val="22"/>
              </w:rPr>
              <w:t>pristupnika/pristupnice</w:t>
            </w:r>
          </w:p>
        </w:tc>
        <w:tc>
          <w:tcPr>
            <w:tcW w:w="7168" w:type="dxa"/>
            <w:gridSpan w:val="3"/>
            <w:vAlign w:val="center"/>
          </w:tcPr>
          <w:p w14:paraId="3C4AF90E" w14:textId="77777777" w:rsidR="0009638F" w:rsidRPr="00415ED9" w:rsidRDefault="0009638F" w:rsidP="0097746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09638F" w:rsidRPr="00415ED9" w14:paraId="6773F418" w14:textId="77777777" w:rsidTr="0009638F">
        <w:trPr>
          <w:trHeight w:val="454"/>
        </w:trPr>
        <w:tc>
          <w:tcPr>
            <w:tcW w:w="2732" w:type="dxa"/>
            <w:shd w:val="clear" w:color="auto" w:fill="auto"/>
            <w:vAlign w:val="center"/>
          </w:tcPr>
          <w:p w14:paraId="1D11F9BB" w14:textId="77777777" w:rsidR="0009638F" w:rsidRPr="00415ED9" w:rsidRDefault="0009638F" w:rsidP="0097746C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415ED9">
              <w:rPr>
                <w:rFonts w:ascii="Cambria" w:hAnsi="Cambria" w:cs="Arial"/>
                <w:b/>
                <w:sz w:val="22"/>
                <w:szCs w:val="22"/>
              </w:rPr>
              <w:t xml:space="preserve">Ime i prezime majke </w:t>
            </w:r>
            <w:r>
              <w:rPr>
                <w:rFonts w:ascii="Cambria" w:hAnsi="Cambria" w:cs="Arial"/>
                <w:b/>
                <w:sz w:val="22"/>
                <w:szCs w:val="22"/>
              </w:rPr>
              <w:br/>
            </w:r>
            <w:r w:rsidRPr="00415ED9">
              <w:rPr>
                <w:rFonts w:ascii="Cambria" w:hAnsi="Cambria" w:cs="Arial"/>
                <w:b/>
                <w:sz w:val="22"/>
                <w:szCs w:val="22"/>
              </w:rPr>
              <w:t>i/ili oca</w:t>
            </w:r>
          </w:p>
        </w:tc>
        <w:tc>
          <w:tcPr>
            <w:tcW w:w="7168" w:type="dxa"/>
            <w:gridSpan w:val="3"/>
            <w:shd w:val="clear" w:color="auto" w:fill="auto"/>
            <w:vAlign w:val="center"/>
          </w:tcPr>
          <w:p w14:paraId="55A64A0F" w14:textId="77777777" w:rsidR="0009638F" w:rsidRPr="00415ED9" w:rsidRDefault="0009638F" w:rsidP="0097746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09638F" w:rsidRPr="00415ED9" w14:paraId="5122E094" w14:textId="77777777" w:rsidTr="0009638F">
        <w:trPr>
          <w:trHeight w:val="454"/>
        </w:trPr>
        <w:tc>
          <w:tcPr>
            <w:tcW w:w="2732" w:type="dxa"/>
            <w:shd w:val="clear" w:color="auto" w:fill="auto"/>
            <w:vAlign w:val="center"/>
          </w:tcPr>
          <w:p w14:paraId="666823F8" w14:textId="77777777" w:rsidR="0009638F" w:rsidRPr="00415ED9" w:rsidRDefault="0009638F" w:rsidP="0097746C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415ED9">
              <w:rPr>
                <w:rFonts w:ascii="Cambria" w:hAnsi="Cambria" w:cs="Arial"/>
                <w:b/>
                <w:sz w:val="22"/>
                <w:szCs w:val="22"/>
              </w:rPr>
              <w:t>Datum i mjesto rođenja</w:t>
            </w:r>
          </w:p>
        </w:tc>
        <w:tc>
          <w:tcPr>
            <w:tcW w:w="7168" w:type="dxa"/>
            <w:gridSpan w:val="3"/>
            <w:shd w:val="clear" w:color="auto" w:fill="auto"/>
            <w:vAlign w:val="center"/>
          </w:tcPr>
          <w:p w14:paraId="4438C679" w14:textId="77777777" w:rsidR="0009638F" w:rsidRPr="00415ED9" w:rsidRDefault="0009638F" w:rsidP="0097746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09638F" w:rsidRPr="00415ED9" w14:paraId="5FFCA3A5" w14:textId="77777777" w:rsidTr="0009638F">
        <w:trPr>
          <w:trHeight w:val="454"/>
        </w:trPr>
        <w:tc>
          <w:tcPr>
            <w:tcW w:w="2732" w:type="dxa"/>
            <w:shd w:val="clear" w:color="auto" w:fill="auto"/>
            <w:vAlign w:val="center"/>
          </w:tcPr>
          <w:p w14:paraId="420E78B0" w14:textId="77777777" w:rsidR="0009638F" w:rsidRPr="00415ED9" w:rsidRDefault="0009638F" w:rsidP="0097746C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415ED9">
              <w:rPr>
                <w:rFonts w:ascii="Cambria" w:hAnsi="Cambria" w:cs="Arial"/>
                <w:b/>
                <w:sz w:val="22"/>
                <w:szCs w:val="22"/>
              </w:rPr>
              <w:t>Adresa</w:t>
            </w:r>
          </w:p>
        </w:tc>
        <w:tc>
          <w:tcPr>
            <w:tcW w:w="7168" w:type="dxa"/>
            <w:gridSpan w:val="3"/>
            <w:shd w:val="clear" w:color="auto" w:fill="auto"/>
            <w:vAlign w:val="center"/>
          </w:tcPr>
          <w:p w14:paraId="4038D97F" w14:textId="77777777" w:rsidR="0009638F" w:rsidRPr="00415ED9" w:rsidRDefault="0009638F" w:rsidP="0097746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09638F" w:rsidRPr="00415ED9" w14:paraId="5A354A3E" w14:textId="77777777" w:rsidTr="0009638F">
        <w:trPr>
          <w:trHeight w:val="454"/>
        </w:trPr>
        <w:tc>
          <w:tcPr>
            <w:tcW w:w="2732" w:type="dxa"/>
            <w:shd w:val="clear" w:color="auto" w:fill="auto"/>
            <w:vAlign w:val="center"/>
          </w:tcPr>
          <w:p w14:paraId="7A1EC7DB" w14:textId="77777777" w:rsidR="0009638F" w:rsidRPr="00415ED9" w:rsidRDefault="0009638F" w:rsidP="0097746C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415ED9">
              <w:rPr>
                <w:rFonts w:ascii="Cambria" w:hAnsi="Cambria" w:cs="Arial"/>
                <w:b/>
                <w:sz w:val="22"/>
                <w:szCs w:val="22"/>
              </w:rPr>
              <w:t>Telefon / mobitel</w:t>
            </w:r>
          </w:p>
        </w:tc>
        <w:tc>
          <w:tcPr>
            <w:tcW w:w="7168" w:type="dxa"/>
            <w:gridSpan w:val="3"/>
            <w:shd w:val="clear" w:color="auto" w:fill="auto"/>
            <w:vAlign w:val="center"/>
          </w:tcPr>
          <w:p w14:paraId="09E61160" w14:textId="77777777" w:rsidR="0009638F" w:rsidRPr="00415ED9" w:rsidRDefault="0009638F" w:rsidP="0097746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09638F" w:rsidRPr="00415ED9" w14:paraId="2070AF04" w14:textId="77777777" w:rsidTr="0009638F">
        <w:trPr>
          <w:trHeight w:val="454"/>
        </w:trPr>
        <w:tc>
          <w:tcPr>
            <w:tcW w:w="273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96E1978" w14:textId="77777777" w:rsidR="0009638F" w:rsidRPr="00415ED9" w:rsidRDefault="0009638F" w:rsidP="0097746C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415ED9">
              <w:rPr>
                <w:rFonts w:ascii="Cambria" w:hAnsi="Cambria" w:cs="Arial"/>
                <w:b/>
                <w:sz w:val="22"/>
                <w:szCs w:val="22"/>
              </w:rPr>
              <w:t>E-pošta</w:t>
            </w:r>
          </w:p>
        </w:tc>
        <w:tc>
          <w:tcPr>
            <w:tcW w:w="7168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FD3EE7B" w14:textId="77777777" w:rsidR="0009638F" w:rsidRPr="00415ED9" w:rsidRDefault="0009638F" w:rsidP="0097746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09638F" w:rsidRPr="00415ED9" w14:paraId="32F6CA3F" w14:textId="77777777" w:rsidTr="0009638F">
        <w:trPr>
          <w:trHeight w:val="454"/>
        </w:trPr>
        <w:tc>
          <w:tcPr>
            <w:tcW w:w="2732" w:type="dxa"/>
            <w:tcBorders>
              <w:bottom w:val="single" w:sz="4" w:space="0" w:color="auto"/>
            </w:tcBorders>
            <w:vAlign w:val="center"/>
          </w:tcPr>
          <w:p w14:paraId="1DF6E720" w14:textId="77777777" w:rsidR="0009638F" w:rsidRPr="00415ED9" w:rsidRDefault="0009638F" w:rsidP="0097746C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415ED9">
              <w:rPr>
                <w:rFonts w:ascii="Cambria" w:hAnsi="Cambria" w:cs="Arial"/>
                <w:b/>
                <w:sz w:val="22"/>
                <w:szCs w:val="22"/>
              </w:rPr>
              <w:t>Modul</w:t>
            </w:r>
          </w:p>
        </w:tc>
        <w:tc>
          <w:tcPr>
            <w:tcW w:w="7168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240D72B8" w14:textId="77777777" w:rsidR="0009638F" w:rsidRPr="00415ED9" w:rsidRDefault="0009638F" w:rsidP="0097746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09638F" w:rsidRPr="00415ED9" w14:paraId="2F79235C" w14:textId="77777777" w:rsidTr="0009638F">
        <w:trPr>
          <w:trHeight w:val="454"/>
        </w:trPr>
        <w:tc>
          <w:tcPr>
            <w:tcW w:w="273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0B99EB7" w14:textId="77777777" w:rsidR="0009638F" w:rsidRPr="00415ED9" w:rsidRDefault="0009638F" w:rsidP="0097746C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415ED9">
              <w:rPr>
                <w:rFonts w:ascii="Cambria" w:hAnsi="Cambria" w:cs="Arial"/>
                <w:b/>
                <w:sz w:val="22"/>
                <w:szCs w:val="22"/>
              </w:rPr>
              <w:t>Datum upisa poslijediplomskog</w:t>
            </w:r>
            <w:r>
              <w:rPr>
                <w:rFonts w:ascii="Cambria" w:hAnsi="Cambria" w:cs="Arial"/>
                <w:b/>
                <w:sz w:val="22"/>
                <w:szCs w:val="22"/>
              </w:rPr>
              <w:t>a</w:t>
            </w:r>
            <w:r w:rsidRPr="00415ED9">
              <w:rPr>
                <w:rFonts w:ascii="Cambria" w:hAnsi="Cambria" w:cs="Arial"/>
                <w:b/>
                <w:sz w:val="22"/>
                <w:szCs w:val="22"/>
              </w:rPr>
              <w:t xml:space="preserve"> studija</w:t>
            </w:r>
          </w:p>
        </w:tc>
        <w:tc>
          <w:tcPr>
            <w:tcW w:w="7168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C0AA56D" w14:textId="77777777" w:rsidR="0009638F" w:rsidRPr="00415ED9" w:rsidRDefault="0009638F" w:rsidP="0097746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09638F" w:rsidRPr="00415ED9" w14:paraId="392BD68C" w14:textId="77777777" w:rsidTr="0009638F">
        <w:trPr>
          <w:trHeight w:val="454"/>
        </w:trPr>
        <w:tc>
          <w:tcPr>
            <w:tcW w:w="9900" w:type="dxa"/>
            <w:gridSpan w:val="4"/>
            <w:shd w:val="clear" w:color="auto" w:fill="CCCCCC"/>
            <w:vAlign w:val="center"/>
          </w:tcPr>
          <w:p w14:paraId="554E5551" w14:textId="77777777" w:rsidR="0009638F" w:rsidRPr="00415ED9" w:rsidRDefault="0009638F" w:rsidP="0097746C">
            <w:pPr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 w:rsidRPr="00415ED9">
              <w:rPr>
                <w:rFonts w:ascii="Cambria" w:hAnsi="Cambria" w:cs="Arial"/>
                <w:b/>
                <w:sz w:val="22"/>
                <w:szCs w:val="22"/>
              </w:rPr>
              <w:t>ŽIVOTOPIS PRISTUPNIKA/PRISTUPNICE</w:t>
            </w:r>
          </w:p>
        </w:tc>
      </w:tr>
      <w:tr w:rsidR="0009638F" w:rsidRPr="00415ED9" w14:paraId="66D1D1E7" w14:textId="77777777" w:rsidTr="0009638F">
        <w:trPr>
          <w:trHeight w:val="454"/>
        </w:trPr>
        <w:tc>
          <w:tcPr>
            <w:tcW w:w="2732" w:type="dxa"/>
            <w:shd w:val="clear" w:color="auto" w:fill="auto"/>
            <w:vAlign w:val="center"/>
          </w:tcPr>
          <w:p w14:paraId="61D295B2" w14:textId="77777777" w:rsidR="0009638F" w:rsidRPr="00415ED9" w:rsidRDefault="0009638F" w:rsidP="0097746C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415ED9">
              <w:rPr>
                <w:rFonts w:ascii="Cambria" w:hAnsi="Cambria" w:cs="Arial"/>
                <w:b/>
                <w:sz w:val="22"/>
                <w:szCs w:val="22"/>
              </w:rPr>
              <w:t xml:space="preserve">Obrazovanje </w:t>
            </w:r>
          </w:p>
          <w:p w14:paraId="66C5A986" w14:textId="77777777" w:rsidR="0009638F" w:rsidRPr="00415ED9" w:rsidRDefault="0009638F" w:rsidP="0097746C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415ED9">
              <w:rPr>
                <w:rFonts w:ascii="Cambria" w:hAnsi="Cambria" w:cs="Arial"/>
                <w:sz w:val="22"/>
                <w:szCs w:val="22"/>
              </w:rPr>
              <w:t xml:space="preserve">(kronološki od novijeg </w:t>
            </w:r>
            <w:r>
              <w:rPr>
                <w:rFonts w:ascii="Cambria" w:hAnsi="Cambria" w:cs="Arial"/>
                <w:sz w:val="22"/>
                <w:szCs w:val="22"/>
              </w:rPr>
              <w:br/>
            </w:r>
            <w:r w:rsidRPr="00415ED9">
              <w:rPr>
                <w:rFonts w:ascii="Cambria" w:hAnsi="Cambria" w:cs="Arial"/>
                <w:sz w:val="22"/>
                <w:szCs w:val="22"/>
              </w:rPr>
              <w:t>do starijeg datuma):</w:t>
            </w:r>
          </w:p>
        </w:tc>
        <w:tc>
          <w:tcPr>
            <w:tcW w:w="7168" w:type="dxa"/>
            <w:gridSpan w:val="3"/>
            <w:shd w:val="clear" w:color="auto" w:fill="auto"/>
            <w:vAlign w:val="center"/>
          </w:tcPr>
          <w:p w14:paraId="48056E0B" w14:textId="77777777" w:rsidR="0009638F" w:rsidRPr="00415ED9" w:rsidRDefault="0009638F" w:rsidP="0097746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  <w:p w14:paraId="135B7936" w14:textId="77777777" w:rsidR="0009638F" w:rsidRPr="00415ED9" w:rsidRDefault="0009638F" w:rsidP="0097746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  <w:p w14:paraId="3745BE98" w14:textId="77777777" w:rsidR="0009638F" w:rsidRPr="00415ED9" w:rsidRDefault="0009638F" w:rsidP="0097746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  <w:p w14:paraId="09ADACFB" w14:textId="77777777" w:rsidR="0009638F" w:rsidRPr="00415ED9" w:rsidRDefault="0009638F" w:rsidP="0097746C">
            <w:pPr>
              <w:jc w:val="both"/>
              <w:rPr>
                <w:rFonts w:ascii="Cambria" w:hAnsi="Cambria" w:cs="Arial"/>
                <w:b/>
                <w:sz w:val="22"/>
                <w:szCs w:val="22"/>
              </w:rPr>
            </w:pPr>
          </w:p>
        </w:tc>
      </w:tr>
      <w:tr w:rsidR="0009638F" w:rsidRPr="00415ED9" w14:paraId="1AFEF6EA" w14:textId="77777777" w:rsidTr="0009638F">
        <w:trPr>
          <w:trHeight w:val="454"/>
        </w:trPr>
        <w:tc>
          <w:tcPr>
            <w:tcW w:w="9900" w:type="dxa"/>
            <w:gridSpan w:val="4"/>
            <w:shd w:val="clear" w:color="auto" w:fill="CCCCCC"/>
            <w:vAlign w:val="center"/>
          </w:tcPr>
          <w:p w14:paraId="1A6E7804" w14:textId="77777777" w:rsidR="0009638F" w:rsidRPr="00415ED9" w:rsidRDefault="0009638F" w:rsidP="0097746C">
            <w:pPr>
              <w:spacing w:before="120"/>
              <w:jc w:val="center"/>
              <w:rPr>
                <w:rFonts w:ascii="Cambria" w:hAnsi="Cambria"/>
                <w:b/>
                <w:sz w:val="22"/>
                <w:szCs w:val="22"/>
              </w:rPr>
            </w:pPr>
            <w:r w:rsidRPr="00415ED9">
              <w:rPr>
                <w:rFonts w:ascii="Cambria" w:hAnsi="Cambria"/>
                <w:b/>
                <w:sz w:val="22"/>
                <w:szCs w:val="22"/>
                <w:lang w:val="pt-BR"/>
              </w:rPr>
              <w:t>NASLOV LICENCIJATSKOG</w:t>
            </w:r>
            <w:r>
              <w:rPr>
                <w:rFonts w:ascii="Cambria" w:hAnsi="Cambria"/>
                <w:b/>
                <w:sz w:val="22"/>
                <w:szCs w:val="22"/>
                <w:lang w:val="pt-BR"/>
              </w:rPr>
              <w:t>A</w:t>
            </w:r>
            <w:r w:rsidRPr="00415ED9">
              <w:rPr>
                <w:rFonts w:ascii="Cambria" w:hAnsi="Cambria"/>
                <w:b/>
                <w:sz w:val="22"/>
                <w:szCs w:val="22"/>
                <w:lang w:val="pt-BR"/>
              </w:rPr>
              <w:t xml:space="preserve"> RADA</w:t>
            </w:r>
          </w:p>
        </w:tc>
      </w:tr>
      <w:tr w:rsidR="0009638F" w:rsidRPr="00415ED9" w14:paraId="6FB6D4E9" w14:textId="77777777" w:rsidTr="0009638F">
        <w:trPr>
          <w:trHeight w:val="454"/>
        </w:trPr>
        <w:tc>
          <w:tcPr>
            <w:tcW w:w="2732" w:type="dxa"/>
            <w:shd w:val="clear" w:color="auto" w:fill="auto"/>
            <w:vAlign w:val="center"/>
          </w:tcPr>
          <w:p w14:paraId="42533118" w14:textId="77777777" w:rsidR="0009638F" w:rsidRPr="00415ED9" w:rsidRDefault="0009638F" w:rsidP="0097746C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415ED9">
              <w:rPr>
                <w:rFonts w:ascii="Cambria" w:hAnsi="Cambria" w:cs="Arial"/>
                <w:b/>
                <w:sz w:val="22"/>
                <w:szCs w:val="22"/>
              </w:rPr>
              <w:t>Hrvatski</w:t>
            </w:r>
          </w:p>
        </w:tc>
        <w:tc>
          <w:tcPr>
            <w:tcW w:w="7168" w:type="dxa"/>
            <w:gridSpan w:val="3"/>
            <w:shd w:val="clear" w:color="auto" w:fill="auto"/>
            <w:vAlign w:val="center"/>
          </w:tcPr>
          <w:p w14:paraId="0C8F4781" w14:textId="77777777" w:rsidR="0009638F" w:rsidRPr="00415ED9" w:rsidRDefault="0009638F" w:rsidP="0097746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09638F" w:rsidRPr="00415ED9" w14:paraId="1B76EE84" w14:textId="77777777" w:rsidTr="0009638F">
        <w:trPr>
          <w:trHeight w:val="454"/>
        </w:trPr>
        <w:tc>
          <w:tcPr>
            <w:tcW w:w="2732" w:type="dxa"/>
            <w:shd w:val="clear" w:color="auto" w:fill="auto"/>
            <w:vAlign w:val="center"/>
          </w:tcPr>
          <w:p w14:paraId="5412DF90" w14:textId="77777777" w:rsidR="0009638F" w:rsidRPr="00415ED9" w:rsidRDefault="0009638F" w:rsidP="0097746C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415ED9">
              <w:rPr>
                <w:rFonts w:ascii="Cambria" w:hAnsi="Cambria" w:cs="Arial"/>
                <w:b/>
                <w:sz w:val="22"/>
                <w:szCs w:val="22"/>
              </w:rPr>
              <w:t>Engleski</w:t>
            </w:r>
          </w:p>
        </w:tc>
        <w:tc>
          <w:tcPr>
            <w:tcW w:w="7168" w:type="dxa"/>
            <w:gridSpan w:val="3"/>
            <w:shd w:val="clear" w:color="auto" w:fill="auto"/>
            <w:vAlign w:val="center"/>
          </w:tcPr>
          <w:p w14:paraId="731766F5" w14:textId="77777777" w:rsidR="0009638F" w:rsidRPr="00415ED9" w:rsidRDefault="0009638F" w:rsidP="0097746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  <w:p w14:paraId="63D5C86D" w14:textId="77777777" w:rsidR="0009638F" w:rsidRPr="00415ED9" w:rsidRDefault="0009638F" w:rsidP="0097746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09638F" w:rsidRPr="00415ED9" w14:paraId="3C78CA23" w14:textId="77777777" w:rsidTr="0009638F">
        <w:trPr>
          <w:trHeight w:val="454"/>
        </w:trPr>
        <w:tc>
          <w:tcPr>
            <w:tcW w:w="9900" w:type="dxa"/>
            <w:gridSpan w:val="4"/>
            <w:shd w:val="clear" w:color="auto" w:fill="CCCCCC"/>
            <w:vAlign w:val="center"/>
          </w:tcPr>
          <w:p w14:paraId="3CA90D87" w14:textId="77777777" w:rsidR="0009638F" w:rsidRPr="00415ED9" w:rsidRDefault="0009638F" w:rsidP="0097746C">
            <w:pPr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 w:rsidRPr="00415ED9">
              <w:rPr>
                <w:rFonts w:ascii="Cambria" w:hAnsi="Cambria"/>
                <w:b/>
                <w:sz w:val="22"/>
                <w:szCs w:val="22"/>
                <w:lang w:val="pt-BR"/>
              </w:rPr>
              <w:t>MENTOR(I)</w:t>
            </w:r>
          </w:p>
        </w:tc>
      </w:tr>
      <w:tr w:rsidR="0009638F" w:rsidRPr="00415ED9" w14:paraId="3FC221FE" w14:textId="77777777" w:rsidTr="0009638F">
        <w:trPr>
          <w:trHeight w:val="454"/>
        </w:trPr>
        <w:tc>
          <w:tcPr>
            <w:tcW w:w="2732" w:type="dxa"/>
            <w:vAlign w:val="center"/>
          </w:tcPr>
          <w:p w14:paraId="00EF6F3E" w14:textId="77777777" w:rsidR="0009638F" w:rsidRPr="00415ED9" w:rsidRDefault="0009638F" w:rsidP="0097746C">
            <w:pPr>
              <w:rPr>
                <w:rFonts w:ascii="Cambria" w:hAnsi="Cambria" w:cs="Arial"/>
                <w:b/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7C8B5EC8" w14:textId="77777777" w:rsidR="0009638F" w:rsidRPr="00415ED9" w:rsidRDefault="0009638F" w:rsidP="0097746C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415ED9">
              <w:rPr>
                <w:rFonts w:ascii="Cambria" w:hAnsi="Cambria" w:cs="Arial"/>
                <w:b/>
                <w:sz w:val="22"/>
                <w:szCs w:val="22"/>
              </w:rPr>
              <w:t>Titula, ime</w:t>
            </w:r>
            <w:r>
              <w:rPr>
                <w:rFonts w:ascii="Cambria" w:hAnsi="Cambria" w:cs="Arial"/>
                <w:b/>
                <w:sz w:val="22"/>
                <w:szCs w:val="22"/>
              </w:rPr>
              <w:t xml:space="preserve"> i </w:t>
            </w:r>
            <w:r w:rsidRPr="00415ED9">
              <w:rPr>
                <w:rFonts w:ascii="Cambria" w:hAnsi="Cambria" w:cs="Arial"/>
                <w:b/>
                <w:sz w:val="22"/>
                <w:szCs w:val="22"/>
              </w:rPr>
              <w:t xml:space="preserve"> prezime</w:t>
            </w:r>
          </w:p>
        </w:tc>
        <w:tc>
          <w:tcPr>
            <w:tcW w:w="2283" w:type="dxa"/>
            <w:vAlign w:val="center"/>
          </w:tcPr>
          <w:p w14:paraId="09C026E1" w14:textId="77777777" w:rsidR="0009638F" w:rsidRPr="00415ED9" w:rsidRDefault="0009638F" w:rsidP="0097746C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415ED9">
              <w:rPr>
                <w:rFonts w:ascii="Cambria" w:hAnsi="Cambria" w:cs="Arial"/>
                <w:b/>
                <w:sz w:val="22"/>
                <w:szCs w:val="22"/>
              </w:rPr>
              <w:t>Ustanova</w:t>
            </w:r>
          </w:p>
        </w:tc>
        <w:tc>
          <w:tcPr>
            <w:tcW w:w="2475" w:type="dxa"/>
            <w:vAlign w:val="center"/>
          </w:tcPr>
          <w:p w14:paraId="2BA04D4C" w14:textId="77777777" w:rsidR="0009638F" w:rsidRPr="00415ED9" w:rsidRDefault="0009638F" w:rsidP="0097746C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415ED9">
              <w:rPr>
                <w:rFonts w:ascii="Cambria" w:hAnsi="Cambria" w:cs="Arial"/>
                <w:b/>
                <w:sz w:val="22"/>
                <w:szCs w:val="22"/>
              </w:rPr>
              <w:t>E-pošta</w:t>
            </w:r>
          </w:p>
        </w:tc>
      </w:tr>
      <w:tr w:rsidR="0009638F" w:rsidRPr="00415ED9" w14:paraId="04417804" w14:textId="77777777" w:rsidTr="0009638F">
        <w:trPr>
          <w:trHeight w:val="454"/>
        </w:trPr>
        <w:tc>
          <w:tcPr>
            <w:tcW w:w="2732" w:type="dxa"/>
            <w:vAlign w:val="center"/>
          </w:tcPr>
          <w:p w14:paraId="159EEEC2" w14:textId="77777777" w:rsidR="0009638F" w:rsidRPr="00415ED9" w:rsidRDefault="0009638F" w:rsidP="0097746C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415ED9">
              <w:rPr>
                <w:rFonts w:ascii="Cambria" w:hAnsi="Cambria" w:cs="Arial"/>
                <w:b/>
                <w:sz w:val="22"/>
                <w:szCs w:val="22"/>
              </w:rPr>
              <w:t>Mentor 1</w:t>
            </w:r>
          </w:p>
        </w:tc>
        <w:tc>
          <w:tcPr>
            <w:tcW w:w="2410" w:type="dxa"/>
          </w:tcPr>
          <w:p w14:paraId="0D3A4805" w14:textId="77777777" w:rsidR="0009638F" w:rsidRPr="00415ED9" w:rsidRDefault="0009638F" w:rsidP="0097746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2283" w:type="dxa"/>
          </w:tcPr>
          <w:p w14:paraId="0FE99C7F" w14:textId="77777777" w:rsidR="0009638F" w:rsidRPr="00415ED9" w:rsidRDefault="0009638F" w:rsidP="0097746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2475" w:type="dxa"/>
          </w:tcPr>
          <w:p w14:paraId="10255BDA" w14:textId="77777777" w:rsidR="0009638F" w:rsidRPr="00415ED9" w:rsidRDefault="0009638F" w:rsidP="0097746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09638F" w:rsidRPr="00415ED9" w14:paraId="1880DE55" w14:textId="77777777" w:rsidTr="0009638F">
        <w:trPr>
          <w:trHeight w:val="454"/>
        </w:trPr>
        <w:tc>
          <w:tcPr>
            <w:tcW w:w="2732" w:type="dxa"/>
            <w:vAlign w:val="center"/>
          </w:tcPr>
          <w:p w14:paraId="5EA5DF4F" w14:textId="77777777" w:rsidR="0009638F" w:rsidRPr="00415ED9" w:rsidRDefault="0009638F" w:rsidP="0097746C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415ED9">
              <w:rPr>
                <w:rFonts w:ascii="Cambria" w:hAnsi="Cambria" w:cs="Arial"/>
                <w:b/>
                <w:sz w:val="22"/>
                <w:szCs w:val="22"/>
              </w:rPr>
              <w:t>Mentor 2</w:t>
            </w:r>
          </w:p>
        </w:tc>
        <w:tc>
          <w:tcPr>
            <w:tcW w:w="2410" w:type="dxa"/>
          </w:tcPr>
          <w:p w14:paraId="1C74B9D6" w14:textId="77777777" w:rsidR="0009638F" w:rsidRPr="00415ED9" w:rsidRDefault="0009638F" w:rsidP="0097746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2283" w:type="dxa"/>
          </w:tcPr>
          <w:p w14:paraId="4509FBF1" w14:textId="77777777" w:rsidR="0009638F" w:rsidRPr="00415ED9" w:rsidRDefault="0009638F" w:rsidP="0097746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2475" w:type="dxa"/>
          </w:tcPr>
          <w:p w14:paraId="2B13250B" w14:textId="77777777" w:rsidR="0009638F" w:rsidRPr="00415ED9" w:rsidRDefault="0009638F" w:rsidP="0097746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09638F" w:rsidRPr="00415ED9" w14:paraId="3C9977E7" w14:textId="77777777" w:rsidTr="0009638F">
        <w:trPr>
          <w:trHeight w:hRule="exact" w:val="454"/>
        </w:trPr>
        <w:tc>
          <w:tcPr>
            <w:tcW w:w="9900" w:type="dxa"/>
            <w:gridSpan w:val="4"/>
            <w:shd w:val="clear" w:color="auto" w:fill="CCCCCC"/>
            <w:vAlign w:val="center"/>
          </w:tcPr>
          <w:p w14:paraId="22DE135C" w14:textId="77777777" w:rsidR="0009638F" w:rsidRPr="00415ED9" w:rsidRDefault="0009638F" w:rsidP="0097746C">
            <w:pPr>
              <w:jc w:val="center"/>
              <w:rPr>
                <w:rFonts w:ascii="Cambria" w:hAnsi="Cambria"/>
                <w:b/>
                <w:sz w:val="22"/>
                <w:szCs w:val="22"/>
              </w:rPr>
            </w:pPr>
            <w:r w:rsidRPr="00415ED9">
              <w:rPr>
                <w:rFonts w:ascii="Cambria" w:hAnsi="Cambria" w:cs="Arial"/>
                <w:b/>
                <w:sz w:val="22"/>
                <w:szCs w:val="22"/>
              </w:rPr>
              <w:t>OBRAZLOŽENJE:</w:t>
            </w:r>
          </w:p>
        </w:tc>
      </w:tr>
      <w:tr w:rsidR="0009638F" w:rsidRPr="00415ED9" w14:paraId="6BB620F4" w14:textId="77777777" w:rsidTr="0009638F">
        <w:trPr>
          <w:trHeight w:val="454"/>
        </w:trPr>
        <w:tc>
          <w:tcPr>
            <w:tcW w:w="9900" w:type="dxa"/>
            <w:gridSpan w:val="4"/>
            <w:vAlign w:val="center"/>
          </w:tcPr>
          <w:p w14:paraId="6699BDB2" w14:textId="77777777" w:rsidR="0009638F" w:rsidRPr="00415ED9" w:rsidRDefault="0009638F" w:rsidP="0097746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t>...</w:t>
            </w:r>
          </w:p>
          <w:p w14:paraId="330F3B45" w14:textId="77777777" w:rsidR="0009638F" w:rsidRPr="00415ED9" w:rsidRDefault="0009638F" w:rsidP="0097746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  <w:p w14:paraId="6A61853B" w14:textId="77777777" w:rsidR="0009638F" w:rsidRPr="00415ED9" w:rsidRDefault="0009638F" w:rsidP="0097746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  <w:p w14:paraId="3A4106FE" w14:textId="77777777" w:rsidR="0009638F" w:rsidRPr="00415ED9" w:rsidRDefault="0009638F" w:rsidP="0097746C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09638F" w:rsidRPr="00415ED9" w14:paraId="6E7E6AE2" w14:textId="77777777" w:rsidTr="0009638F">
        <w:trPr>
          <w:trHeight w:val="454"/>
        </w:trPr>
        <w:tc>
          <w:tcPr>
            <w:tcW w:w="9900" w:type="dxa"/>
            <w:gridSpan w:val="4"/>
            <w:tcBorders>
              <w:bottom w:val="single" w:sz="4" w:space="0" w:color="auto"/>
            </w:tcBorders>
          </w:tcPr>
          <w:p w14:paraId="451B12F2" w14:textId="77777777" w:rsidR="0009638F" w:rsidRPr="00415ED9" w:rsidRDefault="0009638F" w:rsidP="0097746C">
            <w:pPr>
              <w:pStyle w:val="Tijeloteksta"/>
              <w:spacing w:before="120" w:line="360" w:lineRule="auto"/>
              <w:rPr>
                <w:b/>
                <w:sz w:val="22"/>
              </w:rPr>
            </w:pPr>
            <w:r w:rsidRPr="00415ED9">
              <w:rPr>
                <w:b/>
                <w:sz w:val="22"/>
              </w:rPr>
              <w:t>U Zagrebu, _____________________________</w:t>
            </w:r>
          </w:p>
          <w:p w14:paraId="3AB2B3BE" w14:textId="77777777" w:rsidR="0009638F" w:rsidRPr="00415ED9" w:rsidRDefault="0009638F" w:rsidP="0097746C">
            <w:pPr>
              <w:pStyle w:val="Tijeloteksta"/>
              <w:spacing w:line="360" w:lineRule="auto"/>
              <w:rPr>
                <w:b/>
                <w:sz w:val="22"/>
              </w:rPr>
            </w:pPr>
          </w:p>
          <w:p w14:paraId="74A65417" w14:textId="77777777" w:rsidR="0009638F" w:rsidRPr="00415ED9" w:rsidRDefault="0009638F" w:rsidP="0097746C">
            <w:pPr>
              <w:pStyle w:val="Tijeloteksta"/>
              <w:spacing w:line="360" w:lineRule="auto"/>
              <w:ind w:left="2832"/>
              <w:jc w:val="right"/>
              <w:rPr>
                <w:b/>
                <w:sz w:val="22"/>
              </w:rPr>
            </w:pPr>
            <w:r w:rsidRPr="00415ED9">
              <w:rPr>
                <w:b/>
                <w:sz w:val="22"/>
              </w:rPr>
              <w:t xml:space="preserve">                   Potpis:   ______________________________________________</w:t>
            </w:r>
          </w:p>
          <w:p w14:paraId="2BF4EEEB" w14:textId="77777777" w:rsidR="0009638F" w:rsidRPr="00415ED9" w:rsidRDefault="0009638F" w:rsidP="0097746C">
            <w:pPr>
              <w:pStyle w:val="Tijeloteksta"/>
              <w:spacing w:line="360" w:lineRule="auto"/>
              <w:ind w:left="4956"/>
              <w:jc w:val="right"/>
              <w:rPr>
                <w:b/>
                <w:sz w:val="22"/>
              </w:rPr>
            </w:pPr>
            <w:r w:rsidRPr="00415ED9">
              <w:rPr>
                <w:b/>
                <w:sz w:val="22"/>
              </w:rPr>
              <w:t xml:space="preserve"> </w:t>
            </w:r>
            <w:r w:rsidRPr="0094756A">
              <w:rPr>
                <w:b/>
                <w:sz w:val="20"/>
                <w:szCs w:val="20"/>
              </w:rPr>
              <w:t>(Ime i prezime pristupnika/pristupnice)</w:t>
            </w:r>
          </w:p>
        </w:tc>
      </w:tr>
      <w:tr w:rsidR="0009638F" w:rsidRPr="00415ED9" w14:paraId="1C51399B" w14:textId="77777777" w:rsidTr="0009638F">
        <w:tc>
          <w:tcPr>
            <w:tcW w:w="9900" w:type="dxa"/>
            <w:gridSpan w:val="4"/>
            <w:tcBorders>
              <w:bottom w:val="single" w:sz="4" w:space="0" w:color="auto"/>
            </w:tcBorders>
            <w:shd w:val="clear" w:color="auto" w:fill="CCCCCC"/>
          </w:tcPr>
          <w:p w14:paraId="02D7652E" w14:textId="77777777" w:rsidR="0009638F" w:rsidRPr="00415ED9" w:rsidRDefault="0009638F" w:rsidP="0097746C">
            <w:pPr>
              <w:pStyle w:val="Tijeloteksta"/>
              <w:spacing w:line="360" w:lineRule="auto"/>
              <w:rPr>
                <w:sz w:val="22"/>
              </w:rPr>
            </w:pPr>
            <w:r w:rsidRPr="00415ED9">
              <w:rPr>
                <w:b/>
                <w:sz w:val="22"/>
              </w:rPr>
              <w:lastRenderedPageBreak/>
              <w:t>Napomena (po potrebi)</w:t>
            </w:r>
          </w:p>
        </w:tc>
      </w:tr>
      <w:tr w:rsidR="0009638F" w:rsidRPr="00415ED9" w14:paraId="0CE55E92" w14:textId="77777777" w:rsidTr="0009638F">
        <w:trPr>
          <w:trHeight w:val="1059"/>
        </w:trPr>
        <w:tc>
          <w:tcPr>
            <w:tcW w:w="9900" w:type="dxa"/>
            <w:gridSpan w:val="4"/>
            <w:tcBorders>
              <w:bottom w:val="single" w:sz="4" w:space="0" w:color="auto"/>
            </w:tcBorders>
          </w:tcPr>
          <w:p w14:paraId="731BA302" w14:textId="77777777" w:rsidR="0009638F" w:rsidRPr="00415ED9" w:rsidRDefault="0009638F" w:rsidP="0097746C">
            <w:pPr>
              <w:rPr>
                <w:rFonts w:ascii="Cambria" w:hAnsi="Cambria"/>
                <w:sz w:val="22"/>
                <w:szCs w:val="22"/>
                <w:highlight w:val="yellow"/>
              </w:rPr>
            </w:pPr>
          </w:p>
          <w:p w14:paraId="0649814F" w14:textId="77777777" w:rsidR="0009638F" w:rsidRPr="00415ED9" w:rsidRDefault="0009638F" w:rsidP="0097746C">
            <w:pPr>
              <w:rPr>
                <w:rFonts w:ascii="Cambria" w:hAnsi="Cambria"/>
                <w:sz w:val="22"/>
                <w:szCs w:val="22"/>
                <w:highlight w:val="yellow"/>
              </w:rPr>
            </w:pPr>
          </w:p>
          <w:p w14:paraId="4CF277A9" w14:textId="77777777" w:rsidR="0009638F" w:rsidRPr="00415ED9" w:rsidRDefault="0009638F" w:rsidP="0097746C">
            <w:pPr>
              <w:rPr>
                <w:rFonts w:ascii="Cambria" w:hAnsi="Cambria"/>
                <w:sz w:val="22"/>
                <w:szCs w:val="22"/>
                <w:highlight w:val="yellow"/>
              </w:rPr>
            </w:pPr>
          </w:p>
        </w:tc>
      </w:tr>
    </w:tbl>
    <w:p w14:paraId="5669C827" w14:textId="77777777" w:rsidR="0009638F" w:rsidRPr="00415ED9" w:rsidRDefault="0009638F" w:rsidP="0009638F">
      <w:pPr>
        <w:jc w:val="both"/>
        <w:rPr>
          <w:rFonts w:ascii="Cambria" w:hAnsi="Cambria" w:cs="Arial"/>
          <w:sz w:val="22"/>
          <w:szCs w:val="22"/>
          <w:vertAlign w:val="superscript"/>
        </w:rPr>
      </w:pPr>
    </w:p>
    <w:p w14:paraId="7F2BB102" w14:textId="77777777" w:rsidR="00FC6C5F" w:rsidRDefault="00FC6C5F"/>
    <w:sectPr w:rsidR="00FC6C5F" w:rsidSect="006A132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9" w:h="16834"/>
      <w:pgMar w:top="2602" w:right="1757" w:bottom="1656" w:left="1843" w:header="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534F05" w14:textId="77777777" w:rsidR="00C179EB" w:rsidRDefault="00C179EB">
      <w:r>
        <w:separator/>
      </w:r>
    </w:p>
  </w:endnote>
  <w:endnote w:type="continuationSeparator" w:id="0">
    <w:p w14:paraId="20947135" w14:textId="77777777" w:rsidR="00C179EB" w:rsidRDefault="00C179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9792B1" w14:textId="77777777" w:rsidR="00C7370A" w:rsidRDefault="00C7370A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alias w:val="PODNOZJE_KBF"/>
      <w:tag w:val="PODNOZJE_KBF"/>
      <w:id w:val="1300100003"/>
      <w:lock w:val="sdtContentLocked"/>
      <w:group/>
    </w:sdtPr>
    <w:sdtContent>
      <w:p w14:paraId="2EE54F1C" w14:textId="77777777" w:rsidR="00F760FB" w:rsidRDefault="00116D48">
        <w:pPr>
          <w:pStyle w:val="Podnoje"/>
          <w:jc w:val="right"/>
        </w:pPr>
        <w:r>
          <w:rPr>
            <w:sz w:val="20"/>
            <w:szCs w:val="20"/>
          </w:rPr>
          <w:fldChar w:fldCharType="begin"/>
        </w:r>
        <w:r>
          <w:rPr>
            <w:sz w:val="20"/>
            <w:szCs w:val="20"/>
          </w:rPr>
          <w:instrText xml:space="preserve"> PAGE  \* MERGEFORMAT </w:instrText>
        </w:r>
        <w:r>
          <w:rPr>
            <w:sz w:val="20"/>
            <w:szCs w:val="20"/>
          </w:rPr>
          <w:fldChar w:fldCharType="separate"/>
        </w:r>
        <w:r>
          <w:rPr>
            <w:sz w:val="20"/>
            <w:szCs w:val="20"/>
          </w:rPr>
          <w:t>2</w:t>
        </w:r>
        <w:r>
          <w:rPr>
            <w:sz w:val="20"/>
            <w:szCs w:val="20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12F3C7" w14:textId="77777777" w:rsidR="00C7370A" w:rsidRDefault="00C7370A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9D7905" w14:textId="77777777" w:rsidR="00C179EB" w:rsidRDefault="00C179EB">
      <w:r>
        <w:separator/>
      </w:r>
    </w:p>
  </w:footnote>
  <w:footnote w:type="continuationSeparator" w:id="0">
    <w:p w14:paraId="27425FB7" w14:textId="77777777" w:rsidR="00C179EB" w:rsidRDefault="00C179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C494D8" w14:textId="77777777" w:rsidR="00C7370A" w:rsidRDefault="00C7370A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alias w:val="ZAGLAVLJE_KBF"/>
      <w:tag w:val="ZAGLAVLJE_KBF"/>
      <w:id w:val="1300100001"/>
      <w:lock w:val="sdtContentLocked"/>
      <w:group/>
    </w:sdtPr>
    <w:sdtContent>
      <w:p w14:paraId="5FA0AFF7" w14:textId="77777777" w:rsidR="00E56703" w:rsidRDefault="00000000">
        <w:pPr>
          <w:pStyle w:val="Zaglavlje"/>
          <w:spacing w:line="14" w:lineRule="exact"/>
        </w:pPr>
        <w:r>
          <w:rPr>
            <w:noProof/>
          </w:rPr>
          <w:drawing>
            <wp:anchor distT="0" distB="0" distL="0" distR="0" simplePos="0" relativeHeight="251650201" behindDoc="1" locked="1" layoutInCell="1" allowOverlap="1" wp14:anchorId="10192423" wp14:editId="2F8BFBB4">
              <wp:simplePos x="0" y="0"/>
              <wp:positionH relativeFrom="page">
                <wp:posOffset>722630</wp:posOffset>
              </wp:positionH>
              <wp:positionV relativeFrom="page">
                <wp:posOffset>680720</wp:posOffset>
              </wp:positionV>
              <wp:extent cx="506730" cy="511810"/>
              <wp:effectExtent l="0" t="0" r="0" b="0"/>
              <wp:wrapNone/>
              <wp:docPr id="25" name="Grb KBF mali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KBF"/>
                      <pic:cNvPicPr/>
                    </pic:nvPicPr>
                    <pic:blipFill>
                      <a:blip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06730" cy="51181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rPr>
            <w:noProof/>
          </w:rPr>
          <w:drawing>
            <wp:anchor distT="0" distB="0" distL="0" distR="0" simplePos="0" relativeHeight="251650202" behindDoc="1" locked="1" layoutInCell="1" allowOverlap="1" wp14:anchorId="2843E994" wp14:editId="5064ADA7">
              <wp:simplePos x="0" y="0"/>
              <wp:positionH relativeFrom="page">
                <wp:posOffset>1366520</wp:posOffset>
              </wp:positionH>
              <wp:positionV relativeFrom="page">
                <wp:posOffset>680720</wp:posOffset>
              </wp:positionV>
              <wp:extent cx="506730" cy="502920"/>
              <wp:effectExtent l="0" t="0" r="0" b="0"/>
              <wp:wrapNone/>
              <wp:docPr id="32" name="Grb Sveucilista mali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UniZg"/>
                      <pic:cNvPicPr/>
                    </pic:nvPicPr>
                    <pic:blipFill>
                      <a:blip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06730" cy="50292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alias w:val="ZAGLAVLJE_KBF_PRVA"/>
      <w:tag w:val="ZAGLAVLJE_KBF_PRVA"/>
      <w:id w:val="1300100002"/>
      <w:lock w:val="sdtContentLocked"/>
      <w:group/>
    </w:sdtPr>
    <w:sdtContent>
      <w:p w14:paraId="071F7F5C" w14:textId="77777777" w:rsidR="00E56703" w:rsidRDefault="00000000">
        <w:pPr>
          <w:pStyle w:val="Zaglavlje"/>
          <w:spacing w:line="14" w:lineRule="exact"/>
        </w:pPr>
        <w:r>
          <w:rPr>
            <w:noProof/>
          </w:rPr>
          <w:drawing>
            <wp:anchor distT="0" distB="0" distL="0" distR="0" simplePos="0" relativeHeight="251650101" behindDoc="1" locked="1" layoutInCell="1" allowOverlap="1" wp14:anchorId="4166C62C" wp14:editId="1ECD4C0B">
              <wp:simplePos x="0" y="0"/>
              <wp:positionH relativeFrom="page">
                <wp:posOffset>393065</wp:posOffset>
              </wp:positionH>
              <wp:positionV relativeFrom="page">
                <wp:posOffset>667258</wp:posOffset>
              </wp:positionV>
              <wp:extent cx="845439" cy="808863"/>
              <wp:effectExtent l="0" t="0" r="0" b="0"/>
              <wp:wrapNone/>
              <wp:docPr id="33" name="Grb KBF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KBF"/>
                      <pic:cNvPicPr/>
                    </pic:nvPicPr>
                    <pic:blipFill>
                      <a:blip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845439" cy="808863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rPr>
            <w:noProof/>
          </w:rPr>
          <w:drawing>
            <wp:anchor distT="0" distB="0" distL="0" distR="0" simplePos="0" relativeHeight="251650102" behindDoc="1" locked="1" layoutInCell="1" allowOverlap="1" wp14:anchorId="44EB1577" wp14:editId="09A35D69">
              <wp:simplePos x="0" y="0"/>
              <wp:positionH relativeFrom="page">
                <wp:posOffset>6137910</wp:posOffset>
              </wp:positionH>
              <wp:positionV relativeFrom="page">
                <wp:posOffset>667258</wp:posOffset>
              </wp:positionV>
              <wp:extent cx="786130" cy="776859"/>
              <wp:effectExtent l="0" t="0" r="0" b="0"/>
              <wp:wrapNone/>
              <wp:docPr id="34" name="Grb Sveucilista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UniZg"/>
                      <pic:cNvPicPr/>
                    </pic:nvPicPr>
                    <pic:blipFill>
                      <a:blip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86130" cy="776859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rPr>
            <w:noProof/>
          </w:rPr>
          <w:drawing>
            <wp:anchor distT="0" distB="0" distL="0" distR="0" simplePos="0" relativeHeight="251650103" behindDoc="1" locked="1" layoutInCell="1" allowOverlap="1" wp14:anchorId="5B433D31" wp14:editId="3D8F558C">
              <wp:simplePos x="0" y="0"/>
              <wp:positionH relativeFrom="page">
                <wp:posOffset>1320800</wp:posOffset>
              </wp:positionH>
              <wp:positionV relativeFrom="page">
                <wp:posOffset>787400</wp:posOffset>
              </wp:positionV>
              <wp:extent cx="4140200" cy="431800"/>
              <wp:effectExtent l="0" t="0" r="0" b="0"/>
              <wp:wrapNone/>
              <wp:docPr id="35" name="Naziv ustanove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" name="Naziv ustanove"/>
                      <pic:cNvPicPr/>
                    </pic:nvPicPr>
                    <pic:blipFill>
                      <a:blip r:embed="rId3">
                        <a:extLst>
                          <a:ext uri="{96DAC541-7B7A-43D3-8B79-37D633B846F1}">
                            <asvg:svgBlip xmlns:asvg="http://schemas.microsoft.com/office/drawing/2016/SVG/main" r:embed="rId4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140200" cy="431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rPr>
            <w:noProof/>
          </w:rPr>
          <w:drawing>
            <wp:anchor distT="0" distB="0" distL="0" distR="0" simplePos="0" relativeHeight="251650104" behindDoc="1" locked="1" layoutInCell="1" allowOverlap="1" wp14:anchorId="3ED1A00B" wp14:editId="0AF5AB14">
              <wp:simplePos x="0" y="0"/>
              <wp:positionH relativeFrom="page">
                <wp:posOffset>1257300</wp:posOffset>
              </wp:positionH>
              <wp:positionV relativeFrom="page">
                <wp:posOffset>9601200</wp:posOffset>
              </wp:positionV>
              <wp:extent cx="2946400" cy="685800"/>
              <wp:effectExtent l="0" t="0" r="0" b="0"/>
              <wp:wrapNone/>
              <wp:docPr id="36" name="Kontakt podaci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" name="Kontakt podaci"/>
                      <pic:cNvPicPr/>
                    </pic:nvPicPr>
                    <pic:blipFill>
                      <a:blip r:embed="rId5">
                        <a:extLst>
                          <a:ext uri="{96DAC541-7B7A-43D3-8B79-37D633B846F1}">
                            <asvg:svgBlip xmlns:asvg="http://schemas.microsoft.com/office/drawing/2016/SVG/main" r:embed="rId6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946400" cy="685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71228108">
    <w:abstractNumId w:val="8"/>
  </w:num>
  <w:num w:numId="2" w16cid:durableId="1215965629">
    <w:abstractNumId w:val="6"/>
  </w:num>
  <w:num w:numId="3" w16cid:durableId="2053067883">
    <w:abstractNumId w:val="5"/>
  </w:num>
  <w:num w:numId="4" w16cid:durableId="1122572514">
    <w:abstractNumId w:val="4"/>
  </w:num>
  <w:num w:numId="5" w16cid:durableId="833028119">
    <w:abstractNumId w:val="7"/>
  </w:num>
  <w:num w:numId="6" w16cid:durableId="58524328">
    <w:abstractNumId w:val="3"/>
  </w:num>
  <w:num w:numId="7" w16cid:durableId="744647256">
    <w:abstractNumId w:val="2"/>
  </w:num>
  <w:num w:numId="8" w16cid:durableId="1078284997">
    <w:abstractNumId w:val="1"/>
  </w:num>
  <w:num w:numId="9" w16cid:durableId="17846884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7EC"/>
    <w:rsid w:val="000326ED"/>
    <w:rsid w:val="00034616"/>
    <w:rsid w:val="0006063C"/>
    <w:rsid w:val="00063C97"/>
    <w:rsid w:val="0009638F"/>
    <w:rsid w:val="00116D48"/>
    <w:rsid w:val="0015074B"/>
    <w:rsid w:val="001766A1"/>
    <w:rsid w:val="0029639D"/>
    <w:rsid w:val="00326F90"/>
    <w:rsid w:val="00376C4A"/>
    <w:rsid w:val="003E07EF"/>
    <w:rsid w:val="0041107A"/>
    <w:rsid w:val="004A19C3"/>
    <w:rsid w:val="004C7A4D"/>
    <w:rsid w:val="00504C3E"/>
    <w:rsid w:val="005277EC"/>
    <w:rsid w:val="00601894"/>
    <w:rsid w:val="006A1326"/>
    <w:rsid w:val="006D564B"/>
    <w:rsid w:val="007A1388"/>
    <w:rsid w:val="008045D0"/>
    <w:rsid w:val="008104E2"/>
    <w:rsid w:val="0082595E"/>
    <w:rsid w:val="0084644A"/>
    <w:rsid w:val="00956011"/>
    <w:rsid w:val="00A0668E"/>
    <w:rsid w:val="00AA1D8D"/>
    <w:rsid w:val="00AE3E35"/>
    <w:rsid w:val="00B47730"/>
    <w:rsid w:val="00C179EB"/>
    <w:rsid w:val="00C7370A"/>
    <w:rsid w:val="00C827FD"/>
    <w:rsid w:val="00CB0664"/>
    <w:rsid w:val="00D93D6A"/>
    <w:rsid w:val="00DE42E4"/>
    <w:rsid w:val="00E56703"/>
    <w:rsid w:val="00F051F3"/>
    <w:rsid w:val="00F760FB"/>
    <w:rsid w:val="00FC693F"/>
    <w:rsid w:val="00FC6C5F"/>
    <w:rsid w:val="00FD3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39C157F"/>
  <w14:defaultImageDpi w14:val="300"/>
  <w15:docId w15:val="{592C673F-428D-4269-A9C5-8FA6FF0E4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77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line="252" w:lineRule="auto"/>
      <w:outlineLvl w:val="0"/>
    </w:pPr>
    <w:rPr>
      <w:rFonts w:ascii="Cambria" w:eastAsia="Cambria" w:hAnsi="Cambria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line="252" w:lineRule="auto"/>
      <w:outlineLvl w:val="1"/>
    </w:pPr>
    <w:rPr>
      <w:rFonts w:ascii="Cambria" w:eastAsia="Cambria" w:hAnsi="Cambria" w:cstheme="majorBidi"/>
      <w:b/>
      <w:bCs/>
      <w:color w:val="4F81BD" w:themeColor="accent1"/>
      <w:sz w:val="26"/>
      <w:szCs w:val="26"/>
      <w:lang w:eastAsia="en-US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line="252" w:lineRule="auto"/>
      <w:outlineLvl w:val="2"/>
    </w:pPr>
    <w:rPr>
      <w:rFonts w:ascii="Cambria" w:eastAsia="Cambria" w:hAnsi="Cambria" w:cstheme="majorBidi"/>
      <w:b/>
      <w:bCs/>
      <w:color w:val="4F81BD" w:themeColor="accent1"/>
      <w:sz w:val="25"/>
      <w:szCs w:val="22"/>
      <w:lang w:eastAsia="en-US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line="252" w:lineRule="auto"/>
      <w:outlineLvl w:val="3"/>
    </w:pPr>
    <w:rPr>
      <w:rFonts w:ascii="Cambria" w:eastAsia="Cambria" w:hAnsi="Cambria" w:cstheme="majorBidi"/>
      <w:b/>
      <w:bCs/>
      <w:color w:val="4F81BD" w:themeColor="accent1"/>
      <w:sz w:val="25"/>
      <w:szCs w:val="22"/>
      <w:lang w:eastAsia="en-US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line="252" w:lineRule="auto"/>
      <w:outlineLvl w:val="4"/>
    </w:pPr>
    <w:rPr>
      <w:rFonts w:ascii="Cambria" w:eastAsia="Cambria" w:hAnsi="Cambria" w:cstheme="majorBidi"/>
      <w:color w:val="243F60" w:themeColor="accent1" w:themeShade="7F"/>
      <w:sz w:val="25"/>
      <w:szCs w:val="22"/>
      <w:lang w:eastAsia="en-US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line="252" w:lineRule="auto"/>
      <w:outlineLvl w:val="5"/>
    </w:pPr>
    <w:rPr>
      <w:rFonts w:ascii="Cambria" w:eastAsia="Cambria" w:hAnsi="Cambria" w:cstheme="majorBidi"/>
      <w:color w:val="243F60" w:themeColor="accent1" w:themeShade="7F"/>
      <w:sz w:val="25"/>
      <w:szCs w:val="22"/>
      <w:lang w:eastAsia="en-US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line="252" w:lineRule="auto"/>
      <w:outlineLvl w:val="6"/>
    </w:pPr>
    <w:rPr>
      <w:rFonts w:ascii="Cambria" w:eastAsia="Cambria" w:hAnsi="Cambria" w:cstheme="majorBidi"/>
      <w:color w:val="404040" w:themeColor="text1" w:themeTint="BF"/>
      <w:sz w:val="25"/>
      <w:szCs w:val="22"/>
      <w:lang w:eastAsia="en-US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line="252" w:lineRule="auto"/>
      <w:outlineLvl w:val="7"/>
    </w:pPr>
    <w:rPr>
      <w:rFonts w:ascii="Cambria" w:eastAsia="Cambria" w:hAnsi="Cambria" w:cstheme="majorBidi"/>
      <w:color w:val="4F81BD" w:themeColor="accent1"/>
      <w:lang w:eastAsia="en-US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line="252" w:lineRule="auto"/>
      <w:outlineLvl w:val="8"/>
    </w:pPr>
    <w:rPr>
      <w:rFonts w:ascii="Cambria" w:eastAsia="Cambria" w:hAnsi="Cambria" w:cstheme="majorBidi"/>
      <w:color w:val="404040" w:themeColor="text1" w:themeTint="BF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</w:pPr>
    <w:rPr>
      <w:rFonts w:ascii="Cambria" w:eastAsia="Cambria" w:hAnsi="Cambria" w:cs="Cambria"/>
      <w:sz w:val="25"/>
      <w:szCs w:val="22"/>
      <w:lang w:eastAsia="en-US"/>
    </w:r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</w:pPr>
    <w:rPr>
      <w:rFonts w:ascii="Cambria" w:eastAsia="Cambria" w:hAnsi="Cambria" w:cs="Cambria"/>
      <w:sz w:val="25"/>
      <w:szCs w:val="22"/>
      <w:lang w:eastAsia="en-US"/>
    </w:r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="Cambria" w:eastAsia="Cambria" w:hAnsi="Cambria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="Cambria" w:eastAsia="Cambria" w:hAnsi="Cambria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="Cambria" w:eastAsia="Cambria" w:hAnsi="Cambria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="Cambria" w:eastAsia="Cambria" w:hAnsi="Cambria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="Cambria" w:eastAsia="Cambria" w:hAnsi="Cambria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  <w:spacing w:line="252" w:lineRule="auto"/>
    </w:pPr>
    <w:rPr>
      <w:rFonts w:ascii="Cambria" w:eastAsia="Cambria" w:hAnsi="Cambria" w:cstheme="majorBidi"/>
      <w:color w:val="4F81BD" w:themeColor="accent1"/>
      <w:spacing w:val="15"/>
      <w:sz w:val="24"/>
      <w:szCs w:val="24"/>
      <w:lang w:eastAsia="en-US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="Cambria" w:eastAsia="Cambria" w:hAnsi="Cambria" w:cstheme="majorBidi"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spacing w:line="252" w:lineRule="auto"/>
      <w:ind w:left="72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 w:line="252" w:lineRule="auto"/>
    </w:pPr>
    <w:rPr>
      <w:rFonts w:ascii="Cambria" w:eastAsia="Cambria" w:hAnsi="Cambria" w:cs="Cambria"/>
      <w:sz w:val="25"/>
      <w:szCs w:val="22"/>
      <w:lang w:eastAsia="en-US"/>
    </w:r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  <w:rPr>
      <w:rFonts w:ascii="Cambria" w:eastAsia="Cambria" w:hAnsi="Cambria" w:cs="Cambria"/>
      <w:sz w:val="25"/>
      <w:szCs w:val="22"/>
      <w:lang w:eastAsia="en-US"/>
    </w:r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 w:line="252" w:lineRule="auto"/>
    </w:pPr>
    <w:rPr>
      <w:rFonts w:ascii="Cambria" w:eastAsia="Cambria" w:hAnsi="Cambria" w:cs="Cambria"/>
      <w:sz w:val="16"/>
      <w:szCs w:val="16"/>
      <w:lang w:eastAsia="en-US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spacing w:line="252" w:lineRule="auto"/>
      <w:ind w:left="360" w:hanging="36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Popis2">
    <w:name w:val="List 2"/>
    <w:basedOn w:val="Normal"/>
    <w:uiPriority w:val="99"/>
    <w:unhideWhenUsed/>
    <w:rsid w:val="00326F90"/>
    <w:pPr>
      <w:spacing w:line="252" w:lineRule="auto"/>
      <w:ind w:left="720" w:hanging="36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Popis3">
    <w:name w:val="List 3"/>
    <w:basedOn w:val="Normal"/>
    <w:uiPriority w:val="99"/>
    <w:unhideWhenUsed/>
    <w:rsid w:val="00326F90"/>
    <w:pPr>
      <w:spacing w:line="252" w:lineRule="auto"/>
      <w:ind w:left="1080" w:hanging="36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spacing w:line="252" w:lineRule="auto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spacing w:line="252" w:lineRule="auto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spacing w:line="252" w:lineRule="auto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spacing w:line="252" w:lineRule="auto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spacing w:line="252" w:lineRule="auto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spacing w:line="252" w:lineRule="auto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Nastavakpopisa">
    <w:name w:val="List Continue"/>
    <w:basedOn w:val="Normal"/>
    <w:uiPriority w:val="99"/>
    <w:unhideWhenUsed/>
    <w:rsid w:val="0029639D"/>
    <w:pPr>
      <w:spacing w:after="120" w:line="252" w:lineRule="auto"/>
      <w:ind w:left="36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Nastavakpopisa2">
    <w:name w:val="List Continue 2"/>
    <w:basedOn w:val="Normal"/>
    <w:uiPriority w:val="99"/>
    <w:unhideWhenUsed/>
    <w:rsid w:val="0029639D"/>
    <w:pPr>
      <w:spacing w:after="120" w:line="252" w:lineRule="auto"/>
      <w:ind w:left="72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Nastavakpopisa3">
    <w:name w:val="List Continue 3"/>
    <w:basedOn w:val="Normal"/>
    <w:uiPriority w:val="99"/>
    <w:unhideWhenUsed/>
    <w:rsid w:val="0029639D"/>
    <w:pPr>
      <w:spacing w:after="120" w:line="252" w:lineRule="auto"/>
      <w:ind w:left="108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cs="Cambria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ambria" w:eastAsia="Cambria" w:hAnsi="Cambria" w:cs="Cambria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pPr>
      <w:spacing w:line="252" w:lineRule="auto"/>
    </w:pPr>
    <w:rPr>
      <w:rFonts w:ascii="Cambria" w:eastAsia="Cambria" w:hAnsi="Cambria" w:cs="Cambria"/>
      <w:color w:val="000000" w:themeColor="text1"/>
      <w:sz w:val="25"/>
      <w:szCs w:val="22"/>
      <w:lang w:eastAsia="en-US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="Cambria" w:eastAsia="Cambria" w:hAnsi="Cambria" w:cstheme="majorBidi"/>
      <w:b/>
      <w:b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="Cambria" w:eastAsia="Cambria" w:hAnsi="Cambria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="Cambria" w:eastAsia="Cambria" w:hAnsi="Cambria" w:cstheme="majorBidi"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="Cambria" w:eastAsia="Cambria" w:hAnsi="Cambria" w:cstheme="majorBidi"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="Cambria" w:eastAsia="Cambria" w:hAnsi="Cambria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="Cambria" w:eastAsia="Cambria" w:hAnsi="Cambria" w:cstheme="majorBidi"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rPr>
      <w:rFonts w:ascii="Cambria" w:eastAsia="Cambria" w:hAnsi="Cambria" w:cs="Cambria"/>
      <w:b/>
      <w:bCs/>
      <w:color w:val="4F81BD" w:themeColor="accent1"/>
      <w:sz w:val="18"/>
      <w:szCs w:val="18"/>
      <w:lang w:eastAsia="en-US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 w:line="252" w:lineRule="auto"/>
      <w:ind w:left="936" w:right="936"/>
    </w:pPr>
    <w:rPr>
      <w:rFonts w:ascii="Cambria" w:eastAsia="Cambria" w:hAnsi="Cambria" w:cs="Cambria"/>
      <w:b/>
      <w:bCs/>
      <w:color w:val="4F81BD" w:themeColor="accent1"/>
      <w:sz w:val="25"/>
      <w:szCs w:val="22"/>
      <w:lang w:eastAsia="en-US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FormPlaceholder">
    <w:name w:val="FormPlaceholder"/>
    <w:rPr>
      <w:rFonts w:ascii="Cambria" w:eastAsia="Cambria" w:hAnsi="Cambria" w:cs="Cambria"/>
      <w:color w:val="000000"/>
      <w:sz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svg"/><Relationship Id="rId5" Type="http://schemas.openxmlformats.org/officeDocument/2006/relationships/image" Target="media/image5.png"/><Relationship Id="rId4" Type="http://schemas.openxmlformats.org/officeDocument/2006/relationships/image" Target="media/image4.sv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keresa\OneDrive%20-%20kbf.hr\Desktop\Obrasci%20s%20weba\KBF_memorandum_2026_praza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9e3d9cf-1858-4d2b-9a76-b668d86adea0" xsi:nil="true"/>
    <lcf76f155ced4ddcb4097134ff3c332f xmlns="64e87b53-eeb6-4f1b-b64a-a7118471474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F083A5185567B4A874F4F27B5EA56D5" ma:contentTypeVersion="12" ma:contentTypeDescription="Stvaranje novog dokumenta." ma:contentTypeScope="" ma:versionID="cedfdd96a32077881b56ee199935921e">
  <xsd:schema xmlns:xsd="http://www.w3.org/2001/XMLSchema" xmlns:xs="http://www.w3.org/2001/XMLSchema" xmlns:p="http://schemas.microsoft.com/office/2006/metadata/properties" xmlns:ns2="64e87b53-eeb6-4f1b-b64a-a71184714749" xmlns:ns3="79e3d9cf-1858-4d2b-9a76-b668d86adea0" targetNamespace="http://schemas.microsoft.com/office/2006/metadata/properties" ma:root="true" ma:fieldsID="f1a5eb45ea3083b3f9c47499ead34531" ns2:_="" ns3:_="">
    <xsd:import namespace="64e87b53-eeb6-4f1b-b64a-a71184714749"/>
    <xsd:import namespace="79e3d9cf-1858-4d2b-9a76-b668d86ade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e87b53-eeb6-4f1b-b64a-a711847147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Oznake slika" ma:readOnly="false" ma:fieldId="{5cf76f15-5ced-4ddc-b409-7134ff3c332f}" ma:taxonomyMulti="true" ma:sspId="d02825fa-fad5-47e3-87b0-561ed47aac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e3d9cf-1858-4d2b-9a76-b668d86adea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61984ff-0189-47c4-bff6-293c7e96a393}" ma:internalName="TaxCatchAll" ma:showField="CatchAllData" ma:web="79e3d9cf-1858-4d2b-9a76-b668d86ade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4BFDB6F-F43A-461A-9C0D-A8A35BB94905}">
  <ds:schemaRefs>
    <ds:schemaRef ds:uri="http://schemas.microsoft.com/office/2006/metadata/properties"/>
    <ds:schemaRef ds:uri="http://schemas.microsoft.com/office/infopath/2007/PartnerControls"/>
    <ds:schemaRef ds:uri="79e3d9cf-1858-4d2b-9a76-b668d86adea0"/>
    <ds:schemaRef ds:uri="64e87b53-eeb6-4f1b-b64a-a71184714749"/>
  </ds:schemaRefs>
</ds:datastoreItem>
</file>

<file path=customXml/itemProps2.xml><?xml version="1.0" encoding="utf-8"?>
<ds:datastoreItem xmlns:ds="http://schemas.openxmlformats.org/officeDocument/2006/customXml" ds:itemID="{A63C729C-6894-4327-B6EF-766FEAB5217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9498C00-2CB1-4FEA-B219-2CA64A7C55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e87b53-eeb6-4f1b-b64a-a71184714749"/>
    <ds:schemaRef ds:uri="79e3d9cf-1858-4d2b-9a76-b668d86ade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KBF_memorandum_2026_prazan.dotx</Template>
  <TotalTime>13</TotalTime>
  <Pages>2</Pages>
  <Words>116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778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KBF memorandum – prazan</dc:title>
  <dc:subject/>
  <dc:creator>Maja MK. Keresa</dc:creator>
  <cp:keywords/>
  <dc:description>generated by python-docx</dc:description>
  <cp:lastModifiedBy>Maja Kereša</cp:lastModifiedBy>
  <cp:revision>8</cp:revision>
  <dcterms:created xsi:type="dcterms:W3CDTF">2026-09-17T13:49:00Z</dcterms:created>
  <dcterms:modified xsi:type="dcterms:W3CDTF">2026-09-18T13:02:00Z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0x0101003F083A5185567B4A874F4F27B5EA56D5</vt:lpwstr>
  </property>
  <property fmtid="{D5CDD505-2E9C-101B-9397-08002B2CF9AE}" pid="3" name="MediaServiceImageTags">
    <vt:lpwstr/>
  </property>
</Properties>
</file>