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A1FB7" w14:textId="77777777" w:rsidR="00817A65" w:rsidRDefault="00817A65" w:rsidP="00817A65">
      <w:pPr>
        <w:pStyle w:val="Tijeloteksta"/>
        <w:rPr>
          <w:rFonts w:ascii="Arial Narrow" w:hAnsi="Arial Narrow"/>
          <w:b/>
          <w:i/>
          <w:sz w:val="14"/>
          <w:szCs w:val="14"/>
        </w:rPr>
      </w:pPr>
    </w:p>
    <w:p w14:paraId="542F7431" w14:textId="77777777" w:rsidR="00817A65" w:rsidRPr="00FC523C" w:rsidRDefault="00817A65" w:rsidP="00817A65">
      <w:pPr>
        <w:pStyle w:val="Tijeloteksta"/>
        <w:spacing w:line="240" w:lineRule="auto"/>
        <w:rPr>
          <w:rFonts w:ascii="Arial Narrow" w:hAnsi="Arial Narrow"/>
          <w:bCs/>
          <w:iCs/>
          <w:sz w:val="20"/>
        </w:rPr>
      </w:pPr>
      <w:r w:rsidRPr="00FC523C">
        <w:rPr>
          <w:rFonts w:ascii="Arial Narrow" w:hAnsi="Arial Narrow"/>
          <w:bCs/>
          <w:iCs/>
          <w:sz w:val="20"/>
        </w:rPr>
        <w:t>KLASA:</w:t>
      </w:r>
    </w:p>
    <w:p w14:paraId="3B895065" w14:textId="77777777" w:rsidR="00817A65" w:rsidRPr="00FC523C" w:rsidRDefault="00817A65" w:rsidP="00817A65">
      <w:pPr>
        <w:pStyle w:val="Tijeloteksta"/>
        <w:spacing w:line="240" w:lineRule="auto"/>
        <w:rPr>
          <w:rFonts w:ascii="Arial Narrow" w:hAnsi="Arial Narrow"/>
          <w:bCs/>
          <w:iCs/>
          <w:sz w:val="20"/>
        </w:rPr>
      </w:pPr>
      <w:r w:rsidRPr="00FC523C">
        <w:rPr>
          <w:rFonts w:ascii="Arial Narrow" w:hAnsi="Arial Narrow"/>
          <w:bCs/>
          <w:iCs/>
          <w:sz w:val="20"/>
        </w:rPr>
        <w:t>URBROJ:</w:t>
      </w:r>
    </w:p>
    <w:p w14:paraId="1DDE0F4E" w14:textId="77777777" w:rsidR="00817A65" w:rsidRDefault="00817A65" w:rsidP="00817A65">
      <w:pPr>
        <w:pStyle w:val="Tijeloteksta"/>
        <w:spacing w:line="240" w:lineRule="auto"/>
        <w:rPr>
          <w:rFonts w:ascii="Arial Narrow" w:hAnsi="Arial Narrow"/>
          <w:bCs/>
          <w:iCs/>
          <w:sz w:val="20"/>
        </w:rPr>
      </w:pPr>
      <w:r w:rsidRPr="00FC523C">
        <w:rPr>
          <w:rFonts w:ascii="Arial Narrow" w:hAnsi="Arial Narrow"/>
          <w:bCs/>
          <w:iCs/>
          <w:sz w:val="20"/>
        </w:rPr>
        <w:t xml:space="preserve">Zagreb, </w:t>
      </w:r>
    </w:p>
    <w:p w14:paraId="6AFDEA4A" w14:textId="77777777" w:rsidR="00817A65" w:rsidRPr="00FC523C" w:rsidRDefault="00817A65" w:rsidP="00817A65">
      <w:pPr>
        <w:pStyle w:val="Tijeloteksta"/>
        <w:rPr>
          <w:rFonts w:ascii="Arial Narrow" w:hAnsi="Arial Narrow"/>
          <w:bCs/>
          <w:iCs/>
          <w:sz w:val="22"/>
        </w:rPr>
      </w:pPr>
    </w:p>
    <w:p w14:paraId="2A12199C" w14:textId="77777777" w:rsidR="00817A65" w:rsidRPr="00EA52CA" w:rsidRDefault="00817A65" w:rsidP="00817A65">
      <w:pPr>
        <w:pStyle w:val="Tijeloteksta"/>
        <w:jc w:val="center"/>
        <w:rPr>
          <w:rFonts w:ascii="Arial Narrow" w:hAnsi="Arial Narrow"/>
          <w:b/>
          <w:sz w:val="28"/>
          <w:szCs w:val="28"/>
        </w:rPr>
      </w:pPr>
      <w:r w:rsidRPr="00EA52CA">
        <w:rPr>
          <w:rFonts w:ascii="Arial Narrow" w:hAnsi="Arial Narrow"/>
          <w:b/>
          <w:sz w:val="28"/>
          <w:szCs w:val="28"/>
        </w:rPr>
        <w:t>PROTOKOL I ZAPISNIK OBRANE LICENCIJATSKOG</w:t>
      </w:r>
      <w:r>
        <w:rPr>
          <w:rFonts w:ascii="Arial Narrow" w:hAnsi="Arial Narrow"/>
          <w:b/>
          <w:sz w:val="28"/>
          <w:szCs w:val="28"/>
        </w:rPr>
        <w:t>A</w:t>
      </w:r>
      <w:r w:rsidRPr="00EA52CA">
        <w:rPr>
          <w:rFonts w:ascii="Arial Narrow" w:hAnsi="Arial Narrow"/>
          <w:b/>
          <w:sz w:val="28"/>
          <w:szCs w:val="28"/>
        </w:rPr>
        <w:t xml:space="preserve"> RADA</w:t>
      </w:r>
    </w:p>
    <w:p w14:paraId="136D51E9" w14:textId="77777777" w:rsidR="00817A65" w:rsidRPr="00EA52CA" w:rsidRDefault="00817A65" w:rsidP="00817A65">
      <w:pPr>
        <w:pStyle w:val="Tijeloteksta"/>
        <w:rPr>
          <w:rFonts w:ascii="Arial Narrow" w:hAnsi="Arial Narrow"/>
          <w:i/>
          <w:sz w:val="22"/>
        </w:rPr>
      </w:pPr>
    </w:p>
    <w:p w14:paraId="63EC221F" w14:textId="77777777" w:rsidR="00817A65" w:rsidRPr="00EA52CA" w:rsidRDefault="00817A65" w:rsidP="00817A65">
      <w:pPr>
        <w:pStyle w:val="Tijeloteksta"/>
        <w:spacing w:line="360" w:lineRule="auto"/>
        <w:rPr>
          <w:rFonts w:ascii="Arial Narrow" w:hAnsi="Arial Narrow"/>
          <w:szCs w:val="24"/>
        </w:rPr>
      </w:pPr>
    </w:p>
    <w:p w14:paraId="74E5EE3A" w14:textId="77777777" w:rsidR="00817A65" w:rsidRPr="00FC523C" w:rsidRDefault="00817A65" w:rsidP="00817A65">
      <w:pPr>
        <w:pStyle w:val="Tijeloteksta"/>
        <w:spacing w:line="276" w:lineRule="auto"/>
        <w:jc w:val="both"/>
        <w:rPr>
          <w:rFonts w:ascii="Arial Narrow" w:hAnsi="Arial Narrow"/>
          <w:i/>
          <w:sz w:val="22"/>
        </w:rPr>
      </w:pPr>
      <w:r w:rsidRPr="00FC523C">
        <w:rPr>
          <w:rFonts w:ascii="Arial Narrow" w:hAnsi="Arial Narrow"/>
          <w:i/>
          <w:sz w:val="22"/>
        </w:rPr>
        <w:t>Povjerenstvo ulazi u prostor za obranu. Pristupnik stoji ispred Povjerenstva. Članovi Povjerenstva i ostali nazočni sjednu, a potom Predsjednik čita:</w:t>
      </w:r>
    </w:p>
    <w:p w14:paraId="33F127A6" w14:textId="77777777" w:rsidR="00817A65" w:rsidRPr="00FC523C" w:rsidRDefault="00817A65" w:rsidP="00817A65">
      <w:pPr>
        <w:pStyle w:val="Tijeloteksta"/>
        <w:spacing w:line="360" w:lineRule="auto"/>
        <w:jc w:val="both"/>
        <w:rPr>
          <w:rFonts w:ascii="Arial Narrow" w:hAnsi="Arial Narrow"/>
          <w:i/>
          <w:sz w:val="22"/>
        </w:rPr>
      </w:pPr>
    </w:p>
    <w:p w14:paraId="458AD974" w14:textId="77777777" w:rsidR="00817A65" w:rsidRPr="00FC523C" w:rsidRDefault="00817A65" w:rsidP="00817A65">
      <w:pPr>
        <w:pStyle w:val="Tijeloteksta"/>
        <w:spacing w:line="276" w:lineRule="auto"/>
        <w:jc w:val="both"/>
        <w:rPr>
          <w:rFonts w:ascii="Arial Narrow" w:hAnsi="Arial Narrow"/>
          <w:sz w:val="22"/>
        </w:rPr>
      </w:pPr>
      <w:r w:rsidRPr="00FC523C">
        <w:rPr>
          <w:rFonts w:ascii="Arial Narrow" w:hAnsi="Arial Narrow"/>
          <w:sz w:val="22"/>
        </w:rPr>
        <w:t>Poštovana/i pristupnice/pristupniče, poštovani članovi Povjerenstva i ostali nazočni!</w:t>
      </w:r>
    </w:p>
    <w:p w14:paraId="7AC52249" w14:textId="77777777" w:rsidR="00817A65" w:rsidRPr="00FC523C" w:rsidRDefault="00817A65" w:rsidP="00817A65">
      <w:pPr>
        <w:pStyle w:val="Tijeloteksta"/>
        <w:spacing w:line="276" w:lineRule="auto"/>
        <w:jc w:val="both"/>
        <w:rPr>
          <w:rFonts w:ascii="Arial Narrow" w:hAnsi="Arial Narrow"/>
          <w:sz w:val="22"/>
        </w:rPr>
      </w:pPr>
      <w:r w:rsidRPr="00FC523C">
        <w:rPr>
          <w:rFonts w:ascii="Arial Narrow" w:hAnsi="Arial Narrow"/>
          <w:sz w:val="22"/>
        </w:rPr>
        <w:t xml:space="preserve">Ustanovljujem da će danas, </w:t>
      </w:r>
      <w:bookmarkStart w:id="0" w:name="Text57"/>
      <w:r w:rsidRPr="00FC523C">
        <w:rPr>
          <w:rFonts w:ascii="Arial Narrow" w:hAnsi="Arial Narrow"/>
          <w:sz w:val="22"/>
        </w:rPr>
        <w:fldChar w:fldCharType="begin">
          <w:ffData>
            <w:name w:val="Text57"/>
            <w:enabled/>
            <w:calcOnExit w:val="0"/>
            <w:textInput/>
          </w:ffData>
        </w:fldChar>
      </w:r>
      <w:r w:rsidRPr="00FC523C">
        <w:rPr>
          <w:rFonts w:ascii="Arial Narrow" w:hAnsi="Arial Narrow"/>
          <w:sz w:val="22"/>
        </w:rPr>
        <w:instrText xml:space="preserve"> FORMTEXT </w:instrText>
      </w:r>
      <w:r w:rsidRPr="00FC523C">
        <w:rPr>
          <w:rFonts w:ascii="Arial Narrow" w:hAnsi="Arial Narrow"/>
          <w:sz w:val="22"/>
        </w:rPr>
      </w:r>
      <w:r w:rsidRPr="00FC523C">
        <w:rPr>
          <w:rFonts w:ascii="Arial Narrow" w:hAnsi="Arial Narrow"/>
          <w:sz w:val="22"/>
        </w:rPr>
        <w:fldChar w:fldCharType="separate"/>
      </w:r>
      <w:r w:rsidRPr="00FC523C">
        <w:rPr>
          <w:rFonts w:ascii="Arial Narrow" w:hAnsi="Arial Narrow"/>
          <w:noProof/>
          <w:sz w:val="22"/>
        </w:rPr>
        <w:t> </w:t>
      </w:r>
      <w:r w:rsidRPr="00FC523C">
        <w:rPr>
          <w:rFonts w:ascii="Arial Narrow" w:hAnsi="Arial Narrow"/>
          <w:noProof/>
          <w:sz w:val="22"/>
        </w:rPr>
        <w:t> </w:t>
      </w:r>
      <w:r w:rsidRPr="00FC523C">
        <w:rPr>
          <w:rFonts w:ascii="Arial Narrow" w:hAnsi="Arial Narrow"/>
          <w:noProof/>
          <w:sz w:val="22"/>
        </w:rPr>
        <w:t> </w:t>
      </w:r>
      <w:r w:rsidRPr="00FC523C">
        <w:rPr>
          <w:rFonts w:ascii="Arial Narrow" w:hAnsi="Arial Narrow"/>
          <w:noProof/>
          <w:sz w:val="22"/>
        </w:rPr>
        <w:t> </w:t>
      </w:r>
      <w:r w:rsidRPr="00FC523C">
        <w:rPr>
          <w:rFonts w:ascii="Arial Narrow" w:hAnsi="Arial Narrow"/>
          <w:noProof/>
          <w:sz w:val="22"/>
        </w:rPr>
        <w:t> </w:t>
      </w:r>
      <w:r w:rsidRPr="00FC523C">
        <w:rPr>
          <w:rFonts w:ascii="Arial Narrow" w:hAnsi="Arial Narrow"/>
          <w:sz w:val="22"/>
        </w:rPr>
        <w:fldChar w:fldCharType="end"/>
      </w:r>
      <w:bookmarkEnd w:id="0"/>
      <w:r w:rsidRPr="00FC523C">
        <w:rPr>
          <w:rFonts w:ascii="Arial Narrow" w:hAnsi="Arial Narrow"/>
          <w:sz w:val="22"/>
        </w:rPr>
        <w:t xml:space="preserve">  pristupnik/pristupnica</w:t>
      </w:r>
    </w:p>
    <w:p w14:paraId="77C140FA" w14:textId="77777777" w:rsidR="00817A65" w:rsidRPr="00EA52CA" w:rsidRDefault="00817A65" w:rsidP="00817A65">
      <w:pPr>
        <w:pStyle w:val="Tijeloteksta"/>
        <w:spacing w:line="360" w:lineRule="auto"/>
        <w:jc w:val="both"/>
        <w:rPr>
          <w:rFonts w:ascii="Arial Narrow" w:hAnsi="Arial Narrow"/>
          <w:szCs w:val="24"/>
        </w:rPr>
      </w:pPr>
    </w:p>
    <w:bookmarkStart w:id="1" w:name="Text1"/>
    <w:p w14:paraId="4BE6BDC4" w14:textId="77777777" w:rsidR="00817A65" w:rsidRPr="004553C0" w:rsidRDefault="00817A65" w:rsidP="00817A65">
      <w:pPr>
        <w:pStyle w:val="Tijeloteksta"/>
        <w:jc w:val="both"/>
        <w:rPr>
          <w:rFonts w:ascii="Arial Narrow" w:hAnsi="Arial Narrow"/>
          <w:b/>
          <w:bCs/>
          <w:szCs w:val="24"/>
        </w:rPr>
      </w:pPr>
      <w:r w:rsidRPr="004553C0">
        <w:rPr>
          <w:rFonts w:ascii="Arial Narrow" w:hAnsi="Arial Narrow"/>
          <w:b/>
          <w:bCs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4553C0">
        <w:rPr>
          <w:rFonts w:ascii="Arial Narrow" w:hAnsi="Arial Narrow"/>
          <w:b/>
          <w:bCs/>
          <w:szCs w:val="24"/>
        </w:rPr>
        <w:instrText xml:space="preserve"> FORMTEXT </w:instrText>
      </w:r>
      <w:r w:rsidRPr="004553C0">
        <w:rPr>
          <w:rFonts w:ascii="Arial Narrow" w:hAnsi="Arial Narrow"/>
          <w:b/>
          <w:bCs/>
          <w:szCs w:val="24"/>
        </w:rPr>
      </w:r>
      <w:r w:rsidRPr="004553C0">
        <w:rPr>
          <w:rFonts w:ascii="Arial Narrow" w:hAnsi="Arial Narrow"/>
          <w:b/>
          <w:bCs/>
          <w:szCs w:val="24"/>
        </w:rPr>
        <w:fldChar w:fldCharType="separate"/>
      </w:r>
      <w:r w:rsidRPr="004553C0">
        <w:rPr>
          <w:rFonts w:ascii="Arial Narrow" w:hAnsi="Arial Narrow"/>
          <w:b/>
          <w:bCs/>
          <w:noProof/>
          <w:szCs w:val="24"/>
        </w:rPr>
        <w:t> </w:t>
      </w:r>
      <w:r w:rsidRPr="004553C0">
        <w:rPr>
          <w:rFonts w:ascii="Arial Narrow" w:hAnsi="Arial Narrow"/>
          <w:b/>
          <w:bCs/>
          <w:noProof/>
          <w:szCs w:val="24"/>
        </w:rPr>
        <w:t> </w:t>
      </w:r>
      <w:r w:rsidRPr="004553C0">
        <w:rPr>
          <w:rFonts w:ascii="Arial Narrow" w:hAnsi="Arial Narrow"/>
          <w:b/>
          <w:bCs/>
          <w:noProof/>
          <w:szCs w:val="24"/>
        </w:rPr>
        <w:t> </w:t>
      </w:r>
      <w:r w:rsidRPr="004553C0">
        <w:rPr>
          <w:rFonts w:ascii="Arial Narrow" w:hAnsi="Arial Narrow"/>
          <w:b/>
          <w:bCs/>
          <w:noProof/>
          <w:szCs w:val="24"/>
        </w:rPr>
        <w:t> </w:t>
      </w:r>
      <w:r w:rsidRPr="004553C0">
        <w:rPr>
          <w:rFonts w:ascii="Arial Narrow" w:hAnsi="Arial Narrow"/>
          <w:b/>
          <w:bCs/>
          <w:noProof/>
          <w:szCs w:val="24"/>
        </w:rPr>
        <w:t> </w:t>
      </w:r>
      <w:r w:rsidRPr="004553C0">
        <w:rPr>
          <w:rFonts w:ascii="Arial Narrow" w:hAnsi="Arial Narrow"/>
          <w:b/>
          <w:bCs/>
          <w:szCs w:val="24"/>
        </w:rPr>
        <w:fldChar w:fldCharType="end"/>
      </w:r>
      <w:bookmarkEnd w:id="1"/>
    </w:p>
    <w:p w14:paraId="6E0AE749" w14:textId="67ABFE2C" w:rsidR="00817A65" w:rsidRPr="00FC523C" w:rsidRDefault="00817A65" w:rsidP="00817A65">
      <w:pPr>
        <w:pStyle w:val="Tijeloteksta"/>
        <w:jc w:val="both"/>
        <w:rPr>
          <w:rFonts w:ascii="Arial Narrow" w:hAnsi="Arial Narrow"/>
          <w:sz w:val="20"/>
        </w:rPr>
      </w:pPr>
      <w:r w:rsidRPr="00FC523C">
        <w:rPr>
          <w:rFonts w:ascii="Arial Narrow" w:hAnsi="Arial Narrow"/>
          <w:sz w:val="20"/>
        </w:rPr>
        <w:t>Ime i prezime pristupnika/pristupnice</w:t>
      </w:r>
    </w:p>
    <w:p w14:paraId="3357C89E" w14:textId="77777777" w:rsidR="00817A65" w:rsidRPr="00EA52CA" w:rsidRDefault="00817A65" w:rsidP="00817A65">
      <w:pPr>
        <w:pStyle w:val="Tijeloteksta"/>
        <w:spacing w:line="360" w:lineRule="auto"/>
        <w:rPr>
          <w:rFonts w:ascii="Arial Narrow" w:hAnsi="Arial Narrow"/>
          <w:szCs w:val="24"/>
        </w:rPr>
      </w:pPr>
    </w:p>
    <w:p w14:paraId="49B81ADB" w14:textId="77777777" w:rsidR="00817A65" w:rsidRPr="00FC523C" w:rsidRDefault="00817A65" w:rsidP="00817A65">
      <w:pPr>
        <w:pStyle w:val="Tijeloteksta"/>
        <w:spacing w:line="360" w:lineRule="auto"/>
        <w:rPr>
          <w:rFonts w:ascii="Arial Narrow" w:hAnsi="Arial Narrow"/>
          <w:sz w:val="22"/>
        </w:rPr>
      </w:pPr>
      <w:r w:rsidRPr="00FC523C">
        <w:rPr>
          <w:rFonts w:ascii="Arial Narrow" w:hAnsi="Arial Narrow"/>
          <w:sz w:val="22"/>
        </w:rPr>
        <w:t xml:space="preserve">braniti svoj </w:t>
      </w:r>
      <w:proofErr w:type="spellStart"/>
      <w:r w:rsidRPr="00FC523C">
        <w:rPr>
          <w:rFonts w:ascii="Arial Narrow" w:hAnsi="Arial Narrow"/>
          <w:sz w:val="22"/>
        </w:rPr>
        <w:t>licencijatski</w:t>
      </w:r>
      <w:proofErr w:type="spellEnd"/>
      <w:r w:rsidRPr="00FC523C">
        <w:rPr>
          <w:rFonts w:ascii="Arial Narrow" w:hAnsi="Arial Narrow"/>
          <w:sz w:val="22"/>
        </w:rPr>
        <w:t xml:space="preserve"> rad naslovljen</w:t>
      </w:r>
    </w:p>
    <w:p w14:paraId="36EB2C02" w14:textId="77777777" w:rsidR="00817A65" w:rsidRPr="002E6AEC" w:rsidRDefault="00817A65" w:rsidP="00817A65">
      <w:pPr>
        <w:pStyle w:val="Tijeloteksta"/>
        <w:rPr>
          <w:rFonts w:ascii="Arial Narrow" w:hAnsi="Arial Narrow"/>
          <w:i/>
          <w:sz w:val="2"/>
          <w:szCs w:val="2"/>
        </w:rPr>
      </w:pP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20"/>
        <w:gridCol w:w="992"/>
        <w:gridCol w:w="6140"/>
      </w:tblGrid>
      <w:tr w:rsidR="00817A65" w:rsidRPr="00EA52CA" w14:paraId="0B5F6601" w14:textId="77777777" w:rsidTr="00B23F0B">
        <w:trPr>
          <w:trHeight w:val="454"/>
          <w:jc w:val="center"/>
        </w:trPr>
        <w:tc>
          <w:tcPr>
            <w:tcW w:w="2620" w:type="dxa"/>
            <w:vMerge w:val="restart"/>
            <w:shd w:val="clear" w:color="auto" w:fill="BFBFBF"/>
            <w:vAlign w:val="center"/>
          </w:tcPr>
          <w:p w14:paraId="77042A81" w14:textId="77777777" w:rsidR="00817A65" w:rsidRPr="009575C8" w:rsidRDefault="00817A65" w:rsidP="00B23F0B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9575C8">
              <w:rPr>
                <w:rFonts w:ascii="Arial Narrow" w:hAnsi="Arial Narrow" w:cs="Arial"/>
                <w:b/>
                <w:sz w:val="22"/>
                <w:szCs w:val="22"/>
              </w:rPr>
              <w:t xml:space="preserve">Naslov </w:t>
            </w:r>
            <w:proofErr w:type="spellStart"/>
            <w:r w:rsidRPr="009575C8">
              <w:rPr>
                <w:rFonts w:ascii="Arial Narrow" w:hAnsi="Arial Narrow" w:cs="Arial"/>
                <w:b/>
                <w:sz w:val="22"/>
                <w:szCs w:val="22"/>
              </w:rPr>
              <w:t>licencijatskoga</w:t>
            </w:r>
            <w:proofErr w:type="spellEnd"/>
            <w:r w:rsidRPr="009575C8">
              <w:rPr>
                <w:rFonts w:ascii="Arial Narrow" w:hAnsi="Arial Narrow" w:cs="Arial"/>
                <w:b/>
                <w:sz w:val="22"/>
                <w:szCs w:val="22"/>
              </w:rPr>
              <w:t xml:space="preserve"> rada</w:t>
            </w:r>
          </w:p>
        </w:tc>
        <w:tc>
          <w:tcPr>
            <w:tcW w:w="992" w:type="dxa"/>
            <w:shd w:val="clear" w:color="auto" w:fill="BFBFBF"/>
            <w:vAlign w:val="center"/>
          </w:tcPr>
          <w:p w14:paraId="75DF98A3" w14:textId="77777777" w:rsidR="00817A65" w:rsidRPr="009575C8" w:rsidRDefault="00817A65" w:rsidP="00B23F0B">
            <w:pPr>
              <w:jc w:val="both"/>
              <w:rPr>
                <w:rFonts w:ascii="Arial Narrow" w:hAnsi="Arial Narrow" w:cs="Arial"/>
                <w:i/>
                <w:sz w:val="22"/>
                <w:szCs w:val="22"/>
              </w:rPr>
            </w:pPr>
            <w:r w:rsidRPr="009575C8">
              <w:rPr>
                <w:rFonts w:ascii="Arial Narrow" w:hAnsi="Arial Narrow" w:cs="Arial"/>
                <w:i/>
                <w:sz w:val="22"/>
                <w:szCs w:val="22"/>
              </w:rPr>
              <w:t>Hrvatski</w:t>
            </w:r>
          </w:p>
        </w:tc>
        <w:tc>
          <w:tcPr>
            <w:tcW w:w="6140" w:type="dxa"/>
            <w:vAlign w:val="center"/>
          </w:tcPr>
          <w:p w14:paraId="1DEF9622" w14:textId="77777777" w:rsidR="00817A65" w:rsidRPr="009575C8" w:rsidRDefault="00817A65" w:rsidP="00B23F0B">
            <w:pPr>
              <w:rPr>
                <w:rFonts w:ascii="Arial Narrow" w:hAnsi="Arial Narrow" w:cs="Arial"/>
                <w:i/>
                <w:iCs/>
                <w:sz w:val="22"/>
                <w:szCs w:val="22"/>
              </w:rPr>
            </w:pPr>
            <w:r w:rsidRPr="009575C8">
              <w:rPr>
                <w:rFonts w:ascii="Arial Narrow" w:hAnsi="Arial Narrow" w:cs="Arial"/>
                <w:i/>
                <w:iCs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9575C8">
              <w:rPr>
                <w:rFonts w:ascii="Arial Narrow" w:hAnsi="Arial Narrow" w:cs="Arial"/>
                <w:i/>
                <w:iCs/>
                <w:sz w:val="22"/>
                <w:szCs w:val="22"/>
              </w:rPr>
              <w:instrText xml:space="preserve"> FORMTEXT </w:instrText>
            </w:r>
            <w:r w:rsidRPr="009575C8">
              <w:rPr>
                <w:rFonts w:ascii="Arial Narrow" w:hAnsi="Arial Narrow" w:cs="Arial"/>
                <w:i/>
                <w:iCs/>
                <w:sz w:val="22"/>
                <w:szCs w:val="22"/>
              </w:rPr>
            </w:r>
            <w:r w:rsidRPr="009575C8">
              <w:rPr>
                <w:rFonts w:ascii="Arial Narrow" w:hAnsi="Arial Narrow" w:cs="Arial"/>
                <w:i/>
                <w:iCs/>
                <w:sz w:val="22"/>
                <w:szCs w:val="22"/>
              </w:rPr>
              <w:fldChar w:fldCharType="separate"/>
            </w:r>
            <w:r w:rsidRPr="009575C8">
              <w:rPr>
                <w:rFonts w:ascii="Arial Narrow" w:hAnsi="Arial Narrow" w:cs="Arial"/>
                <w:i/>
                <w:iCs/>
                <w:noProof/>
                <w:sz w:val="22"/>
                <w:szCs w:val="22"/>
              </w:rPr>
              <w:t> </w:t>
            </w:r>
            <w:r w:rsidRPr="009575C8">
              <w:rPr>
                <w:rFonts w:ascii="Arial Narrow" w:hAnsi="Arial Narrow" w:cs="Arial"/>
                <w:i/>
                <w:iCs/>
                <w:noProof/>
                <w:sz w:val="22"/>
                <w:szCs w:val="22"/>
              </w:rPr>
              <w:t> </w:t>
            </w:r>
            <w:r w:rsidRPr="009575C8">
              <w:rPr>
                <w:rFonts w:ascii="Arial Narrow" w:hAnsi="Arial Narrow" w:cs="Arial"/>
                <w:i/>
                <w:iCs/>
                <w:noProof/>
                <w:sz w:val="22"/>
                <w:szCs w:val="22"/>
              </w:rPr>
              <w:t> </w:t>
            </w:r>
            <w:r w:rsidRPr="009575C8">
              <w:rPr>
                <w:rFonts w:ascii="Arial Narrow" w:hAnsi="Arial Narrow" w:cs="Arial"/>
                <w:i/>
                <w:iCs/>
                <w:noProof/>
                <w:sz w:val="22"/>
                <w:szCs w:val="22"/>
              </w:rPr>
              <w:t> </w:t>
            </w:r>
            <w:r w:rsidRPr="009575C8">
              <w:rPr>
                <w:rFonts w:ascii="Arial Narrow" w:hAnsi="Arial Narrow" w:cs="Arial"/>
                <w:i/>
                <w:iCs/>
                <w:noProof/>
                <w:sz w:val="22"/>
                <w:szCs w:val="22"/>
              </w:rPr>
              <w:t> </w:t>
            </w:r>
            <w:r w:rsidRPr="009575C8">
              <w:rPr>
                <w:rFonts w:ascii="Arial Narrow" w:hAnsi="Arial Narrow" w:cs="Arial"/>
                <w:i/>
                <w:iCs/>
                <w:sz w:val="22"/>
                <w:szCs w:val="22"/>
              </w:rPr>
              <w:fldChar w:fldCharType="end"/>
            </w:r>
            <w:bookmarkEnd w:id="2"/>
          </w:p>
        </w:tc>
      </w:tr>
      <w:tr w:rsidR="00817A65" w:rsidRPr="00EA52CA" w14:paraId="00903386" w14:textId="77777777" w:rsidTr="00B23F0B">
        <w:trPr>
          <w:trHeight w:val="454"/>
          <w:jc w:val="center"/>
        </w:trPr>
        <w:tc>
          <w:tcPr>
            <w:tcW w:w="2620" w:type="dxa"/>
            <w:vMerge/>
            <w:shd w:val="clear" w:color="auto" w:fill="BFBFBF"/>
            <w:vAlign w:val="center"/>
          </w:tcPr>
          <w:p w14:paraId="65D8EB0F" w14:textId="77777777" w:rsidR="00817A65" w:rsidRPr="009575C8" w:rsidRDefault="00817A65" w:rsidP="00B23F0B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BFBFBF"/>
            <w:vAlign w:val="center"/>
          </w:tcPr>
          <w:p w14:paraId="4DBE8F37" w14:textId="77777777" w:rsidR="00817A65" w:rsidRPr="009575C8" w:rsidRDefault="00817A65" w:rsidP="00B23F0B">
            <w:pPr>
              <w:jc w:val="both"/>
              <w:rPr>
                <w:rFonts w:ascii="Arial Narrow" w:hAnsi="Arial Narrow" w:cs="Arial"/>
                <w:i/>
                <w:sz w:val="22"/>
                <w:szCs w:val="22"/>
              </w:rPr>
            </w:pPr>
            <w:r w:rsidRPr="009575C8">
              <w:rPr>
                <w:rFonts w:ascii="Arial Narrow" w:hAnsi="Arial Narrow" w:cs="Arial"/>
                <w:i/>
                <w:sz w:val="22"/>
                <w:szCs w:val="22"/>
              </w:rPr>
              <w:t>Engleski</w:t>
            </w:r>
          </w:p>
        </w:tc>
        <w:tc>
          <w:tcPr>
            <w:tcW w:w="6140" w:type="dxa"/>
            <w:vAlign w:val="center"/>
          </w:tcPr>
          <w:p w14:paraId="228918FC" w14:textId="77777777" w:rsidR="00817A65" w:rsidRPr="009575C8" w:rsidRDefault="00817A65" w:rsidP="00B23F0B">
            <w:pPr>
              <w:rPr>
                <w:rFonts w:ascii="Arial Narrow" w:hAnsi="Arial Narrow" w:cs="Arial"/>
                <w:i/>
                <w:iCs/>
                <w:sz w:val="22"/>
                <w:szCs w:val="22"/>
              </w:rPr>
            </w:pPr>
            <w:r w:rsidRPr="009575C8">
              <w:rPr>
                <w:rFonts w:ascii="Arial Narrow" w:hAnsi="Arial Narrow" w:cs="Arial"/>
                <w:i/>
                <w:iCs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9575C8">
              <w:rPr>
                <w:rFonts w:ascii="Arial Narrow" w:hAnsi="Arial Narrow" w:cs="Arial"/>
                <w:i/>
                <w:iCs/>
                <w:sz w:val="22"/>
                <w:szCs w:val="22"/>
              </w:rPr>
              <w:instrText xml:space="preserve"> FORMTEXT </w:instrText>
            </w:r>
            <w:r w:rsidRPr="009575C8">
              <w:rPr>
                <w:rFonts w:ascii="Arial Narrow" w:hAnsi="Arial Narrow" w:cs="Arial"/>
                <w:i/>
                <w:iCs/>
                <w:sz w:val="22"/>
                <w:szCs w:val="22"/>
              </w:rPr>
            </w:r>
            <w:r w:rsidRPr="009575C8">
              <w:rPr>
                <w:rFonts w:ascii="Arial Narrow" w:hAnsi="Arial Narrow" w:cs="Arial"/>
                <w:i/>
                <w:iCs/>
                <w:sz w:val="22"/>
                <w:szCs w:val="22"/>
              </w:rPr>
              <w:fldChar w:fldCharType="separate"/>
            </w:r>
            <w:r w:rsidRPr="009575C8">
              <w:rPr>
                <w:rFonts w:ascii="Arial Narrow" w:hAnsi="Arial Narrow" w:cs="Arial"/>
                <w:i/>
                <w:iCs/>
                <w:noProof/>
                <w:sz w:val="22"/>
                <w:szCs w:val="22"/>
              </w:rPr>
              <w:t> </w:t>
            </w:r>
            <w:r w:rsidRPr="009575C8">
              <w:rPr>
                <w:rFonts w:ascii="Arial Narrow" w:hAnsi="Arial Narrow" w:cs="Arial"/>
                <w:i/>
                <w:iCs/>
                <w:noProof/>
                <w:sz w:val="22"/>
                <w:szCs w:val="22"/>
              </w:rPr>
              <w:t> </w:t>
            </w:r>
            <w:r w:rsidRPr="009575C8">
              <w:rPr>
                <w:rFonts w:ascii="Arial Narrow" w:hAnsi="Arial Narrow" w:cs="Arial"/>
                <w:i/>
                <w:iCs/>
                <w:noProof/>
                <w:sz w:val="22"/>
                <w:szCs w:val="22"/>
              </w:rPr>
              <w:t> </w:t>
            </w:r>
            <w:r w:rsidRPr="009575C8">
              <w:rPr>
                <w:rFonts w:ascii="Arial Narrow" w:hAnsi="Arial Narrow" w:cs="Arial"/>
                <w:i/>
                <w:iCs/>
                <w:noProof/>
                <w:sz w:val="22"/>
                <w:szCs w:val="22"/>
              </w:rPr>
              <w:t> </w:t>
            </w:r>
            <w:r w:rsidRPr="009575C8">
              <w:rPr>
                <w:rFonts w:ascii="Arial Narrow" w:hAnsi="Arial Narrow" w:cs="Arial"/>
                <w:i/>
                <w:iCs/>
                <w:noProof/>
                <w:sz w:val="22"/>
                <w:szCs w:val="22"/>
              </w:rPr>
              <w:t> </w:t>
            </w:r>
            <w:r w:rsidRPr="009575C8">
              <w:rPr>
                <w:rFonts w:ascii="Arial Narrow" w:hAnsi="Arial Narrow" w:cs="Arial"/>
                <w:i/>
                <w:iCs/>
                <w:sz w:val="22"/>
                <w:szCs w:val="22"/>
              </w:rPr>
              <w:fldChar w:fldCharType="end"/>
            </w:r>
            <w:bookmarkEnd w:id="3"/>
          </w:p>
        </w:tc>
      </w:tr>
    </w:tbl>
    <w:p w14:paraId="4D8FAE59" w14:textId="77777777" w:rsidR="00817A65" w:rsidRDefault="00817A65" w:rsidP="00817A65">
      <w:pPr>
        <w:pStyle w:val="Tijeloteksta"/>
        <w:rPr>
          <w:rFonts w:ascii="Arial Narrow" w:hAnsi="Arial Narrow"/>
          <w:i/>
          <w:szCs w:val="24"/>
        </w:rPr>
      </w:pPr>
    </w:p>
    <w:p w14:paraId="3C35EA67" w14:textId="77777777" w:rsidR="00817A65" w:rsidRPr="00EA52CA" w:rsidRDefault="00817A65" w:rsidP="00817A65">
      <w:pPr>
        <w:pStyle w:val="Tijeloteksta"/>
        <w:rPr>
          <w:rFonts w:ascii="Arial Narrow" w:hAnsi="Arial Narrow"/>
          <w:i/>
          <w:szCs w:val="24"/>
        </w:rPr>
      </w:pPr>
    </w:p>
    <w:p w14:paraId="1C2062F4" w14:textId="77777777" w:rsidR="00817A65" w:rsidRPr="009575C8" w:rsidRDefault="00817A65" w:rsidP="00817A65">
      <w:pPr>
        <w:pStyle w:val="Tijeloteksta"/>
        <w:rPr>
          <w:rFonts w:ascii="Arial Narrow" w:hAnsi="Arial Narrow"/>
          <w:sz w:val="22"/>
        </w:rPr>
      </w:pPr>
      <w:r w:rsidRPr="009575C8">
        <w:rPr>
          <w:rFonts w:ascii="Arial Narrow" w:hAnsi="Arial Narrow"/>
          <w:sz w:val="22"/>
        </w:rPr>
        <w:t>a napisan pod mentorstvom</w:t>
      </w:r>
    </w:p>
    <w:p w14:paraId="2180DD38" w14:textId="77777777" w:rsidR="00817A65" w:rsidRPr="009575C8" w:rsidRDefault="00817A65" w:rsidP="00817A65">
      <w:pPr>
        <w:pStyle w:val="Tijeloteksta"/>
        <w:rPr>
          <w:rFonts w:ascii="Arial Narrow" w:hAnsi="Arial Narrow"/>
          <w:i/>
          <w:sz w:val="10"/>
          <w:szCs w:val="10"/>
        </w:rPr>
      </w:pP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2"/>
        <w:gridCol w:w="3535"/>
        <w:gridCol w:w="3535"/>
      </w:tblGrid>
      <w:tr w:rsidR="00817A65" w:rsidRPr="009575C8" w14:paraId="271D9EC4" w14:textId="77777777" w:rsidTr="00B23F0B">
        <w:trPr>
          <w:trHeight w:hRule="exact" w:val="422"/>
          <w:jc w:val="center"/>
        </w:trPr>
        <w:tc>
          <w:tcPr>
            <w:tcW w:w="2682" w:type="dxa"/>
            <w:vAlign w:val="center"/>
          </w:tcPr>
          <w:p w14:paraId="67B3781F" w14:textId="77777777" w:rsidR="00817A65" w:rsidRPr="009575C8" w:rsidRDefault="00817A65" w:rsidP="00B23F0B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3535" w:type="dxa"/>
            <w:vAlign w:val="center"/>
          </w:tcPr>
          <w:p w14:paraId="6B1421BD" w14:textId="77777777" w:rsidR="00817A65" w:rsidRPr="009575C8" w:rsidRDefault="00817A65" w:rsidP="00B23F0B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9575C8">
              <w:rPr>
                <w:rFonts w:ascii="Arial Narrow" w:hAnsi="Arial Narrow" w:cs="Arial"/>
                <w:b/>
                <w:sz w:val="22"/>
                <w:szCs w:val="22"/>
              </w:rPr>
              <w:t>Titula, ime i prezime</w:t>
            </w:r>
          </w:p>
        </w:tc>
        <w:tc>
          <w:tcPr>
            <w:tcW w:w="3535" w:type="dxa"/>
            <w:vAlign w:val="center"/>
          </w:tcPr>
          <w:p w14:paraId="7E5F3FC0" w14:textId="77777777" w:rsidR="00817A65" w:rsidRPr="009575C8" w:rsidRDefault="00817A65" w:rsidP="00B23F0B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9575C8">
              <w:rPr>
                <w:rFonts w:ascii="Arial Narrow" w:hAnsi="Arial Narrow" w:cs="Arial"/>
                <w:b/>
                <w:sz w:val="22"/>
                <w:szCs w:val="22"/>
              </w:rPr>
              <w:t>Ustanova, država</w:t>
            </w:r>
          </w:p>
        </w:tc>
      </w:tr>
      <w:tr w:rsidR="00817A65" w:rsidRPr="009575C8" w14:paraId="74DF4FEB" w14:textId="77777777" w:rsidTr="00B23F0B">
        <w:trPr>
          <w:trHeight w:val="454"/>
          <w:jc w:val="center"/>
        </w:trPr>
        <w:tc>
          <w:tcPr>
            <w:tcW w:w="2682" w:type="dxa"/>
            <w:shd w:val="clear" w:color="auto" w:fill="CCCCCC"/>
            <w:vAlign w:val="center"/>
          </w:tcPr>
          <w:p w14:paraId="36607BFA" w14:textId="77777777" w:rsidR="00817A65" w:rsidRPr="009575C8" w:rsidRDefault="00817A65" w:rsidP="00B23F0B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9575C8">
              <w:rPr>
                <w:rFonts w:ascii="Arial Narrow" w:hAnsi="Arial Narrow" w:cs="Arial"/>
                <w:b/>
                <w:sz w:val="22"/>
                <w:szCs w:val="22"/>
              </w:rPr>
              <w:t>Prvi mentor</w:t>
            </w:r>
          </w:p>
        </w:tc>
        <w:tc>
          <w:tcPr>
            <w:tcW w:w="3535" w:type="dxa"/>
            <w:vAlign w:val="center"/>
          </w:tcPr>
          <w:p w14:paraId="2E80F732" w14:textId="77777777" w:rsidR="00817A65" w:rsidRPr="009575C8" w:rsidRDefault="00817A65" w:rsidP="00B23F0B">
            <w:pPr>
              <w:rPr>
                <w:rFonts w:ascii="Arial Narrow" w:hAnsi="Arial Narrow" w:cs="Arial"/>
                <w:sz w:val="22"/>
                <w:szCs w:val="22"/>
              </w:rPr>
            </w:pPr>
            <w:r w:rsidRPr="009575C8">
              <w:rPr>
                <w:rFonts w:ascii="Arial Narrow" w:hAnsi="Arial Narrow" w:cs="Arial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9575C8">
              <w:rPr>
                <w:rFonts w:ascii="Arial Narrow" w:hAnsi="Arial Narrow" w:cs="Arial"/>
                <w:sz w:val="22"/>
                <w:szCs w:val="22"/>
              </w:rPr>
              <w:instrText xml:space="preserve"> FORMTEXT </w:instrText>
            </w:r>
            <w:r w:rsidRPr="009575C8">
              <w:rPr>
                <w:rFonts w:ascii="Arial Narrow" w:hAnsi="Arial Narrow" w:cs="Arial"/>
                <w:sz w:val="22"/>
                <w:szCs w:val="22"/>
              </w:rPr>
            </w:r>
            <w:r w:rsidRPr="009575C8">
              <w:rPr>
                <w:rFonts w:ascii="Arial Narrow" w:hAnsi="Arial Narrow" w:cs="Arial"/>
                <w:sz w:val="22"/>
                <w:szCs w:val="22"/>
              </w:rPr>
              <w:fldChar w:fldCharType="separate"/>
            </w:r>
            <w:r w:rsidRPr="009575C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9575C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9575C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9575C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9575C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9575C8">
              <w:rPr>
                <w:rFonts w:ascii="Arial Narrow" w:hAnsi="Arial Narrow" w:cs="Arial"/>
                <w:sz w:val="22"/>
                <w:szCs w:val="22"/>
              </w:rPr>
              <w:fldChar w:fldCharType="end"/>
            </w:r>
            <w:bookmarkEnd w:id="4"/>
          </w:p>
        </w:tc>
        <w:tc>
          <w:tcPr>
            <w:tcW w:w="3535" w:type="dxa"/>
            <w:vAlign w:val="center"/>
          </w:tcPr>
          <w:p w14:paraId="2497F6AF" w14:textId="77777777" w:rsidR="00817A65" w:rsidRPr="009575C8" w:rsidRDefault="00817A65" w:rsidP="00B23F0B">
            <w:pPr>
              <w:rPr>
                <w:rFonts w:ascii="Arial Narrow" w:hAnsi="Arial Narrow" w:cs="Arial"/>
                <w:sz w:val="22"/>
                <w:szCs w:val="22"/>
              </w:rPr>
            </w:pPr>
            <w:r w:rsidRPr="009575C8">
              <w:rPr>
                <w:rFonts w:ascii="Arial Narrow" w:hAnsi="Arial Narrow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9575C8">
              <w:rPr>
                <w:rFonts w:ascii="Arial Narrow" w:hAnsi="Arial Narrow" w:cs="Arial"/>
                <w:sz w:val="22"/>
                <w:szCs w:val="22"/>
              </w:rPr>
              <w:instrText xml:space="preserve"> FORMTEXT </w:instrText>
            </w:r>
            <w:r w:rsidRPr="009575C8">
              <w:rPr>
                <w:rFonts w:ascii="Arial Narrow" w:hAnsi="Arial Narrow" w:cs="Arial"/>
                <w:sz w:val="22"/>
                <w:szCs w:val="22"/>
              </w:rPr>
            </w:r>
            <w:r w:rsidRPr="009575C8">
              <w:rPr>
                <w:rFonts w:ascii="Arial Narrow" w:hAnsi="Arial Narrow" w:cs="Arial"/>
                <w:sz w:val="22"/>
                <w:szCs w:val="22"/>
              </w:rPr>
              <w:fldChar w:fldCharType="separate"/>
            </w:r>
            <w:r w:rsidRPr="009575C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9575C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9575C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9575C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9575C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9575C8">
              <w:rPr>
                <w:rFonts w:ascii="Arial Narrow" w:hAnsi="Arial Narrow" w:cs="Arial"/>
                <w:sz w:val="22"/>
                <w:szCs w:val="22"/>
              </w:rPr>
              <w:fldChar w:fldCharType="end"/>
            </w:r>
            <w:bookmarkEnd w:id="5"/>
          </w:p>
        </w:tc>
      </w:tr>
      <w:tr w:rsidR="00817A65" w:rsidRPr="009575C8" w14:paraId="1F0FE830" w14:textId="77777777" w:rsidTr="00B23F0B">
        <w:trPr>
          <w:trHeight w:val="454"/>
          <w:jc w:val="center"/>
        </w:trPr>
        <w:tc>
          <w:tcPr>
            <w:tcW w:w="2682" w:type="dxa"/>
            <w:shd w:val="clear" w:color="auto" w:fill="CCCCCC"/>
            <w:vAlign w:val="center"/>
          </w:tcPr>
          <w:p w14:paraId="3609DAFD" w14:textId="77777777" w:rsidR="00817A65" w:rsidRPr="009575C8" w:rsidRDefault="00817A65" w:rsidP="00B23F0B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9575C8">
              <w:rPr>
                <w:rFonts w:ascii="Arial Narrow" w:hAnsi="Arial Narrow" w:cs="Arial"/>
                <w:b/>
                <w:sz w:val="22"/>
                <w:szCs w:val="22"/>
              </w:rPr>
              <w:t>Drugi</w:t>
            </w:r>
            <w:r>
              <w:rPr>
                <w:rFonts w:ascii="Arial Narrow" w:hAnsi="Arial Narrow" w:cs="Arial"/>
                <w:b/>
                <w:sz w:val="22"/>
                <w:szCs w:val="22"/>
              </w:rPr>
              <w:t xml:space="preserve"> </w:t>
            </w:r>
            <w:r w:rsidRPr="009575C8">
              <w:rPr>
                <w:rFonts w:ascii="Arial Narrow" w:hAnsi="Arial Narrow" w:cs="Arial"/>
                <w:b/>
                <w:sz w:val="22"/>
                <w:szCs w:val="22"/>
              </w:rPr>
              <w:t>mentor</w:t>
            </w:r>
          </w:p>
        </w:tc>
        <w:tc>
          <w:tcPr>
            <w:tcW w:w="3535" w:type="dxa"/>
            <w:vAlign w:val="center"/>
          </w:tcPr>
          <w:p w14:paraId="3322F60D" w14:textId="77777777" w:rsidR="00817A65" w:rsidRPr="009575C8" w:rsidRDefault="00817A65" w:rsidP="00B23F0B">
            <w:pPr>
              <w:rPr>
                <w:rFonts w:ascii="Arial Narrow" w:hAnsi="Arial Narrow" w:cs="Arial"/>
                <w:sz w:val="22"/>
                <w:szCs w:val="22"/>
              </w:rPr>
            </w:pPr>
            <w:r w:rsidRPr="009575C8">
              <w:rPr>
                <w:rFonts w:ascii="Arial Narrow" w:hAnsi="Arial Narrow" w:cs="Arial"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 w:rsidRPr="009575C8">
              <w:rPr>
                <w:rFonts w:ascii="Arial Narrow" w:hAnsi="Arial Narrow" w:cs="Arial"/>
                <w:sz w:val="22"/>
                <w:szCs w:val="22"/>
              </w:rPr>
              <w:instrText xml:space="preserve"> FORMTEXT </w:instrText>
            </w:r>
            <w:r w:rsidRPr="009575C8">
              <w:rPr>
                <w:rFonts w:ascii="Arial Narrow" w:hAnsi="Arial Narrow" w:cs="Arial"/>
                <w:sz w:val="22"/>
                <w:szCs w:val="22"/>
              </w:rPr>
            </w:r>
            <w:r w:rsidRPr="009575C8">
              <w:rPr>
                <w:rFonts w:ascii="Arial Narrow" w:hAnsi="Arial Narrow" w:cs="Arial"/>
                <w:sz w:val="22"/>
                <w:szCs w:val="22"/>
              </w:rPr>
              <w:fldChar w:fldCharType="separate"/>
            </w:r>
            <w:r w:rsidRPr="009575C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9575C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9575C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9575C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9575C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9575C8">
              <w:rPr>
                <w:rFonts w:ascii="Arial Narrow" w:hAnsi="Arial Narrow" w:cs="Arial"/>
                <w:sz w:val="22"/>
                <w:szCs w:val="22"/>
              </w:rPr>
              <w:fldChar w:fldCharType="end"/>
            </w:r>
            <w:bookmarkEnd w:id="6"/>
          </w:p>
        </w:tc>
        <w:tc>
          <w:tcPr>
            <w:tcW w:w="3535" w:type="dxa"/>
            <w:vAlign w:val="center"/>
          </w:tcPr>
          <w:p w14:paraId="5F4617E7" w14:textId="77777777" w:rsidR="00817A65" w:rsidRPr="009575C8" w:rsidRDefault="00817A65" w:rsidP="00B23F0B">
            <w:pPr>
              <w:rPr>
                <w:rFonts w:ascii="Arial Narrow" w:hAnsi="Arial Narrow" w:cs="Arial"/>
                <w:sz w:val="22"/>
                <w:szCs w:val="22"/>
              </w:rPr>
            </w:pPr>
            <w:r w:rsidRPr="009575C8">
              <w:rPr>
                <w:rFonts w:ascii="Arial Narrow" w:hAnsi="Arial Narrow" w:cs="Arial"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7" w:name="Text8"/>
            <w:r w:rsidRPr="009575C8">
              <w:rPr>
                <w:rFonts w:ascii="Arial Narrow" w:hAnsi="Arial Narrow" w:cs="Arial"/>
                <w:sz w:val="22"/>
                <w:szCs w:val="22"/>
              </w:rPr>
              <w:instrText xml:space="preserve"> FORMTEXT </w:instrText>
            </w:r>
            <w:r w:rsidRPr="009575C8">
              <w:rPr>
                <w:rFonts w:ascii="Arial Narrow" w:hAnsi="Arial Narrow" w:cs="Arial"/>
                <w:sz w:val="22"/>
                <w:szCs w:val="22"/>
              </w:rPr>
            </w:r>
            <w:r w:rsidRPr="009575C8">
              <w:rPr>
                <w:rFonts w:ascii="Arial Narrow" w:hAnsi="Arial Narrow" w:cs="Arial"/>
                <w:sz w:val="22"/>
                <w:szCs w:val="22"/>
              </w:rPr>
              <w:fldChar w:fldCharType="separate"/>
            </w:r>
            <w:r w:rsidRPr="009575C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9575C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9575C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9575C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9575C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9575C8">
              <w:rPr>
                <w:rFonts w:ascii="Arial Narrow" w:hAnsi="Arial Narrow" w:cs="Arial"/>
                <w:sz w:val="22"/>
                <w:szCs w:val="22"/>
              </w:rPr>
              <w:fldChar w:fldCharType="end"/>
            </w:r>
            <w:bookmarkEnd w:id="7"/>
          </w:p>
        </w:tc>
      </w:tr>
    </w:tbl>
    <w:p w14:paraId="404B4929" w14:textId="77777777" w:rsidR="00817A65" w:rsidRPr="009575C8" w:rsidRDefault="00817A65" w:rsidP="00817A65">
      <w:pPr>
        <w:pStyle w:val="Tijeloteksta"/>
        <w:rPr>
          <w:rFonts w:ascii="Arial Narrow" w:hAnsi="Arial Narrow"/>
          <w:i/>
          <w:sz w:val="22"/>
        </w:rPr>
      </w:pPr>
    </w:p>
    <w:p w14:paraId="23428DED" w14:textId="77777777" w:rsidR="00817A65" w:rsidRDefault="00817A65" w:rsidP="00817A65">
      <w:pPr>
        <w:pStyle w:val="Tijeloteksta"/>
        <w:rPr>
          <w:rFonts w:ascii="Arial Narrow" w:hAnsi="Arial Narrow"/>
          <w:sz w:val="22"/>
        </w:rPr>
      </w:pPr>
    </w:p>
    <w:p w14:paraId="4B4B8361" w14:textId="77777777" w:rsidR="00817A65" w:rsidRPr="009575C8" w:rsidRDefault="00817A65" w:rsidP="00817A65">
      <w:pPr>
        <w:pStyle w:val="Tijeloteksta"/>
        <w:rPr>
          <w:rFonts w:ascii="Arial Narrow" w:hAnsi="Arial Narrow"/>
          <w:sz w:val="22"/>
        </w:rPr>
      </w:pPr>
    </w:p>
    <w:p w14:paraId="2AFC089D" w14:textId="77777777" w:rsidR="00817A65" w:rsidRPr="009575C8" w:rsidRDefault="00817A65" w:rsidP="00817A65">
      <w:pPr>
        <w:pStyle w:val="Tijeloteksta"/>
        <w:rPr>
          <w:rFonts w:ascii="Arial Narrow" w:hAnsi="Arial Narrow"/>
          <w:sz w:val="22"/>
        </w:rPr>
      </w:pPr>
      <w:proofErr w:type="spellStart"/>
      <w:r w:rsidRPr="009575C8">
        <w:rPr>
          <w:rFonts w:ascii="Arial Narrow" w:hAnsi="Arial Narrow"/>
          <w:sz w:val="22"/>
        </w:rPr>
        <w:lastRenderedPageBreak/>
        <w:t>Licencijatski</w:t>
      </w:r>
      <w:proofErr w:type="spellEnd"/>
      <w:r w:rsidRPr="009575C8">
        <w:rPr>
          <w:rFonts w:ascii="Arial Narrow" w:hAnsi="Arial Narrow"/>
          <w:sz w:val="22"/>
        </w:rPr>
        <w:t xml:space="preserve"> rad brani se pred </w:t>
      </w:r>
      <w:r w:rsidRPr="009575C8">
        <w:rPr>
          <w:rFonts w:ascii="Arial Narrow" w:hAnsi="Arial Narrow"/>
          <w:i/>
          <w:iCs/>
          <w:sz w:val="22"/>
        </w:rPr>
        <w:t>Povjerenstvom</w:t>
      </w:r>
      <w:r w:rsidRPr="009575C8">
        <w:rPr>
          <w:rFonts w:ascii="Arial Narrow" w:hAnsi="Arial Narrow"/>
          <w:sz w:val="22"/>
        </w:rPr>
        <w:t xml:space="preserve"> od tri člana u sastavu: </w:t>
      </w:r>
    </w:p>
    <w:p w14:paraId="21E349DA" w14:textId="77777777" w:rsidR="00817A65" w:rsidRPr="009575C8" w:rsidRDefault="00817A65" w:rsidP="00817A65">
      <w:pPr>
        <w:pStyle w:val="Tijeloteksta"/>
        <w:rPr>
          <w:rFonts w:ascii="Arial Narrow" w:hAnsi="Arial Narrow"/>
          <w:i/>
          <w:sz w:val="8"/>
          <w:szCs w:val="8"/>
        </w:rPr>
      </w:pPr>
    </w:p>
    <w:tbl>
      <w:tblPr>
        <w:tblW w:w="97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15"/>
        <w:gridCol w:w="3107"/>
        <w:gridCol w:w="3708"/>
      </w:tblGrid>
      <w:tr w:rsidR="00817A65" w:rsidRPr="009575C8" w14:paraId="1F5FDD5F" w14:textId="77777777" w:rsidTr="00B23F0B">
        <w:trPr>
          <w:trHeight w:val="454"/>
          <w:jc w:val="center"/>
        </w:trPr>
        <w:tc>
          <w:tcPr>
            <w:tcW w:w="2915" w:type="dxa"/>
            <w:vMerge w:val="restart"/>
            <w:shd w:val="clear" w:color="auto" w:fill="BFBFBF"/>
            <w:vAlign w:val="center"/>
          </w:tcPr>
          <w:p w14:paraId="2794E95E" w14:textId="77777777" w:rsidR="00817A65" w:rsidRPr="009575C8" w:rsidRDefault="00817A65" w:rsidP="00B23F0B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9575C8">
              <w:rPr>
                <w:rFonts w:ascii="Arial Narrow" w:hAnsi="Arial Narrow" w:cs="Arial"/>
                <w:b/>
                <w:sz w:val="22"/>
                <w:szCs w:val="22"/>
              </w:rPr>
              <w:t xml:space="preserve">Izabrano </w:t>
            </w:r>
            <w:r w:rsidRPr="009575C8">
              <w:rPr>
                <w:rFonts w:ascii="Arial Narrow" w:hAnsi="Arial Narrow" w:cs="Arial"/>
                <w:b/>
                <w:i/>
                <w:iCs/>
                <w:sz w:val="22"/>
                <w:szCs w:val="22"/>
              </w:rPr>
              <w:t xml:space="preserve">Povjerenstvo za obranu </w:t>
            </w:r>
            <w:proofErr w:type="spellStart"/>
            <w:r w:rsidRPr="009575C8">
              <w:rPr>
                <w:rFonts w:ascii="Arial Narrow" w:hAnsi="Arial Narrow" w:cs="Arial"/>
                <w:b/>
                <w:i/>
                <w:iCs/>
                <w:sz w:val="22"/>
                <w:szCs w:val="22"/>
              </w:rPr>
              <w:t>licencijatskoga</w:t>
            </w:r>
            <w:proofErr w:type="spellEnd"/>
            <w:r w:rsidRPr="009575C8">
              <w:rPr>
                <w:rFonts w:ascii="Arial Narrow" w:hAnsi="Arial Narrow" w:cs="Arial"/>
                <w:b/>
                <w:i/>
                <w:iCs/>
                <w:sz w:val="22"/>
                <w:szCs w:val="22"/>
              </w:rPr>
              <w:t xml:space="preserve"> rada</w:t>
            </w:r>
          </w:p>
        </w:tc>
        <w:tc>
          <w:tcPr>
            <w:tcW w:w="3107" w:type="dxa"/>
            <w:shd w:val="clear" w:color="auto" w:fill="auto"/>
            <w:vAlign w:val="center"/>
          </w:tcPr>
          <w:p w14:paraId="16C98555" w14:textId="77777777" w:rsidR="00817A65" w:rsidRPr="009575C8" w:rsidRDefault="00817A65" w:rsidP="00B23F0B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9575C8">
              <w:rPr>
                <w:rFonts w:ascii="Arial Narrow" w:hAnsi="Arial Narrow" w:cs="Arial"/>
                <w:b/>
                <w:sz w:val="22"/>
                <w:szCs w:val="22"/>
              </w:rPr>
              <w:t>Titula, ime i prezime</w:t>
            </w:r>
          </w:p>
        </w:tc>
        <w:tc>
          <w:tcPr>
            <w:tcW w:w="3708" w:type="dxa"/>
            <w:shd w:val="clear" w:color="auto" w:fill="auto"/>
            <w:vAlign w:val="center"/>
          </w:tcPr>
          <w:p w14:paraId="4C0CBA9C" w14:textId="77777777" w:rsidR="00817A65" w:rsidRPr="009575C8" w:rsidRDefault="00817A65" w:rsidP="00B23F0B">
            <w:pPr>
              <w:rPr>
                <w:rFonts w:ascii="Arial Narrow" w:hAnsi="Arial Narrow" w:cs="Arial"/>
                <w:b/>
                <w:strike/>
                <w:sz w:val="22"/>
                <w:szCs w:val="22"/>
              </w:rPr>
            </w:pPr>
            <w:r w:rsidRPr="009575C8">
              <w:rPr>
                <w:rFonts w:ascii="Arial Narrow" w:hAnsi="Arial Narrow" w:cs="Arial"/>
                <w:b/>
                <w:sz w:val="22"/>
                <w:szCs w:val="22"/>
              </w:rPr>
              <w:t>Ustanova</w:t>
            </w:r>
          </w:p>
        </w:tc>
      </w:tr>
      <w:tr w:rsidR="00817A65" w:rsidRPr="009575C8" w14:paraId="361044AC" w14:textId="77777777" w:rsidTr="00B23F0B">
        <w:trPr>
          <w:trHeight w:val="454"/>
          <w:jc w:val="center"/>
        </w:trPr>
        <w:tc>
          <w:tcPr>
            <w:tcW w:w="2915" w:type="dxa"/>
            <w:vMerge/>
            <w:shd w:val="clear" w:color="auto" w:fill="BFBFBF"/>
            <w:vAlign w:val="center"/>
          </w:tcPr>
          <w:p w14:paraId="3BBC522A" w14:textId="77777777" w:rsidR="00817A65" w:rsidRPr="009575C8" w:rsidRDefault="00817A65" w:rsidP="00B23F0B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3107" w:type="dxa"/>
            <w:shd w:val="clear" w:color="auto" w:fill="auto"/>
            <w:vAlign w:val="center"/>
          </w:tcPr>
          <w:p w14:paraId="42A8E821" w14:textId="77777777" w:rsidR="00817A65" w:rsidRPr="009575C8" w:rsidRDefault="00817A65" w:rsidP="00B23F0B">
            <w:pPr>
              <w:rPr>
                <w:rFonts w:ascii="Arial Narrow" w:hAnsi="Arial Narrow" w:cs="Arial"/>
                <w:sz w:val="22"/>
                <w:szCs w:val="22"/>
              </w:rPr>
            </w:pPr>
            <w:r w:rsidRPr="009575C8">
              <w:rPr>
                <w:rFonts w:ascii="Arial Narrow" w:hAnsi="Arial Narrow" w:cs="Arial"/>
                <w:sz w:val="22"/>
                <w:szCs w:val="22"/>
              </w:rPr>
              <w:t>1.</w:t>
            </w:r>
            <w:r w:rsidRPr="009575C8">
              <w:rPr>
                <w:rFonts w:ascii="Arial Narrow" w:hAnsi="Arial Narrow" w:cs="Arial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 w:rsidRPr="009575C8">
              <w:rPr>
                <w:rFonts w:ascii="Arial Narrow" w:hAnsi="Arial Narrow" w:cs="Arial"/>
                <w:sz w:val="22"/>
                <w:szCs w:val="22"/>
              </w:rPr>
              <w:instrText xml:space="preserve"> FORMTEXT </w:instrText>
            </w:r>
            <w:r w:rsidRPr="009575C8">
              <w:rPr>
                <w:rFonts w:ascii="Arial Narrow" w:hAnsi="Arial Narrow" w:cs="Arial"/>
                <w:sz w:val="22"/>
                <w:szCs w:val="22"/>
              </w:rPr>
            </w:r>
            <w:r w:rsidRPr="009575C8">
              <w:rPr>
                <w:rFonts w:ascii="Arial Narrow" w:hAnsi="Arial Narrow" w:cs="Arial"/>
                <w:sz w:val="22"/>
                <w:szCs w:val="22"/>
              </w:rPr>
              <w:fldChar w:fldCharType="separate"/>
            </w:r>
            <w:r w:rsidRPr="009575C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9575C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9575C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9575C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9575C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9575C8">
              <w:rPr>
                <w:rFonts w:ascii="Arial Narrow" w:hAnsi="Arial Narrow" w:cs="Arial"/>
                <w:sz w:val="22"/>
                <w:szCs w:val="22"/>
              </w:rPr>
              <w:fldChar w:fldCharType="end"/>
            </w:r>
            <w:bookmarkEnd w:id="8"/>
          </w:p>
        </w:tc>
        <w:tc>
          <w:tcPr>
            <w:tcW w:w="3708" w:type="dxa"/>
            <w:shd w:val="clear" w:color="auto" w:fill="auto"/>
            <w:vAlign w:val="center"/>
          </w:tcPr>
          <w:p w14:paraId="64DE0FC7" w14:textId="77777777" w:rsidR="00817A65" w:rsidRPr="009575C8" w:rsidRDefault="00817A65" w:rsidP="00B23F0B">
            <w:pPr>
              <w:rPr>
                <w:rFonts w:ascii="Arial Narrow" w:hAnsi="Arial Narrow" w:cs="Arial"/>
                <w:sz w:val="22"/>
                <w:szCs w:val="22"/>
              </w:rPr>
            </w:pPr>
            <w:r w:rsidRPr="009575C8">
              <w:rPr>
                <w:rFonts w:ascii="Arial Narrow" w:hAnsi="Arial Narrow" w:cs="Arial"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9" w:name="Text14"/>
            <w:r w:rsidRPr="009575C8">
              <w:rPr>
                <w:rFonts w:ascii="Arial Narrow" w:hAnsi="Arial Narrow" w:cs="Arial"/>
                <w:sz w:val="22"/>
                <w:szCs w:val="22"/>
              </w:rPr>
              <w:instrText xml:space="preserve"> FORMTEXT </w:instrText>
            </w:r>
            <w:r w:rsidRPr="009575C8">
              <w:rPr>
                <w:rFonts w:ascii="Arial Narrow" w:hAnsi="Arial Narrow" w:cs="Arial"/>
                <w:sz w:val="22"/>
                <w:szCs w:val="22"/>
              </w:rPr>
            </w:r>
            <w:r w:rsidRPr="009575C8">
              <w:rPr>
                <w:rFonts w:ascii="Arial Narrow" w:hAnsi="Arial Narrow" w:cs="Arial"/>
                <w:sz w:val="22"/>
                <w:szCs w:val="22"/>
              </w:rPr>
              <w:fldChar w:fldCharType="separate"/>
            </w:r>
            <w:r w:rsidRPr="009575C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9575C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9575C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9575C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9575C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9575C8">
              <w:rPr>
                <w:rFonts w:ascii="Arial Narrow" w:hAnsi="Arial Narrow" w:cs="Arial"/>
                <w:sz w:val="22"/>
                <w:szCs w:val="22"/>
              </w:rPr>
              <w:fldChar w:fldCharType="end"/>
            </w:r>
            <w:bookmarkEnd w:id="9"/>
          </w:p>
        </w:tc>
      </w:tr>
      <w:tr w:rsidR="00817A65" w:rsidRPr="009575C8" w14:paraId="5E09E352" w14:textId="77777777" w:rsidTr="00B23F0B">
        <w:trPr>
          <w:trHeight w:val="454"/>
          <w:jc w:val="center"/>
        </w:trPr>
        <w:tc>
          <w:tcPr>
            <w:tcW w:w="2915" w:type="dxa"/>
            <w:vMerge/>
            <w:shd w:val="clear" w:color="auto" w:fill="BFBFBF"/>
            <w:vAlign w:val="center"/>
          </w:tcPr>
          <w:p w14:paraId="29274C3C" w14:textId="77777777" w:rsidR="00817A65" w:rsidRPr="009575C8" w:rsidRDefault="00817A65" w:rsidP="00B23F0B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3107" w:type="dxa"/>
            <w:shd w:val="clear" w:color="auto" w:fill="auto"/>
            <w:vAlign w:val="center"/>
          </w:tcPr>
          <w:p w14:paraId="63A453CA" w14:textId="77777777" w:rsidR="00817A65" w:rsidRPr="009575C8" w:rsidRDefault="00817A65" w:rsidP="00B23F0B">
            <w:pPr>
              <w:rPr>
                <w:rFonts w:ascii="Arial Narrow" w:hAnsi="Arial Narrow" w:cs="Arial"/>
                <w:sz w:val="22"/>
                <w:szCs w:val="22"/>
              </w:rPr>
            </w:pPr>
            <w:r w:rsidRPr="009575C8">
              <w:rPr>
                <w:rFonts w:ascii="Arial Narrow" w:hAnsi="Arial Narrow" w:cs="Arial"/>
                <w:sz w:val="22"/>
                <w:szCs w:val="22"/>
              </w:rPr>
              <w:t>2.</w:t>
            </w:r>
            <w:r w:rsidRPr="009575C8">
              <w:rPr>
                <w:rFonts w:ascii="Arial Narrow" w:hAnsi="Arial Narrow" w:cs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0" w:name="Text10"/>
            <w:r w:rsidRPr="009575C8">
              <w:rPr>
                <w:rFonts w:ascii="Arial Narrow" w:hAnsi="Arial Narrow" w:cs="Arial"/>
                <w:sz w:val="22"/>
                <w:szCs w:val="22"/>
              </w:rPr>
              <w:instrText xml:space="preserve"> FORMTEXT </w:instrText>
            </w:r>
            <w:r w:rsidRPr="009575C8">
              <w:rPr>
                <w:rFonts w:ascii="Arial Narrow" w:hAnsi="Arial Narrow" w:cs="Arial"/>
                <w:sz w:val="22"/>
                <w:szCs w:val="22"/>
              </w:rPr>
            </w:r>
            <w:r w:rsidRPr="009575C8">
              <w:rPr>
                <w:rFonts w:ascii="Arial Narrow" w:hAnsi="Arial Narrow" w:cs="Arial"/>
                <w:sz w:val="22"/>
                <w:szCs w:val="22"/>
              </w:rPr>
              <w:fldChar w:fldCharType="separate"/>
            </w:r>
            <w:r w:rsidRPr="009575C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9575C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9575C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9575C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9575C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9575C8">
              <w:rPr>
                <w:rFonts w:ascii="Arial Narrow" w:hAnsi="Arial Narrow" w:cs="Arial"/>
                <w:sz w:val="22"/>
                <w:szCs w:val="22"/>
              </w:rPr>
              <w:fldChar w:fldCharType="end"/>
            </w:r>
            <w:bookmarkEnd w:id="10"/>
          </w:p>
        </w:tc>
        <w:tc>
          <w:tcPr>
            <w:tcW w:w="3708" w:type="dxa"/>
            <w:shd w:val="clear" w:color="auto" w:fill="auto"/>
            <w:vAlign w:val="center"/>
          </w:tcPr>
          <w:p w14:paraId="322F5CDA" w14:textId="77777777" w:rsidR="00817A65" w:rsidRPr="009575C8" w:rsidRDefault="00817A65" w:rsidP="00B23F0B">
            <w:pPr>
              <w:rPr>
                <w:rFonts w:ascii="Arial Narrow" w:hAnsi="Arial Narrow" w:cs="Arial"/>
                <w:sz w:val="22"/>
                <w:szCs w:val="22"/>
              </w:rPr>
            </w:pPr>
            <w:r w:rsidRPr="009575C8">
              <w:rPr>
                <w:rFonts w:ascii="Arial Narrow" w:hAnsi="Arial Narrow" w:cs="Arial"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1" w:name="Text15"/>
            <w:r w:rsidRPr="009575C8">
              <w:rPr>
                <w:rFonts w:ascii="Arial Narrow" w:hAnsi="Arial Narrow" w:cs="Arial"/>
                <w:sz w:val="22"/>
                <w:szCs w:val="22"/>
              </w:rPr>
              <w:instrText xml:space="preserve"> FORMTEXT </w:instrText>
            </w:r>
            <w:r w:rsidRPr="009575C8">
              <w:rPr>
                <w:rFonts w:ascii="Arial Narrow" w:hAnsi="Arial Narrow" w:cs="Arial"/>
                <w:sz w:val="22"/>
                <w:szCs w:val="22"/>
              </w:rPr>
            </w:r>
            <w:r w:rsidRPr="009575C8">
              <w:rPr>
                <w:rFonts w:ascii="Arial Narrow" w:hAnsi="Arial Narrow" w:cs="Arial"/>
                <w:sz w:val="22"/>
                <w:szCs w:val="22"/>
              </w:rPr>
              <w:fldChar w:fldCharType="separate"/>
            </w:r>
            <w:r w:rsidRPr="009575C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9575C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9575C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9575C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9575C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9575C8">
              <w:rPr>
                <w:rFonts w:ascii="Arial Narrow" w:hAnsi="Arial Narrow" w:cs="Arial"/>
                <w:sz w:val="22"/>
                <w:szCs w:val="22"/>
              </w:rPr>
              <w:fldChar w:fldCharType="end"/>
            </w:r>
            <w:bookmarkEnd w:id="11"/>
          </w:p>
        </w:tc>
      </w:tr>
      <w:tr w:rsidR="00817A65" w:rsidRPr="009575C8" w14:paraId="2712C185" w14:textId="77777777" w:rsidTr="00B23F0B">
        <w:trPr>
          <w:trHeight w:val="454"/>
          <w:jc w:val="center"/>
        </w:trPr>
        <w:tc>
          <w:tcPr>
            <w:tcW w:w="2915" w:type="dxa"/>
            <w:vMerge/>
            <w:shd w:val="clear" w:color="auto" w:fill="BFBFBF"/>
            <w:vAlign w:val="center"/>
          </w:tcPr>
          <w:p w14:paraId="3C62AF9C" w14:textId="77777777" w:rsidR="00817A65" w:rsidRPr="009575C8" w:rsidRDefault="00817A65" w:rsidP="00B23F0B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3107" w:type="dxa"/>
            <w:shd w:val="clear" w:color="auto" w:fill="auto"/>
            <w:vAlign w:val="center"/>
          </w:tcPr>
          <w:p w14:paraId="30F7BFF3" w14:textId="77777777" w:rsidR="00817A65" w:rsidRPr="009575C8" w:rsidRDefault="00817A65" w:rsidP="00B23F0B">
            <w:pPr>
              <w:rPr>
                <w:rFonts w:ascii="Arial Narrow" w:hAnsi="Arial Narrow" w:cs="Arial"/>
                <w:sz w:val="22"/>
                <w:szCs w:val="22"/>
              </w:rPr>
            </w:pPr>
            <w:r w:rsidRPr="009575C8">
              <w:rPr>
                <w:rFonts w:ascii="Arial Narrow" w:hAnsi="Arial Narrow" w:cs="Arial"/>
                <w:sz w:val="22"/>
                <w:szCs w:val="22"/>
              </w:rPr>
              <w:t>3.</w:t>
            </w:r>
            <w:r w:rsidRPr="009575C8">
              <w:rPr>
                <w:rFonts w:ascii="Arial Narrow" w:hAnsi="Arial Narrow" w:cs="Arial"/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2" w:name="Text11"/>
            <w:r w:rsidRPr="009575C8">
              <w:rPr>
                <w:rFonts w:ascii="Arial Narrow" w:hAnsi="Arial Narrow" w:cs="Arial"/>
                <w:sz w:val="22"/>
                <w:szCs w:val="22"/>
              </w:rPr>
              <w:instrText xml:space="preserve"> FORMTEXT </w:instrText>
            </w:r>
            <w:r w:rsidRPr="009575C8">
              <w:rPr>
                <w:rFonts w:ascii="Arial Narrow" w:hAnsi="Arial Narrow" w:cs="Arial"/>
                <w:sz w:val="22"/>
                <w:szCs w:val="22"/>
              </w:rPr>
            </w:r>
            <w:r w:rsidRPr="009575C8">
              <w:rPr>
                <w:rFonts w:ascii="Arial Narrow" w:hAnsi="Arial Narrow" w:cs="Arial"/>
                <w:sz w:val="22"/>
                <w:szCs w:val="22"/>
              </w:rPr>
              <w:fldChar w:fldCharType="separate"/>
            </w:r>
            <w:r w:rsidRPr="009575C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9575C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9575C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9575C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9575C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9575C8">
              <w:rPr>
                <w:rFonts w:ascii="Arial Narrow" w:hAnsi="Arial Narrow" w:cs="Arial"/>
                <w:sz w:val="22"/>
                <w:szCs w:val="22"/>
              </w:rPr>
              <w:fldChar w:fldCharType="end"/>
            </w:r>
            <w:bookmarkEnd w:id="12"/>
          </w:p>
        </w:tc>
        <w:tc>
          <w:tcPr>
            <w:tcW w:w="3708" w:type="dxa"/>
            <w:shd w:val="clear" w:color="auto" w:fill="auto"/>
            <w:vAlign w:val="center"/>
          </w:tcPr>
          <w:p w14:paraId="2B8BA3AC" w14:textId="77777777" w:rsidR="00817A65" w:rsidRPr="009575C8" w:rsidRDefault="00817A65" w:rsidP="00B23F0B">
            <w:pPr>
              <w:rPr>
                <w:rFonts w:ascii="Arial Narrow" w:hAnsi="Arial Narrow" w:cs="Arial"/>
                <w:sz w:val="22"/>
                <w:szCs w:val="22"/>
              </w:rPr>
            </w:pPr>
            <w:r w:rsidRPr="009575C8">
              <w:rPr>
                <w:rFonts w:ascii="Arial Narrow" w:hAnsi="Arial Narrow" w:cs="Arial"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3" w:name="Text16"/>
            <w:r w:rsidRPr="009575C8">
              <w:rPr>
                <w:rFonts w:ascii="Arial Narrow" w:hAnsi="Arial Narrow" w:cs="Arial"/>
                <w:sz w:val="22"/>
                <w:szCs w:val="22"/>
              </w:rPr>
              <w:instrText xml:space="preserve"> FORMTEXT </w:instrText>
            </w:r>
            <w:r w:rsidRPr="009575C8">
              <w:rPr>
                <w:rFonts w:ascii="Arial Narrow" w:hAnsi="Arial Narrow" w:cs="Arial"/>
                <w:sz w:val="22"/>
                <w:szCs w:val="22"/>
              </w:rPr>
            </w:r>
            <w:r w:rsidRPr="009575C8">
              <w:rPr>
                <w:rFonts w:ascii="Arial Narrow" w:hAnsi="Arial Narrow" w:cs="Arial"/>
                <w:sz w:val="22"/>
                <w:szCs w:val="22"/>
              </w:rPr>
              <w:fldChar w:fldCharType="separate"/>
            </w:r>
            <w:r w:rsidRPr="009575C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9575C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9575C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9575C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9575C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9575C8">
              <w:rPr>
                <w:rFonts w:ascii="Arial Narrow" w:hAnsi="Arial Narrow" w:cs="Arial"/>
                <w:sz w:val="22"/>
                <w:szCs w:val="22"/>
              </w:rPr>
              <w:fldChar w:fldCharType="end"/>
            </w:r>
            <w:bookmarkEnd w:id="13"/>
          </w:p>
        </w:tc>
      </w:tr>
    </w:tbl>
    <w:p w14:paraId="1596E276" w14:textId="77777777" w:rsidR="00817A65" w:rsidRPr="009575C8" w:rsidRDefault="00817A65" w:rsidP="00817A65">
      <w:pPr>
        <w:pStyle w:val="Tijeloteksta"/>
        <w:rPr>
          <w:rFonts w:ascii="Arial Narrow" w:hAnsi="Arial Narrow"/>
          <w:i/>
          <w:sz w:val="4"/>
          <w:szCs w:val="4"/>
        </w:rPr>
      </w:pPr>
    </w:p>
    <w:p w14:paraId="587A85DC" w14:textId="77777777" w:rsidR="00817A65" w:rsidRPr="009575C8" w:rsidRDefault="00817A65" w:rsidP="00817A65">
      <w:pPr>
        <w:spacing w:before="120" w:line="360" w:lineRule="auto"/>
        <w:jc w:val="both"/>
        <w:rPr>
          <w:rFonts w:ascii="Arial Narrow" w:hAnsi="Arial Narrow"/>
          <w:sz w:val="22"/>
          <w:szCs w:val="22"/>
        </w:rPr>
      </w:pPr>
      <w:r w:rsidRPr="009575C8">
        <w:rPr>
          <w:rFonts w:ascii="Arial Narrow" w:hAnsi="Arial Narrow"/>
          <w:sz w:val="22"/>
          <w:szCs w:val="22"/>
        </w:rPr>
        <w:t xml:space="preserve">koje je izabralo Fakultetsko vijeće Katoličkoga bogoslovnog fakulteta Sveučilišta u Zagrebu, na svojoj sjednici dana </w:t>
      </w:r>
      <w:bookmarkStart w:id="14" w:name="Text25"/>
      <w:r w:rsidRPr="009575C8">
        <w:rPr>
          <w:rFonts w:ascii="Arial Narrow" w:hAnsi="Arial Narrow"/>
          <w:sz w:val="22"/>
          <w:szCs w:val="22"/>
        </w:rPr>
        <w:fldChar w:fldCharType="begin">
          <w:ffData>
            <w:name w:val="Text25"/>
            <w:enabled/>
            <w:calcOnExit w:val="0"/>
            <w:textInput/>
          </w:ffData>
        </w:fldChar>
      </w:r>
      <w:r w:rsidRPr="009575C8">
        <w:rPr>
          <w:rFonts w:ascii="Arial Narrow" w:hAnsi="Arial Narrow"/>
          <w:sz w:val="22"/>
          <w:szCs w:val="22"/>
        </w:rPr>
        <w:instrText xml:space="preserve"> FORMTEXT </w:instrText>
      </w:r>
      <w:r w:rsidRPr="009575C8">
        <w:rPr>
          <w:rFonts w:ascii="Arial Narrow" w:hAnsi="Arial Narrow"/>
          <w:sz w:val="22"/>
          <w:szCs w:val="22"/>
        </w:rPr>
      </w:r>
      <w:r w:rsidRPr="009575C8">
        <w:rPr>
          <w:rFonts w:ascii="Arial Narrow" w:hAnsi="Arial Narrow"/>
          <w:sz w:val="22"/>
          <w:szCs w:val="22"/>
        </w:rPr>
        <w:fldChar w:fldCharType="separate"/>
      </w:r>
      <w:r w:rsidRPr="009575C8">
        <w:rPr>
          <w:rFonts w:ascii="Arial Narrow" w:hAnsi="Arial Narrow"/>
          <w:noProof/>
          <w:sz w:val="22"/>
          <w:szCs w:val="22"/>
        </w:rPr>
        <w:t> </w:t>
      </w:r>
      <w:r w:rsidRPr="009575C8">
        <w:rPr>
          <w:rFonts w:ascii="Arial Narrow" w:hAnsi="Arial Narrow"/>
          <w:noProof/>
          <w:sz w:val="22"/>
          <w:szCs w:val="22"/>
        </w:rPr>
        <w:t> </w:t>
      </w:r>
      <w:r w:rsidRPr="009575C8">
        <w:rPr>
          <w:rFonts w:ascii="Arial Narrow" w:hAnsi="Arial Narrow"/>
          <w:noProof/>
          <w:sz w:val="22"/>
          <w:szCs w:val="22"/>
        </w:rPr>
        <w:t> </w:t>
      </w:r>
      <w:r w:rsidRPr="009575C8">
        <w:rPr>
          <w:rFonts w:ascii="Arial Narrow" w:hAnsi="Arial Narrow"/>
          <w:noProof/>
          <w:sz w:val="22"/>
          <w:szCs w:val="22"/>
        </w:rPr>
        <w:t> </w:t>
      </w:r>
      <w:r w:rsidRPr="009575C8">
        <w:rPr>
          <w:rFonts w:ascii="Arial Narrow" w:hAnsi="Arial Narrow"/>
          <w:noProof/>
          <w:sz w:val="22"/>
          <w:szCs w:val="22"/>
        </w:rPr>
        <w:t> </w:t>
      </w:r>
      <w:r w:rsidRPr="009575C8">
        <w:rPr>
          <w:rFonts w:ascii="Arial Narrow" w:hAnsi="Arial Narrow"/>
          <w:sz w:val="22"/>
          <w:szCs w:val="22"/>
        </w:rPr>
        <w:fldChar w:fldCharType="end"/>
      </w:r>
      <w:bookmarkEnd w:id="14"/>
      <w:r w:rsidRPr="009575C8">
        <w:rPr>
          <w:rFonts w:ascii="Arial Narrow" w:hAnsi="Arial Narrow"/>
          <w:sz w:val="22"/>
          <w:szCs w:val="22"/>
        </w:rPr>
        <w:t xml:space="preserve">, pod točkom </w:t>
      </w:r>
      <w:bookmarkStart w:id="15" w:name="Text26"/>
      <w:r w:rsidRPr="009575C8">
        <w:rPr>
          <w:rFonts w:ascii="Arial Narrow" w:hAnsi="Arial Narrow" w:cs="Arial"/>
          <w:sz w:val="22"/>
          <w:szCs w:val="22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Pr="009575C8">
        <w:rPr>
          <w:rFonts w:ascii="Arial Narrow" w:hAnsi="Arial Narrow" w:cs="Arial"/>
          <w:sz w:val="22"/>
          <w:szCs w:val="22"/>
        </w:rPr>
        <w:instrText xml:space="preserve"> FORMTEXT </w:instrText>
      </w:r>
      <w:r w:rsidRPr="009575C8">
        <w:rPr>
          <w:rFonts w:ascii="Arial Narrow" w:hAnsi="Arial Narrow" w:cs="Arial"/>
          <w:sz w:val="22"/>
          <w:szCs w:val="22"/>
        </w:rPr>
      </w:r>
      <w:r w:rsidRPr="009575C8">
        <w:rPr>
          <w:rFonts w:ascii="Arial Narrow" w:hAnsi="Arial Narrow" w:cs="Arial"/>
          <w:sz w:val="22"/>
          <w:szCs w:val="22"/>
        </w:rPr>
        <w:fldChar w:fldCharType="separate"/>
      </w:r>
      <w:r w:rsidRPr="009575C8">
        <w:rPr>
          <w:rFonts w:ascii="Arial Narrow" w:hAnsi="Arial Narrow" w:cs="Arial"/>
          <w:noProof/>
          <w:sz w:val="22"/>
          <w:szCs w:val="22"/>
        </w:rPr>
        <w:t> </w:t>
      </w:r>
      <w:r w:rsidRPr="009575C8">
        <w:rPr>
          <w:rFonts w:ascii="Arial Narrow" w:hAnsi="Arial Narrow" w:cs="Arial"/>
          <w:noProof/>
          <w:sz w:val="22"/>
          <w:szCs w:val="22"/>
        </w:rPr>
        <w:t> </w:t>
      </w:r>
      <w:r w:rsidRPr="009575C8">
        <w:rPr>
          <w:rFonts w:ascii="Arial Narrow" w:hAnsi="Arial Narrow" w:cs="Arial"/>
          <w:noProof/>
          <w:sz w:val="22"/>
          <w:szCs w:val="22"/>
        </w:rPr>
        <w:t> </w:t>
      </w:r>
      <w:r w:rsidRPr="009575C8">
        <w:rPr>
          <w:rFonts w:ascii="Arial Narrow" w:hAnsi="Arial Narrow" w:cs="Arial"/>
          <w:noProof/>
          <w:sz w:val="22"/>
          <w:szCs w:val="22"/>
        </w:rPr>
        <w:t> </w:t>
      </w:r>
      <w:r w:rsidRPr="009575C8">
        <w:rPr>
          <w:rFonts w:ascii="Arial Narrow" w:hAnsi="Arial Narrow" w:cs="Arial"/>
          <w:noProof/>
          <w:sz w:val="22"/>
          <w:szCs w:val="22"/>
        </w:rPr>
        <w:t> </w:t>
      </w:r>
      <w:r w:rsidRPr="009575C8">
        <w:rPr>
          <w:rFonts w:ascii="Arial Narrow" w:hAnsi="Arial Narrow" w:cs="Arial"/>
          <w:sz w:val="22"/>
          <w:szCs w:val="22"/>
        </w:rPr>
        <w:fldChar w:fldCharType="end"/>
      </w:r>
      <w:bookmarkEnd w:id="15"/>
      <w:r w:rsidRPr="009575C8">
        <w:rPr>
          <w:rFonts w:ascii="Arial Narrow" w:hAnsi="Arial Narrow" w:cs="Arial"/>
          <w:sz w:val="22"/>
          <w:szCs w:val="22"/>
        </w:rPr>
        <w:t xml:space="preserve"> Dnevnoga reda nakon što je prihvatilo ocjenu, mišljenje i prijedlog mentora.</w:t>
      </w:r>
    </w:p>
    <w:p w14:paraId="6526127A" w14:textId="77777777" w:rsidR="00817A65" w:rsidRDefault="00817A65" w:rsidP="00817A65">
      <w:pPr>
        <w:pStyle w:val="Tijeloteksta"/>
        <w:rPr>
          <w:rFonts w:ascii="Arial Narrow" w:hAnsi="Arial Narrow"/>
          <w:i/>
          <w:szCs w:val="24"/>
        </w:rPr>
      </w:pPr>
    </w:p>
    <w:p w14:paraId="009FC378" w14:textId="77777777" w:rsidR="00817A65" w:rsidRPr="002000C0" w:rsidRDefault="00817A65" w:rsidP="00817A65">
      <w:pPr>
        <w:pStyle w:val="Tijeloteksta"/>
        <w:rPr>
          <w:rFonts w:ascii="Arial Narrow" w:hAnsi="Arial Narrow"/>
          <w:i/>
          <w:sz w:val="10"/>
          <w:szCs w:val="10"/>
        </w:rPr>
      </w:pPr>
    </w:p>
    <w:p w14:paraId="0C1A75D0" w14:textId="77777777" w:rsidR="00817A65" w:rsidRPr="009575C8" w:rsidRDefault="00817A65" w:rsidP="00817A65">
      <w:pPr>
        <w:pStyle w:val="Tijeloteksta"/>
        <w:rPr>
          <w:rFonts w:ascii="Arial Narrow" w:hAnsi="Arial Narrow"/>
          <w:i/>
          <w:sz w:val="22"/>
        </w:rPr>
      </w:pPr>
      <w:r w:rsidRPr="009575C8">
        <w:rPr>
          <w:rFonts w:ascii="Arial Narrow" w:hAnsi="Arial Narrow"/>
          <w:i/>
          <w:sz w:val="22"/>
        </w:rPr>
        <w:t xml:space="preserve">Predsjednik čita </w:t>
      </w:r>
      <w:r w:rsidRPr="009575C8">
        <w:rPr>
          <w:rFonts w:ascii="Arial Narrow" w:hAnsi="Arial Narrow"/>
          <w:b/>
          <w:i/>
          <w:sz w:val="22"/>
        </w:rPr>
        <w:t>životopis</w:t>
      </w:r>
      <w:r w:rsidRPr="009575C8">
        <w:rPr>
          <w:rFonts w:ascii="Arial Narrow" w:hAnsi="Arial Narrow"/>
          <w:i/>
          <w:sz w:val="22"/>
        </w:rPr>
        <w:t xml:space="preserve"> pristupnika/pristupnice:</w:t>
      </w:r>
    </w:p>
    <w:p w14:paraId="6E266E46" w14:textId="77777777" w:rsidR="00817A65" w:rsidRPr="009575C8" w:rsidRDefault="00817A65" w:rsidP="00817A65">
      <w:pPr>
        <w:pStyle w:val="Tijeloteksta"/>
        <w:rPr>
          <w:rFonts w:ascii="Arial Narrow" w:hAnsi="Arial Narrow"/>
          <w:sz w:val="14"/>
          <w:szCs w:val="14"/>
        </w:rPr>
      </w:pP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52"/>
      </w:tblGrid>
      <w:tr w:rsidR="00817A65" w:rsidRPr="00117088" w14:paraId="5B094198" w14:textId="77777777" w:rsidTr="00B23F0B">
        <w:trPr>
          <w:trHeight w:hRule="exact" w:val="1048"/>
          <w:jc w:val="center"/>
        </w:trPr>
        <w:tc>
          <w:tcPr>
            <w:tcW w:w="9752" w:type="dxa"/>
            <w:shd w:val="clear" w:color="auto" w:fill="auto"/>
            <w:vAlign w:val="center"/>
          </w:tcPr>
          <w:p w14:paraId="38BBC609" w14:textId="77777777" w:rsidR="00817A65" w:rsidRDefault="00817A65" w:rsidP="00B23F0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16A92229" w14:textId="77777777" w:rsidR="00817A65" w:rsidRDefault="00817A65" w:rsidP="00B23F0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71903F08" w14:textId="77777777" w:rsidR="00817A65" w:rsidRDefault="00817A65" w:rsidP="00B23F0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45CF0254" w14:textId="77777777" w:rsidR="00817A65" w:rsidRDefault="00817A65" w:rsidP="00B23F0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31992410" w14:textId="77777777" w:rsidR="00817A65" w:rsidRPr="00117088" w:rsidRDefault="00817A65" w:rsidP="00B23F0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</w:tbl>
    <w:p w14:paraId="5151E10A" w14:textId="77777777" w:rsidR="00817A65" w:rsidRDefault="00817A65" w:rsidP="00817A65">
      <w:pPr>
        <w:tabs>
          <w:tab w:val="left" w:pos="-720"/>
        </w:tabs>
        <w:suppressAutoHyphens/>
        <w:rPr>
          <w:rFonts w:ascii="Arial Narrow" w:hAnsi="Arial Narrow"/>
          <w:i/>
          <w:spacing w:val="-3"/>
          <w:szCs w:val="24"/>
        </w:rPr>
      </w:pPr>
    </w:p>
    <w:p w14:paraId="4D3329BA" w14:textId="77777777" w:rsidR="00817A65" w:rsidRPr="00EA52CA" w:rsidRDefault="00817A65" w:rsidP="00817A65">
      <w:pPr>
        <w:tabs>
          <w:tab w:val="left" w:pos="-720"/>
        </w:tabs>
        <w:suppressAutoHyphens/>
        <w:rPr>
          <w:rFonts w:ascii="Arial Narrow" w:hAnsi="Arial Narrow"/>
          <w:i/>
          <w:spacing w:val="-3"/>
          <w:szCs w:val="24"/>
        </w:rPr>
      </w:pPr>
    </w:p>
    <w:p w14:paraId="3ED4B064" w14:textId="77777777" w:rsidR="00817A65" w:rsidRPr="009575C8" w:rsidRDefault="00817A65" w:rsidP="00817A65">
      <w:pPr>
        <w:tabs>
          <w:tab w:val="left" w:pos="-720"/>
        </w:tabs>
        <w:suppressAutoHyphens/>
        <w:rPr>
          <w:rFonts w:ascii="Arial Narrow" w:hAnsi="Arial Narrow"/>
          <w:i/>
          <w:spacing w:val="-3"/>
          <w:sz w:val="22"/>
          <w:szCs w:val="22"/>
        </w:rPr>
      </w:pPr>
      <w:r w:rsidRPr="009575C8">
        <w:rPr>
          <w:rFonts w:ascii="Arial Narrow" w:hAnsi="Arial Narrow"/>
          <w:i/>
          <w:spacing w:val="-3"/>
          <w:sz w:val="22"/>
          <w:szCs w:val="22"/>
        </w:rPr>
        <w:t xml:space="preserve">Predsjednik čita </w:t>
      </w:r>
      <w:r w:rsidRPr="009575C8">
        <w:rPr>
          <w:rFonts w:ascii="Arial Narrow" w:hAnsi="Arial Narrow"/>
          <w:b/>
          <w:i/>
          <w:spacing w:val="-3"/>
          <w:sz w:val="22"/>
          <w:szCs w:val="22"/>
        </w:rPr>
        <w:t>obrazloženje</w:t>
      </w:r>
      <w:r w:rsidRPr="009575C8">
        <w:rPr>
          <w:rFonts w:ascii="Arial Narrow" w:hAnsi="Arial Narrow"/>
          <w:i/>
          <w:spacing w:val="-3"/>
          <w:sz w:val="22"/>
          <w:szCs w:val="22"/>
        </w:rPr>
        <w:t xml:space="preserve"> ocjene licencijatskog rada. </w:t>
      </w:r>
    </w:p>
    <w:p w14:paraId="007FD4C8" w14:textId="77777777" w:rsidR="00817A65" w:rsidRPr="009575C8" w:rsidRDefault="00817A65" w:rsidP="00817A65">
      <w:pPr>
        <w:pStyle w:val="Tijeloteksta"/>
        <w:rPr>
          <w:rFonts w:ascii="Arial Narrow" w:hAnsi="Arial Narrow"/>
          <w:i/>
          <w:sz w:val="14"/>
          <w:szCs w:val="14"/>
        </w:rPr>
      </w:pP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52"/>
      </w:tblGrid>
      <w:tr w:rsidR="00817A65" w:rsidRPr="00117088" w14:paraId="2A48E91A" w14:textId="77777777" w:rsidTr="00817A65">
        <w:trPr>
          <w:trHeight w:hRule="exact" w:val="1048"/>
          <w:jc w:val="center"/>
        </w:trPr>
        <w:tc>
          <w:tcPr>
            <w:tcW w:w="9752" w:type="dxa"/>
            <w:shd w:val="clear" w:color="auto" w:fill="auto"/>
            <w:vAlign w:val="center"/>
          </w:tcPr>
          <w:p w14:paraId="6D695167" w14:textId="77777777" w:rsidR="00817A65" w:rsidRDefault="00817A65" w:rsidP="00B23F0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405760CA" w14:textId="77777777" w:rsidR="00817A65" w:rsidRDefault="00817A65" w:rsidP="00B23F0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04501C5A" w14:textId="77777777" w:rsidR="00817A65" w:rsidRDefault="00817A65" w:rsidP="00B23F0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42995209" w14:textId="77777777" w:rsidR="00817A65" w:rsidRDefault="00817A65" w:rsidP="00B23F0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1A64DB97" w14:textId="37F83903" w:rsidR="00817A65" w:rsidRPr="00117088" w:rsidRDefault="00817A65" w:rsidP="00B23F0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</w:tbl>
    <w:p w14:paraId="53623ED7" w14:textId="77777777" w:rsidR="00817A65" w:rsidRPr="00EA52CA" w:rsidRDefault="00817A65" w:rsidP="00817A65">
      <w:pPr>
        <w:pStyle w:val="Tijeloteksta"/>
        <w:rPr>
          <w:rFonts w:ascii="Arial Narrow" w:hAnsi="Arial Narrow"/>
          <w:i/>
          <w:szCs w:val="24"/>
        </w:rPr>
      </w:pPr>
    </w:p>
    <w:p w14:paraId="7B119F95" w14:textId="77777777" w:rsidR="00817A65" w:rsidRPr="00FE712C" w:rsidRDefault="00817A65" w:rsidP="00817A65">
      <w:pPr>
        <w:tabs>
          <w:tab w:val="left" w:pos="-720"/>
        </w:tabs>
        <w:suppressAutoHyphens/>
        <w:spacing w:line="360" w:lineRule="auto"/>
        <w:rPr>
          <w:rFonts w:ascii="Arial Narrow" w:hAnsi="Arial Narrow"/>
          <w:i/>
          <w:spacing w:val="-3"/>
          <w:sz w:val="22"/>
          <w:szCs w:val="22"/>
        </w:rPr>
      </w:pPr>
      <w:r w:rsidRPr="00FE712C">
        <w:rPr>
          <w:rFonts w:ascii="Arial Narrow" w:hAnsi="Arial Narrow"/>
          <w:i/>
          <w:spacing w:val="-3"/>
          <w:sz w:val="22"/>
          <w:szCs w:val="22"/>
        </w:rPr>
        <w:t xml:space="preserve">Nakon što je pročitao Izvještaj, Predsjednik daje riječ </w:t>
      </w:r>
      <w:r w:rsidRPr="00FE712C">
        <w:rPr>
          <w:rFonts w:ascii="Arial Narrow" w:hAnsi="Arial Narrow"/>
          <w:i/>
          <w:sz w:val="22"/>
          <w:szCs w:val="22"/>
        </w:rPr>
        <w:t>pristupnici/pristupniku) ovim ili sličnim</w:t>
      </w:r>
      <w:r w:rsidRPr="00FE712C">
        <w:rPr>
          <w:rFonts w:ascii="Arial Narrow" w:hAnsi="Arial Narrow"/>
          <w:i/>
          <w:spacing w:val="-3"/>
          <w:sz w:val="22"/>
          <w:szCs w:val="22"/>
        </w:rPr>
        <w:t xml:space="preserve"> riječima:</w:t>
      </w:r>
    </w:p>
    <w:p w14:paraId="6E242364" w14:textId="77777777" w:rsidR="00817A65" w:rsidRPr="00EA52CA" w:rsidRDefault="00817A65" w:rsidP="00817A65">
      <w:pPr>
        <w:tabs>
          <w:tab w:val="left" w:pos="-720"/>
        </w:tabs>
        <w:suppressAutoHyphens/>
        <w:spacing w:line="360" w:lineRule="auto"/>
        <w:rPr>
          <w:rFonts w:ascii="Arial Narrow" w:hAnsi="Arial Narrow"/>
          <w:spacing w:val="-3"/>
          <w:szCs w:val="24"/>
        </w:rPr>
      </w:pPr>
    </w:p>
    <w:p w14:paraId="7B6EB4BA" w14:textId="77777777" w:rsidR="00817A65" w:rsidRPr="00EA52CA" w:rsidRDefault="00817A65" w:rsidP="00817A65">
      <w:pPr>
        <w:tabs>
          <w:tab w:val="left" w:pos="-720"/>
        </w:tabs>
        <w:suppressAutoHyphens/>
        <w:spacing w:line="360" w:lineRule="auto"/>
        <w:rPr>
          <w:rFonts w:ascii="Arial Narrow" w:hAnsi="Arial Narrow"/>
          <w:b/>
          <w:spacing w:val="-3"/>
          <w:szCs w:val="24"/>
        </w:rPr>
      </w:pPr>
      <w:r w:rsidRPr="00EA52CA">
        <w:rPr>
          <w:rFonts w:ascii="Arial Narrow" w:hAnsi="Arial Narrow"/>
          <w:b/>
          <w:spacing w:val="-3"/>
          <w:szCs w:val="24"/>
        </w:rPr>
        <w:t xml:space="preserve">Molim </w:t>
      </w:r>
      <w:r w:rsidRPr="00EA52CA">
        <w:rPr>
          <w:rFonts w:ascii="Arial Narrow" w:hAnsi="Arial Narrow"/>
          <w:b/>
          <w:szCs w:val="24"/>
        </w:rPr>
        <w:t xml:space="preserve">pristupnicu/ pristupnika </w:t>
      </w:r>
      <w:r w:rsidRPr="00EA52CA">
        <w:rPr>
          <w:rFonts w:ascii="Arial Narrow" w:hAnsi="Arial Narrow"/>
          <w:b/>
          <w:spacing w:val="-3"/>
          <w:szCs w:val="24"/>
        </w:rPr>
        <w:t xml:space="preserve">da izloži svoj </w:t>
      </w:r>
      <w:proofErr w:type="spellStart"/>
      <w:r w:rsidRPr="00EA52CA">
        <w:rPr>
          <w:rFonts w:ascii="Arial Narrow" w:hAnsi="Arial Narrow"/>
          <w:b/>
          <w:spacing w:val="-3"/>
          <w:szCs w:val="24"/>
        </w:rPr>
        <w:t>licencijatski</w:t>
      </w:r>
      <w:proofErr w:type="spellEnd"/>
      <w:r w:rsidRPr="00EA52CA">
        <w:rPr>
          <w:rFonts w:ascii="Arial Narrow" w:hAnsi="Arial Narrow"/>
          <w:b/>
          <w:spacing w:val="-3"/>
          <w:szCs w:val="24"/>
        </w:rPr>
        <w:t xml:space="preserve">  rad u trajanju do 20 minuta.</w:t>
      </w:r>
    </w:p>
    <w:p w14:paraId="61183815" w14:textId="77777777" w:rsidR="00817A65" w:rsidRPr="00EA52CA" w:rsidRDefault="00817A65" w:rsidP="00817A65">
      <w:pPr>
        <w:pStyle w:val="Tijeloteksta"/>
        <w:spacing w:line="360" w:lineRule="auto"/>
        <w:rPr>
          <w:rFonts w:ascii="Arial Narrow" w:hAnsi="Arial Narrow"/>
          <w:i/>
          <w:szCs w:val="24"/>
          <w:lang w:val="pl-PL"/>
        </w:rPr>
      </w:pPr>
    </w:p>
    <w:p w14:paraId="792C68D9" w14:textId="77777777" w:rsidR="00817A65" w:rsidRPr="00117088" w:rsidRDefault="00817A65" w:rsidP="00817A65">
      <w:pPr>
        <w:tabs>
          <w:tab w:val="left" w:pos="-720"/>
        </w:tabs>
        <w:suppressAutoHyphens/>
        <w:spacing w:line="360" w:lineRule="auto"/>
        <w:rPr>
          <w:rFonts w:ascii="Arial Narrow" w:hAnsi="Arial Narrow"/>
          <w:i/>
          <w:spacing w:val="-3"/>
          <w:sz w:val="22"/>
          <w:szCs w:val="22"/>
        </w:rPr>
      </w:pPr>
      <w:r w:rsidRPr="00117088">
        <w:rPr>
          <w:rFonts w:ascii="Arial Narrow" w:hAnsi="Arial Narrow"/>
          <w:i/>
          <w:spacing w:val="-3"/>
          <w:sz w:val="22"/>
          <w:szCs w:val="22"/>
        </w:rPr>
        <w:t>Po završetku izlaganja, Predsjednik moli članove Povjerenstva da postave pitanja iz područja istraživanja..</w:t>
      </w:r>
    </w:p>
    <w:p w14:paraId="37BF4A43" w14:textId="77777777" w:rsidR="00817A65" w:rsidRPr="00117088" w:rsidRDefault="00817A65" w:rsidP="00817A65">
      <w:pPr>
        <w:tabs>
          <w:tab w:val="left" w:pos="-720"/>
        </w:tabs>
        <w:suppressAutoHyphens/>
        <w:rPr>
          <w:rFonts w:ascii="Arial Narrow" w:hAnsi="Arial Narrow"/>
          <w:i/>
          <w:spacing w:val="-3"/>
          <w:sz w:val="2"/>
          <w:szCs w:val="2"/>
        </w:rPr>
      </w:pP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53"/>
        <w:gridCol w:w="7999"/>
      </w:tblGrid>
      <w:tr w:rsidR="00817A65" w:rsidRPr="00117088" w14:paraId="0D771FBB" w14:textId="77777777" w:rsidTr="00B23F0B">
        <w:trPr>
          <w:trHeight w:hRule="exact" w:val="422"/>
          <w:jc w:val="center"/>
        </w:trPr>
        <w:tc>
          <w:tcPr>
            <w:tcW w:w="9752" w:type="dxa"/>
            <w:gridSpan w:val="2"/>
            <w:shd w:val="clear" w:color="auto" w:fill="BFBFBF"/>
            <w:vAlign w:val="center"/>
          </w:tcPr>
          <w:p w14:paraId="4090C8E0" w14:textId="77777777" w:rsidR="00817A65" w:rsidRPr="00117088" w:rsidRDefault="00817A65" w:rsidP="00B23F0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117088">
              <w:rPr>
                <w:rFonts w:ascii="Arial Narrow" w:hAnsi="Arial Narrow" w:cs="Arial"/>
                <w:b/>
                <w:sz w:val="22"/>
                <w:szCs w:val="22"/>
              </w:rPr>
              <w:t xml:space="preserve">Pitanja </w:t>
            </w:r>
            <w:r w:rsidRPr="00117088">
              <w:rPr>
                <w:rFonts w:ascii="Arial Narrow" w:hAnsi="Arial Narrow" w:cs="Arial"/>
                <w:b/>
                <w:i/>
                <w:iCs/>
                <w:sz w:val="22"/>
                <w:szCs w:val="22"/>
              </w:rPr>
              <w:t xml:space="preserve">Povjerenstva za obranu </w:t>
            </w:r>
            <w:proofErr w:type="spellStart"/>
            <w:r w:rsidRPr="00117088">
              <w:rPr>
                <w:rFonts w:ascii="Arial Narrow" w:hAnsi="Arial Narrow" w:cs="Arial"/>
                <w:b/>
                <w:i/>
                <w:iCs/>
                <w:sz w:val="22"/>
                <w:szCs w:val="22"/>
              </w:rPr>
              <w:t>licencijatskoga</w:t>
            </w:r>
            <w:proofErr w:type="spellEnd"/>
            <w:r w:rsidRPr="00117088">
              <w:rPr>
                <w:rFonts w:ascii="Arial Narrow" w:hAnsi="Arial Narrow" w:cs="Arial"/>
                <w:b/>
                <w:i/>
                <w:iCs/>
                <w:sz w:val="22"/>
                <w:szCs w:val="22"/>
              </w:rPr>
              <w:t xml:space="preserve"> rada</w:t>
            </w:r>
            <w:r w:rsidRPr="00117088">
              <w:rPr>
                <w:rFonts w:ascii="Arial Narrow" w:hAnsi="Arial Narrow" w:cs="Arial"/>
                <w:b/>
                <w:sz w:val="22"/>
                <w:szCs w:val="22"/>
              </w:rPr>
              <w:t xml:space="preserve"> </w:t>
            </w:r>
          </w:p>
        </w:tc>
      </w:tr>
      <w:tr w:rsidR="00817A65" w:rsidRPr="00117088" w14:paraId="31A0E58A" w14:textId="77777777" w:rsidTr="00B23F0B">
        <w:trPr>
          <w:trHeight w:val="567"/>
          <w:jc w:val="center"/>
        </w:trPr>
        <w:tc>
          <w:tcPr>
            <w:tcW w:w="1753" w:type="dxa"/>
            <w:vAlign w:val="center"/>
          </w:tcPr>
          <w:p w14:paraId="2E09010E" w14:textId="77777777" w:rsidR="00817A65" w:rsidRPr="00117088" w:rsidRDefault="00817A65" w:rsidP="00B23F0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117088">
              <w:rPr>
                <w:rFonts w:ascii="Arial Narrow" w:hAnsi="Arial Narrow" w:cs="Arial"/>
                <w:b/>
                <w:sz w:val="22"/>
                <w:szCs w:val="22"/>
              </w:rPr>
              <w:t>1. član</w:t>
            </w:r>
          </w:p>
        </w:tc>
        <w:tc>
          <w:tcPr>
            <w:tcW w:w="7999" w:type="dxa"/>
            <w:vAlign w:val="center"/>
          </w:tcPr>
          <w:p w14:paraId="2A7A51CD" w14:textId="77777777" w:rsidR="00817A65" w:rsidRPr="00117088" w:rsidRDefault="00817A65" w:rsidP="00B23F0B">
            <w:pPr>
              <w:rPr>
                <w:rFonts w:ascii="Arial Narrow" w:hAnsi="Arial Narrow" w:cs="Arial"/>
                <w:sz w:val="22"/>
                <w:szCs w:val="22"/>
              </w:rPr>
            </w:pPr>
            <w:r w:rsidRPr="00117088">
              <w:rPr>
                <w:rFonts w:ascii="Arial Narrow" w:hAnsi="Arial Narrow" w:cs="Arial"/>
                <w:sz w:val="22"/>
                <w:szCs w:val="22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16" w:name="Text41"/>
            <w:r w:rsidRPr="00117088">
              <w:rPr>
                <w:rFonts w:ascii="Arial Narrow" w:hAnsi="Arial Narrow" w:cs="Arial"/>
                <w:sz w:val="22"/>
                <w:szCs w:val="22"/>
              </w:rPr>
              <w:instrText xml:space="preserve"> FORMTEXT </w:instrText>
            </w:r>
            <w:r w:rsidRPr="00117088">
              <w:rPr>
                <w:rFonts w:ascii="Arial Narrow" w:hAnsi="Arial Narrow" w:cs="Arial"/>
                <w:sz w:val="22"/>
                <w:szCs w:val="22"/>
              </w:rPr>
            </w:r>
            <w:r w:rsidRPr="00117088">
              <w:rPr>
                <w:rFonts w:ascii="Arial Narrow" w:hAnsi="Arial Narrow" w:cs="Arial"/>
                <w:sz w:val="22"/>
                <w:szCs w:val="22"/>
              </w:rPr>
              <w:fldChar w:fldCharType="separate"/>
            </w:r>
            <w:r w:rsidRPr="0011708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11708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11708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11708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11708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117088">
              <w:rPr>
                <w:rFonts w:ascii="Arial Narrow" w:hAnsi="Arial Narrow" w:cs="Arial"/>
                <w:sz w:val="22"/>
                <w:szCs w:val="22"/>
              </w:rPr>
              <w:fldChar w:fldCharType="end"/>
            </w:r>
            <w:bookmarkEnd w:id="16"/>
          </w:p>
        </w:tc>
      </w:tr>
      <w:tr w:rsidR="00817A65" w:rsidRPr="00117088" w14:paraId="562CF269" w14:textId="77777777" w:rsidTr="00B23F0B">
        <w:trPr>
          <w:trHeight w:val="567"/>
          <w:jc w:val="center"/>
        </w:trPr>
        <w:tc>
          <w:tcPr>
            <w:tcW w:w="1753" w:type="dxa"/>
            <w:vAlign w:val="center"/>
          </w:tcPr>
          <w:p w14:paraId="04929E3A" w14:textId="77777777" w:rsidR="00817A65" w:rsidRPr="00117088" w:rsidRDefault="00817A65" w:rsidP="00B23F0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117088">
              <w:rPr>
                <w:rFonts w:ascii="Arial Narrow" w:hAnsi="Arial Narrow" w:cs="Arial"/>
                <w:b/>
                <w:sz w:val="22"/>
                <w:szCs w:val="22"/>
              </w:rPr>
              <w:t>2. član</w:t>
            </w:r>
          </w:p>
        </w:tc>
        <w:tc>
          <w:tcPr>
            <w:tcW w:w="7999" w:type="dxa"/>
            <w:vAlign w:val="center"/>
          </w:tcPr>
          <w:p w14:paraId="07CCC84D" w14:textId="77777777" w:rsidR="00817A65" w:rsidRPr="00117088" w:rsidRDefault="00817A65" w:rsidP="00B23F0B">
            <w:pPr>
              <w:rPr>
                <w:rFonts w:ascii="Arial Narrow" w:hAnsi="Arial Narrow" w:cs="Arial"/>
                <w:sz w:val="22"/>
                <w:szCs w:val="22"/>
              </w:rPr>
            </w:pPr>
            <w:r w:rsidRPr="00117088">
              <w:rPr>
                <w:rFonts w:ascii="Arial Narrow" w:hAnsi="Arial Narrow" w:cs="Arial"/>
                <w:sz w:val="22"/>
                <w:szCs w:val="22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17" w:name="Text42"/>
            <w:r w:rsidRPr="00117088">
              <w:rPr>
                <w:rFonts w:ascii="Arial Narrow" w:hAnsi="Arial Narrow" w:cs="Arial"/>
                <w:sz w:val="22"/>
                <w:szCs w:val="22"/>
              </w:rPr>
              <w:instrText xml:space="preserve"> FORMTEXT </w:instrText>
            </w:r>
            <w:r w:rsidRPr="00117088">
              <w:rPr>
                <w:rFonts w:ascii="Arial Narrow" w:hAnsi="Arial Narrow" w:cs="Arial"/>
                <w:sz w:val="22"/>
                <w:szCs w:val="22"/>
              </w:rPr>
            </w:r>
            <w:r w:rsidRPr="00117088">
              <w:rPr>
                <w:rFonts w:ascii="Arial Narrow" w:hAnsi="Arial Narrow" w:cs="Arial"/>
                <w:sz w:val="22"/>
                <w:szCs w:val="22"/>
              </w:rPr>
              <w:fldChar w:fldCharType="separate"/>
            </w:r>
            <w:r w:rsidRPr="0011708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11708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11708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11708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11708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117088">
              <w:rPr>
                <w:rFonts w:ascii="Arial Narrow" w:hAnsi="Arial Narrow" w:cs="Arial"/>
                <w:sz w:val="22"/>
                <w:szCs w:val="22"/>
              </w:rPr>
              <w:fldChar w:fldCharType="end"/>
            </w:r>
            <w:bookmarkEnd w:id="17"/>
          </w:p>
        </w:tc>
      </w:tr>
      <w:tr w:rsidR="00817A65" w:rsidRPr="00117088" w14:paraId="54AAC1ED" w14:textId="77777777" w:rsidTr="00B23F0B">
        <w:trPr>
          <w:trHeight w:val="567"/>
          <w:jc w:val="center"/>
        </w:trPr>
        <w:tc>
          <w:tcPr>
            <w:tcW w:w="1753" w:type="dxa"/>
            <w:vAlign w:val="center"/>
          </w:tcPr>
          <w:p w14:paraId="155C8814" w14:textId="77777777" w:rsidR="00817A65" w:rsidRPr="00117088" w:rsidRDefault="00817A65" w:rsidP="00B23F0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117088">
              <w:rPr>
                <w:rFonts w:ascii="Arial Narrow" w:hAnsi="Arial Narrow" w:cs="Arial"/>
                <w:b/>
                <w:sz w:val="22"/>
                <w:szCs w:val="22"/>
              </w:rPr>
              <w:lastRenderedPageBreak/>
              <w:t xml:space="preserve">Predsjednik </w:t>
            </w:r>
            <w:r w:rsidRPr="00117088">
              <w:rPr>
                <w:rFonts w:ascii="Arial Narrow" w:hAnsi="Arial Narrow" w:cs="Arial"/>
                <w:b/>
                <w:i/>
                <w:iCs/>
                <w:sz w:val="22"/>
                <w:szCs w:val="22"/>
              </w:rPr>
              <w:t>Povjerenstva</w:t>
            </w:r>
          </w:p>
        </w:tc>
        <w:tc>
          <w:tcPr>
            <w:tcW w:w="7999" w:type="dxa"/>
            <w:vAlign w:val="center"/>
          </w:tcPr>
          <w:p w14:paraId="19DD2A41" w14:textId="77777777" w:rsidR="00817A65" w:rsidRPr="00117088" w:rsidRDefault="00817A65" w:rsidP="00B23F0B">
            <w:pPr>
              <w:rPr>
                <w:rFonts w:ascii="Arial Narrow" w:hAnsi="Arial Narrow" w:cs="Arial"/>
                <w:sz w:val="22"/>
                <w:szCs w:val="22"/>
              </w:rPr>
            </w:pPr>
            <w:r w:rsidRPr="00117088">
              <w:rPr>
                <w:rFonts w:ascii="Arial Narrow" w:hAnsi="Arial Narrow" w:cs="Arial"/>
                <w:sz w:val="22"/>
                <w:szCs w:val="22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18" w:name="Text45"/>
            <w:r w:rsidRPr="00117088">
              <w:rPr>
                <w:rFonts w:ascii="Arial Narrow" w:hAnsi="Arial Narrow" w:cs="Arial"/>
                <w:sz w:val="22"/>
                <w:szCs w:val="22"/>
              </w:rPr>
              <w:instrText xml:space="preserve"> FORMTEXT </w:instrText>
            </w:r>
            <w:r w:rsidRPr="00117088">
              <w:rPr>
                <w:rFonts w:ascii="Arial Narrow" w:hAnsi="Arial Narrow" w:cs="Arial"/>
                <w:sz w:val="22"/>
                <w:szCs w:val="22"/>
              </w:rPr>
            </w:r>
            <w:r w:rsidRPr="00117088">
              <w:rPr>
                <w:rFonts w:ascii="Arial Narrow" w:hAnsi="Arial Narrow" w:cs="Arial"/>
                <w:sz w:val="22"/>
                <w:szCs w:val="22"/>
              </w:rPr>
              <w:fldChar w:fldCharType="separate"/>
            </w:r>
            <w:r w:rsidRPr="0011708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11708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11708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11708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11708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117088">
              <w:rPr>
                <w:rFonts w:ascii="Arial Narrow" w:hAnsi="Arial Narrow" w:cs="Arial"/>
                <w:sz w:val="22"/>
                <w:szCs w:val="22"/>
              </w:rPr>
              <w:fldChar w:fldCharType="end"/>
            </w:r>
            <w:bookmarkEnd w:id="18"/>
          </w:p>
        </w:tc>
      </w:tr>
    </w:tbl>
    <w:p w14:paraId="35DE716C" w14:textId="77777777" w:rsidR="00817A65" w:rsidRPr="00EA52CA" w:rsidRDefault="00817A65" w:rsidP="00817A65">
      <w:pPr>
        <w:tabs>
          <w:tab w:val="left" w:pos="-720"/>
        </w:tabs>
        <w:suppressAutoHyphens/>
        <w:rPr>
          <w:rFonts w:ascii="Arial Narrow" w:hAnsi="Arial Narrow"/>
          <w:i/>
          <w:spacing w:val="-3"/>
          <w:szCs w:val="24"/>
        </w:rPr>
      </w:pPr>
    </w:p>
    <w:p w14:paraId="31B20B49" w14:textId="77777777" w:rsidR="00817A65" w:rsidRPr="00EA52CA" w:rsidRDefault="00817A65" w:rsidP="00817A65">
      <w:pPr>
        <w:tabs>
          <w:tab w:val="left" w:pos="-720"/>
        </w:tabs>
        <w:suppressAutoHyphens/>
        <w:spacing w:line="360" w:lineRule="auto"/>
        <w:jc w:val="both"/>
        <w:rPr>
          <w:rFonts w:ascii="Arial Narrow" w:hAnsi="Arial Narrow" w:cs="Arial"/>
          <w:i/>
          <w:spacing w:val="-3"/>
          <w:szCs w:val="24"/>
        </w:rPr>
      </w:pPr>
    </w:p>
    <w:p w14:paraId="1667BB33" w14:textId="77777777" w:rsidR="00817A65" w:rsidRPr="00117088" w:rsidRDefault="00817A65" w:rsidP="00817A65">
      <w:pPr>
        <w:tabs>
          <w:tab w:val="left" w:pos="-720"/>
        </w:tabs>
        <w:suppressAutoHyphens/>
        <w:spacing w:line="360" w:lineRule="auto"/>
        <w:jc w:val="both"/>
        <w:rPr>
          <w:rFonts w:ascii="Arial Narrow" w:hAnsi="Arial Narrow" w:cs="Arial"/>
          <w:i/>
          <w:spacing w:val="-3"/>
          <w:sz w:val="22"/>
          <w:szCs w:val="22"/>
        </w:rPr>
      </w:pPr>
      <w:r w:rsidRPr="00117088">
        <w:rPr>
          <w:rFonts w:ascii="Arial Narrow" w:hAnsi="Arial Narrow" w:cs="Arial"/>
          <w:i/>
          <w:spacing w:val="-3"/>
          <w:sz w:val="22"/>
          <w:szCs w:val="22"/>
        </w:rPr>
        <w:t>Predsjednik pita nazočne žele li postaviti pitanja i moli postavljača pitanja da se prethodno predstavi.</w:t>
      </w:r>
    </w:p>
    <w:p w14:paraId="2485588A" w14:textId="77777777" w:rsidR="00817A65" w:rsidRPr="00117088" w:rsidRDefault="00817A65" w:rsidP="00817A65">
      <w:pPr>
        <w:tabs>
          <w:tab w:val="left" w:pos="-720"/>
        </w:tabs>
        <w:suppressAutoHyphens/>
        <w:jc w:val="both"/>
        <w:rPr>
          <w:rFonts w:ascii="Arial Narrow" w:hAnsi="Arial Narrow" w:cs="Arial"/>
          <w:spacing w:val="-3"/>
          <w:sz w:val="4"/>
          <w:szCs w:val="4"/>
        </w:rPr>
      </w:pP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7"/>
        <w:gridCol w:w="7415"/>
      </w:tblGrid>
      <w:tr w:rsidR="00817A65" w:rsidRPr="00117088" w14:paraId="3300D413" w14:textId="77777777" w:rsidTr="00B23F0B">
        <w:trPr>
          <w:trHeight w:hRule="exact" w:val="422"/>
          <w:jc w:val="center"/>
        </w:trPr>
        <w:tc>
          <w:tcPr>
            <w:tcW w:w="9752" w:type="dxa"/>
            <w:gridSpan w:val="2"/>
            <w:shd w:val="clear" w:color="auto" w:fill="BFBFBF"/>
            <w:vAlign w:val="center"/>
          </w:tcPr>
          <w:p w14:paraId="2AA264C6" w14:textId="77777777" w:rsidR="00817A65" w:rsidRPr="00117088" w:rsidRDefault="00817A65" w:rsidP="00B23F0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117088">
              <w:rPr>
                <w:rFonts w:ascii="Arial Narrow" w:hAnsi="Arial Narrow" w:cs="Arial"/>
                <w:b/>
                <w:sz w:val="22"/>
                <w:szCs w:val="22"/>
              </w:rPr>
              <w:t xml:space="preserve">Pitanja nazočnih </w:t>
            </w:r>
          </w:p>
        </w:tc>
      </w:tr>
      <w:tr w:rsidR="00817A65" w:rsidRPr="00117088" w14:paraId="37046B7D" w14:textId="77777777" w:rsidTr="00B23F0B">
        <w:trPr>
          <w:trHeight w:val="420"/>
          <w:jc w:val="center"/>
        </w:trPr>
        <w:tc>
          <w:tcPr>
            <w:tcW w:w="2337" w:type="dxa"/>
            <w:vAlign w:val="center"/>
          </w:tcPr>
          <w:p w14:paraId="41D4B611" w14:textId="77777777" w:rsidR="00817A65" w:rsidRPr="00117088" w:rsidRDefault="00817A65" w:rsidP="00B23F0B">
            <w:pPr>
              <w:jc w:val="center"/>
              <w:rPr>
                <w:rFonts w:ascii="Arial Narrow" w:hAnsi="Arial Narrow" w:cs="Arial"/>
                <w:i/>
                <w:sz w:val="22"/>
                <w:szCs w:val="22"/>
              </w:rPr>
            </w:pPr>
            <w:r w:rsidRPr="00117088">
              <w:rPr>
                <w:rFonts w:ascii="Arial Narrow" w:hAnsi="Arial Narrow" w:cs="Arial"/>
                <w:i/>
                <w:sz w:val="22"/>
                <w:szCs w:val="22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19" w:name="Text49"/>
            <w:r w:rsidRPr="00117088">
              <w:rPr>
                <w:rFonts w:ascii="Arial Narrow" w:hAnsi="Arial Narrow" w:cs="Arial"/>
                <w:i/>
                <w:sz w:val="22"/>
                <w:szCs w:val="22"/>
              </w:rPr>
              <w:instrText xml:space="preserve"> FORMTEXT </w:instrText>
            </w:r>
            <w:r w:rsidRPr="00117088">
              <w:rPr>
                <w:rFonts w:ascii="Arial Narrow" w:hAnsi="Arial Narrow" w:cs="Arial"/>
                <w:i/>
                <w:sz w:val="22"/>
                <w:szCs w:val="22"/>
              </w:rPr>
            </w:r>
            <w:r w:rsidRPr="00117088">
              <w:rPr>
                <w:rFonts w:ascii="Arial Narrow" w:hAnsi="Arial Narrow" w:cs="Arial"/>
                <w:i/>
                <w:sz w:val="22"/>
                <w:szCs w:val="22"/>
              </w:rPr>
              <w:fldChar w:fldCharType="separate"/>
            </w:r>
            <w:r w:rsidRPr="00117088">
              <w:rPr>
                <w:rFonts w:ascii="Arial Narrow" w:hAnsi="Arial Narrow" w:cs="Arial"/>
                <w:i/>
                <w:noProof/>
                <w:sz w:val="22"/>
                <w:szCs w:val="22"/>
              </w:rPr>
              <w:t> </w:t>
            </w:r>
            <w:r w:rsidRPr="00117088">
              <w:rPr>
                <w:rFonts w:ascii="Arial Narrow" w:hAnsi="Arial Narrow" w:cs="Arial"/>
                <w:i/>
                <w:noProof/>
                <w:sz w:val="22"/>
                <w:szCs w:val="22"/>
              </w:rPr>
              <w:t> </w:t>
            </w:r>
            <w:r w:rsidRPr="00117088">
              <w:rPr>
                <w:rFonts w:ascii="Arial Narrow" w:hAnsi="Arial Narrow" w:cs="Arial"/>
                <w:i/>
                <w:noProof/>
                <w:sz w:val="22"/>
                <w:szCs w:val="22"/>
              </w:rPr>
              <w:t> </w:t>
            </w:r>
            <w:r w:rsidRPr="00117088">
              <w:rPr>
                <w:rFonts w:ascii="Arial Narrow" w:hAnsi="Arial Narrow" w:cs="Arial"/>
                <w:i/>
                <w:noProof/>
                <w:sz w:val="22"/>
                <w:szCs w:val="22"/>
              </w:rPr>
              <w:t> </w:t>
            </w:r>
            <w:r w:rsidRPr="00117088">
              <w:rPr>
                <w:rFonts w:ascii="Arial Narrow" w:hAnsi="Arial Narrow" w:cs="Arial"/>
                <w:i/>
                <w:noProof/>
                <w:sz w:val="22"/>
                <w:szCs w:val="22"/>
              </w:rPr>
              <w:t> </w:t>
            </w:r>
            <w:r w:rsidRPr="00117088">
              <w:rPr>
                <w:rFonts w:ascii="Arial Narrow" w:hAnsi="Arial Narrow" w:cs="Arial"/>
                <w:i/>
                <w:sz w:val="22"/>
                <w:szCs w:val="22"/>
              </w:rPr>
              <w:fldChar w:fldCharType="end"/>
            </w:r>
            <w:bookmarkEnd w:id="19"/>
          </w:p>
          <w:p w14:paraId="185989DD" w14:textId="77777777" w:rsidR="00817A65" w:rsidRPr="00117088" w:rsidRDefault="00817A65" w:rsidP="00B23F0B">
            <w:pPr>
              <w:jc w:val="center"/>
              <w:rPr>
                <w:rFonts w:ascii="Arial Narrow" w:hAnsi="Arial Narrow" w:cs="Arial"/>
                <w:i/>
                <w:sz w:val="22"/>
                <w:szCs w:val="22"/>
              </w:rPr>
            </w:pPr>
            <w:r w:rsidRPr="00117088">
              <w:rPr>
                <w:rFonts w:ascii="Arial Narrow" w:hAnsi="Arial Narrow" w:cs="Arial"/>
                <w:i/>
                <w:sz w:val="22"/>
                <w:szCs w:val="22"/>
              </w:rPr>
              <w:t>(ime i prezime)</w:t>
            </w:r>
          </w:p>
        </w:tc>
        <w:tc>
          <w:tcPr>
            <w:tcW w:w="7415" w:type="dxa"/>
            <w:vAlign w:val="center"/>
          </w:tcPr>
          <w:p w14:paraId="3E0A950A" w14:textId="77777777" w:rsidR="00817A65" w:rsidRPr="00117088" w:rsidRDefault="00817A65" w:rsidP="00B23F0B">
            <w:pPr>
              <w:rPr>
                <w:rFonts w:ascii="Arial Narrow" w:hAnsi="Arial Narrow" w:cs="Arial"/>
                <w:sz w:val="22"/>
                <w:szCs w:val="22"/>
              </w:rPr>
            </w:pPr>
            <w:r w:rsidRPr="00117088">
              <w:rPr>
                <w:rFonts w:ascii="Arial Narrow" w:hAnsi="Arial Narrow" w:cs="Arial"/>
                <w:sz w:val="22"/>
                <w:szCs w:val="22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20" w:name="Text46"/>
            <w:r w:rsidRPr="00117088">
              <w:rPr>
                <w:rFonts w:ascii="Arial Narrow" w:hAnsi="Arial Narrow" w:cs="Arial"/>
                <w:sz w:val="22"/>
                <w:szCs w:val="22"/>
              </w:rPr>
              <w:instrText xml:space="preserve"> FORMTEXT </w:instrText>
            </w:r>
            <w:r w:rsidRPr="00117088">
              <w:rPr>
                <w:rFonts w:ascii="Arial Narrow" w:hAnsi="Arial Narrow" w:cs="Arial"/>
                <w:sz w:val="22"/>
                <w:szCs w:val="22"/>
              </w:rPr>
            </w:r>
            <w:r w:rsidRPr="00117088">
              <w:rPr>
                <w:rFonts w:ascii="Arial Narrow" w:hAnsi="Arial Narrow" w:cs="Arial"/>
                <w:sz w:val="22"/>
                <w:szCs w:val="22"/>
              </w:rPr>
              <w:fldChar w:fldCharType="separate"/>
            </w:r>
            <w:r w:rsidRPr="0011708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11708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11708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11708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11708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117088">
              <w:rPr>
                <w:rFonts w:ascii="Arial Narrow" w:hAnsi="Arial Narrow" w:cs="Arial"/>
                <w:sz w:val="22"/>
                <w:szCs w:val="22"/>
              </w:rPr>
              <w:fldChar w:fldCharType="end"/>
            </w:r>
            <w:bookmarkEnd w:id="20"/>
          </w:p>
        </w:tc>
      </w:tr>
      <w:tr w:rsidR="00817A65" w:rsidRPr="00117088" w14:paraId="0E3AB8B0" w14:textId="77777777" w:rsidTr="00B23F0B">
        <w:trPr>
          <w:trHeight w:val="420"/>
          <w:jc w:val="center"/>
        </w:trPr>
        <w:tc>
          <w:tcPr>
            <w:tcW w:w="2337" w:type="dxa"/>
            <w:vAlign w:val="center"/>
          </w:tcPr>
          <w:p w14:paraId="3F9C5F7F" w14:textId="77777777" w:rsidR="00817A65" w:rsidRPr="00117088" w:rsidRDefault="00817A65" w:rsidP="00B23F0B">
            <w:pPr>
              <w:jc w:val="center"/>
              <w:rPr>
                <w:rFonts w:ascii="Arial Narrow" w:hAnsi="Arial Narrow" w:cs="Arial"/>
                <w:i/>
                <w:sz w:val="22"/>
                <w:szCs w:val="22"/>
              </w:rPr>
            </w:pPr>
            <w:r w:rsidRPr="00117088">
              <w:rPr>
                <w:rFonts w:ascii="Arial Narrow" w:hAnsi="Arial Narrow" w:cs="Arial"/>
                <w:i/>
                <w:sz w:val="22"/>
                <w:szCs w:val="22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21" w:name="Text50"/>
            <w:r w:rsidRPr="00117088">
              <w:rPr>
                <w:rFonts w:ascii="Arial Narrow" w:hAnsi="Arial Narrow" w:cs="Arial"/>
                <w:i/>
                <w:sz w:val="22"/>
                <w:szCs w:val="22"/>
              </w:rPr>
              <w:instrText xml:space="preserve"> FORMTEXT </w:instrText>
            </w:r>
            <w:r w:rsidRPr="00117088">
              <w:rPr>
                <w:rFonts w:ascii="Arial Narrow" w:hAnsi="Arial Narrow" w:cs="Arial"/>
                <w:i/>
                <w:sz w:val="22"/>
                <w:szCs w:val="22"/>
              </w:rPr>
            </w:r>
            <w:r w:rsidRPr="00117088">
              <w:rPr>
                <w:rFonts w:ascii="Arial Narrow" w:hAnsi="Arial Narrow" w:cs="Arial"/>
                <w:i/>
                <w:sz w:val="22"/>
                <w:szCs w:val="22"/>
              </w:rPr>
              <w:fldChar w:fldCharType="separate"/>
            </w:r>
            <w:r w:rsidRPr="00117088">
              <w:rPr>
                <w:rFonts w:ascii="Arial Narrow" w:hAnsi="Arial Narrow" w:cs="Arial"/>
                <w:i/>
                <w:noProof/>
                <w:sz w:val="22"/>
                <w:szCs w:val="22"/>
              </w:rPr>
              <w:t> </w:t>
            </w:r>
            <w:r w:rsidRPr="00117088">
              <w:rPr>
                <w:rFonts w:ascii="Arial Narrow" w:hAnsi="Arial Narrow" w:cs="Arial"/>
                <w:i/>
                <w:noProof/>
                <w:sz w:val="22"/>
                <w:szCs w:val="22"/>
              </w:rPr>
              <w:t> </w:t>
            </w:r>
            <w:r w:rsidRPr="00117088">
              <w:rPr>
                <w:rFonts w:ascii="Arial Narrow" w:hAnsi="Arial Narrow" w:cs="Arial"/>
                <w:i/>
                <w:noProof/>
                <w:sz w:val="22"/>
                <w:szCs w:val="22"/>
              </w:rPr>
              <w:t> </w:t>
            </w:r>
            <w:r w:rsidRPr="00117088">
              <w:rPr>
                <w:rFonts w:ascii="Arial Narrow" w:hAnsi="Arial Narrow" w:cs="Arial"/>
                <w:i/>
                <w:noProof/>
                <w:sz w:val="22"/>
                <w:szCs w:val="22"/>
              </w:rPr>
              <w:t> </w:t>
            </w:r>
            <w:r w:rsidRPr="00117088">
              <w:rPr>
                <w:rFonts w:ascii="Arial Narrow" w:hAnsi="Arial Narrow" w:cs="Arial"/>
                <w:i/>
                <w:noProof/>
                <w:sz w:val="22"/>
                <w:szCs w:val="22"/>
              </w:rPr>
              <w:t> </w:t>
            </w:r>
            <w:r w:rsidRPr="00117088">
              <w:rPr>
                <w:rFonts w:ascii="Arial Narrow" w:hAnsi="Arial Narrow" w:cs="Arial"/>
                <w:i/>
                <w:sz w:val="22"/>
                <w:szCs w:val="22"/>
              </w:rPr>
              <w:fldChar w:fldCharType="end"/>
            </w:r>
            <w:bookmarkEnd w:id="21"/>
          </w:p>
          <w:p w14:paraId="6D0850BE" w14:textId="77777777" w:rsidR="00817A65" w:rsidRPr="00117088" w:rsidRDefault="00817A65" w:rsidP="00B23F0B">
            <w:pPr>
              <w:jc w:val="center"/>
              <w:rPr>
                <w:rFonts w:ascii="Arial Narrow" w:hAnsi="Arial Narrow" w:cs="Arial"/>
                <w:i/>
                <w:sz w:val="22"/>
                <w:szCs w:val="22"/>
              </w:rPr>
            </w:pPr>
            <w:r w:rsidRPr="00117088">
              <w:rPr>
                <w:rFonts w:ascii="Arial Narrow" w:hAnsi="Arial Narrow" w:cs="Arial"/>
                <w:i/>
                <w:sz w:val="22"/>
                <w:szCs w:val="22"/>
              </w:rPr>
              <w:t>(ime i prezime)</w:t>
            </w:r>
          </w:p>
        </w:tc>
        <w:tc>
          <w:tcPr>
            <w:tcW w:w="7415" w:type="dxa"/>
            <w:vAlign w:val="center"/>
          </w:tcPr>
          <w:p w14:paraId="730E7F68" w14:textId="77777777" w:rsidR="00817A65" w:rsidRPr="00117088" w:rsidRDefault="00817A65" w:rsidP="00B23F0B">
            <w:pPr>
              <w:rPr>
                <w:rFonts w:ascii="Arial Narrow" w:hAnsi="Arial Narrow" w:cs="Arial"/>
                <w:sz w:val="22"/>
                <w:szCs w:val="22"/>
              </w:rPr>
            </w:pPr>
            <w:r w:rsidRPr="00117088">
              <w:rPr>
                <w:rFonts w:ascii="Arial Narrow" w:hAnsi="Arial Narrow" w:cs="Arial"/>
                <w:sz w:val="22"/>
                <w:szCs w:val="22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22" w:name="Text47"/>
            <w:r w:rsidRPr="00117088">
              <w:rPr>
                <w:rFonts w:ascii="Arial Narrow" w:hAnsi="Arial Narrow" w:cs="Arial"/>
                <w:sz w:val="22"/>
                <w:szCs w:val="22"/>
              </w:rPr>
              <w:instrText xml:space="preserve"> FORMTEXT </w:instrText>
            </w:r>
            <w:r w:rsidRPr="00117088">
              <w:rPr>
                <w:rFonts w:ascii="Arial Narrow" w:hAnsi="Arial Narrow" w:cs="Arial"/>
                <w:sz w:val="22"/>
                <w:szCs w:val="22"/>
              </w:rPr>
            </w:r>
            <w:r w:rsidRPr="00117088">
              <w:rPr>
                <w:rFonts w:ascii="Arial Narrow" w:hAnsi="Arial Narrow" w:cs="Arial"/>
                <w:sz w:val="22"/>
                <w:szCs w:val="22"/>
              </w:rPr>
              <w:fldChar w:fldCharType="separate"/>
            </w:r>
            <w:r w:rsidRPr="0011708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11708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11708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11708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11708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117088">
              <w:rPr>
                <w:rFonts w:ascii="Arial Narrow" w:hAnsi="Arial Narrow" w:cs="Arial"/>
                <w:sz w:val="22"/>
                <w:szCs w:val="22"/>
              </w:rPr>
              <w:fldChar w:fldCharType="end"/>
            </w:r>
            <w:bookmarkEnd w:id="22"/>
          </w:p>
        </w:tc>
      </w:tr>
      <w:tr w:rsidR="00817A65" w:rsidRPr="00117088" w14:paraId="05016AE7" w14:textId="77777777" w:rsidTr="00B23F0B">
        <w:trPr>
          <w:trHeight w:val="420"/>
          <w:jc w:val="center"/>
        </w:trPr>
        <w:tc>
          <w:tcPr>
            <w:tcW w:w="2337" w:type="dxa"/>
            <w:vAlign w:val="center"/>
          </w:tcPr>
          <w:p w14:paraId="7DCBEDCF" w14:textId="77777777" w:rsidR="00817A65" w:rsidRPr="00117088" w:rsidRDefault="00817A65" w:rsidP="00B23F0B">
            <w:pPr>
              <w:jc w:val="center"/>
              <w:rPr>
                <w:rFonts w:ascii="Arial Narrow" w:hAnsi="Arial Narrow" w:cs="Arial"/>
                <w:i/>
                <w:sz w:val="22"/>
                <w:szCs w:val="22"/>
              </w:rPr>
            </w:pPr>
            <w:r w:rsidRPr="00117088">
              <w:rPr>
                <w:rFonts w:ascii="Arial Narrow" w:hAnsi="Arial Narrow" w:cs="Arial"/>
                <w:i/>
                <w:sz w:val="22"/>
                <w:szCs w:val="22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23" w:name="Text51"/>
            <w:r w:rsidRPr="00117088">
              <w:rPr>
                <w:rFonts w:ascii="Arial Narrow" w:hAnsi="Arial Narrow" w:cs="Arial"/>
                <w:i/>
                <w:sz w:val="22"/>
                <w:szCs w:val="22"/>
              </w:rPr>
              <w:instrText xml:space="preserve"> FORMTEXT </w:instrText>
            </w:r>
            <w:r w:rsidRPr="00117088">
              <w:rPr>
                <w:rFonts w:ascii="Arial Narrow" w:hAnsi="Arial Narrow" w:cs="Arial"/>
                <w:i/>
                <w:sz w:val="22"/>
                <w:szCs w:val="22"/>
              </w:rPr>
            </w:r>
            <w:r w:rsidRPr="00117088">
              <w:rPr>
                <w:rFonts w:ascii="Arial Narrow" w:hAnsi="Arial Narrow" w:cs="Arial"/>
                <w:i/>
                <w:sz w:val="22"/>
                <w:szCs w:val="22"/>
              </w:rPr>
              <w:fldChar w:fldCharType="separate"/>
            </w:r>
            <w:r w:rsidRPr="00117088">
              <w:rPr>
                <w:rFonts w:ascii="Arial Narrow" w:hAnsi="Arial Narrow" w:cs="Arial"/>
                <w:i/>
                <w:noProof/>
                <w:sz w:val="22"/>
                <w:szCs w:val="22"/>
              </w:rPr>
              <w:t> </w:t>
            </w:r>
            <w:r w:rsidRPr="00117088">
              <w:rPr>
                <w:rFonts w:ascii="Arial Narrow" w:hAnsi="Arial Narrow" w:cs="Arial"/>
                <w:i/>
                <w:noProof/>
                <w:sz w:val="22"/>
                <w:szCs w:val="22"/>
              </w:rPr>
              <w:t> </w:t>
            </w:r>
            <w:r w:rsidRPr="00117088">
              <w:rPr>
                <w:rFonts w:ascii="Arial Narrow" w:hAnsi="Arial Narrow" w:cs="Arial"/>
                <w:i/>
                <w:noProof/>
                <w:sz w:val="22"/>
                <w:szCs w:val="22"/>
              </w:rPr>
              <w:t> </w:t>
            </w:r>
            <w:r w:rsidRPr="00117088">
              <w:rPr>
                <w:rFonts w:ascii="Arial Narrow" w:hAnsi="Arial Narrow" w:cs="Arial"/>
                <w:i/>
                <w:noProof/>
                <w:sz w:val="22"/>
                <w:szCs w:val="22"/>
              </w:rPr>
              <w:t> </w:t>
            </w:r>
            <w:r w:rsidRPr="00117088">
              <w:rPr>
                <w:rFonts w:ascii="Arial Narrow" w:hAnsi="Arial Narrow" w:cs="Arial"/>
                <w:i/>
                <w:noProof/>
                <w:sz w:val="22"/>
                <w:szCs w:val="22"/>
              </w:rPr>
              <w:t> </w:t>
            </w:r>
            <w:r w:rsidRPr="00117088">
              <w:rPr>
                <w:rFonts w:ascii="Arial Narrow" w:hAnsi="Arial Narrow" w:cs="Arial"/>
                <w:i/>
                <w:sz w:val="22"/>
                <w:szCs w:val="22"/>
              </w:rPr>
              <w:fldChar w:fldCharType="end"/>
            </w:r>
            <w:bookmarkEnd w:id="23"/>
          </w:p>
          <w:p w14:paraId="136F0F0B" w14:textId="77777777" w:rsidR="00817A65" w:rsidRPr="00117088" w:rsidRDefault="00817A65" w:rsidP="00B23F0B">
            <w:pPr>
              <w:jc w:val="center"/>
              <w:rPr>
                <w:rFonts w:ascii="Arial Narrow" w:hAnsi="Arial Narrow" w:cs="Arial"/>
                <w:i/>
                <w:sz w:val="22"/>
                <w:szCs w:val="22"/>
              </w:rPr>
            </w:pPr>
            <w:r w:rsidRPr="00117088">
              <w:rPr>
                <w:rFonts w:ascii="Arial Narrow" w:hAnsi="Arial Narrow" w:cs="Arial"/>
                <w:i/>
                <w:sz w:val="22"/>
                <w:szCs w:val="22"/>
              </w:rPr>
              <w:t>(ime i prezime)</w:t>
            </w:r>
          </w:p>
        </w:tc>
        <w:tc>
          <w:tcPr>
            <w:tcW w:w="7415" w:type="dxa"/>
            <w:vAlign w:val="center"/>
          </w:tcPr>
          <w:p w14:paraId="26A0E1C1" w14:textId="77777777" w:rsidR="00817A65" w:rsidRPr="00117088" w:rsidRDefault="00817A65" w:rsidP="00B23F0B">
            <w:pPr>
              <w:rPr>
                <w:rFonts w:ascii="Arial Narrow" w:hAnsi="Arial Narrow" w:cs="Arial"/>
                <w:sz w:val="22"/>
                <w:szCs w:val="22"/>
              </w:rPr>
            </w:pPr>
            <w:r w:rsidRPr="00117088">
              <w:rPr>
                <w:rFonts w:ascii="Arial Narrow" w:hAnsi="Arial Narrow" w:cs="Arial"/>
                <w:sz w:val="22"/>
                <w:szCs w:val="22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24" w:name="Text48"/>
            <w:r w:rsidRPr="00117088">
              <w:rPr>
                <w:rFonts w:ascii="Arial Narrow" w:hAnsi="Arial Narrow" w:cs="Arial"/>
                <w:sz w:val="22"/>
                <w:szCs w:val="22"/>
              </w:rPr>
              <w:instrText xml:space="preserve"> FORMTEXT </w:instrText>
            </w:r>
            <w:r w:rsidRPr="00117088">
              <w:rPr>
                <w:rFonts w:ascii="Arial Narrow" w:hAnsi="Arial Narrow" w:cs="Arial"/>
                <w:sz w:val="22"/>
                <w:szCs w:val="22"/>
              </w:rPr>
            </w:r>
            <w:r w:rsidRPr="00117088">
              <w:rPr>
                <w:rFonts w:ascii="Arial Narrow" w:hAnsi="Arial Narrow" w:cs="Arial"/>
                <w:sz w:val="22"/>
                <w:szCs w:val="22"/>
              </w:rPr>
              <w:fldChar w:fldCharType="separate"/>
            </w:r>
            <w:r w:rsidRPr="0011708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11708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11708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11708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117088">
              <w:rPr>
                <w:rFonts w:ascii="Arial Narrow" w:hAnsi="Arial Narrow" w:cs="Arial"/>
                <w:noProof/>
                <w:sz w:val="22"/>
                <w:szCs w:val="22"/>
              </w:rPr>
              <w:t> </w:t>
            </w:r>
            <w:r w:rsidRPr="00117088">
              <w:rPr>
                <w:rFonts w:ascii="Arial Narrow" w:hAnsi="Arial Narrow" w:cs="Arial"/>
                <w:sz w:val="22"/>
                <w:szCs w:val="22"/>
              </w:rPr>
              <w:fldChar w:fldCharType="end"/>
            </w:r>
            <w:bookmarkEnd w:id="24"/>
          </w:p>
        </w:tc>
      </w:tr>
    </w:tbl>
    <w:p w14:paraId="226EE5D4" w14:textId="77777777" w:rsidR="00817A65" w:rsidRPr="00EA52CA" w:rsidRDefault="00817A65" w:rsidP="00817A65">
      <w:pPr>
        <w:tabs>
          <w:tab w:val="left" w:pos="-720"/>
        </w:tabs>
        <w:suppressAutoHyphens/>
        <w:jc w:val="both"/>
        <w:rPr>
          <w:rFonts w:ascii="Arial Narrow" w:hAnsi="Arial Narrow" w:cs="Arial"/>
          <w:spacing w:val="-3"/>
          <w:szCs w:val="24"/>
        </w:rPr>
      </w:pPr>
    </w:p>
    <w:p w14:paraId="1373BB8D" w14:textId="77777777" w:rsidR="00817A65" w:rsidRPr="0080227A" w:rsidRDefault="00817A65" w:rsidP="00817A65">
      <w:pPr>
        <w:tabs>
          <w:tab w:val="left" w:pos="-720"/>
        </w:tabs>
        <w:suppressAutoHyphens/>
        <w:spacing w:line="360" w:lineRule="auto"/>
        <w:jc w:val="both"/>
        <w:rPr>
          <w:rFonts w:ascii="Arial Narrow" w:hAnsi="Arial Narrow"/>
          <w:i/>
          <w:spacing w:val="-3"/>
        </w:rPr>
      </w:pPr>
    </w:p>
    <w:p w14:paraId="59EED947" w14:textId="77777777" w:rsidR="00817A65" w:rsidRPr="00117088" w:rsidRDefault="00817A65" w:rsidP="00817A65">
      <w:pPr>
        <w:tabs>
          <w:tab w:val="left" w:pos="-720"/>
        </w:tabs>
        <w:suppressAutoHyphens/>
        <w:spacing w:line="360" w:lineRule="auto"/>
        <w:jc w:val="both"/>
        <w:rPr>
          <w:rFonts w:ascii="Arial Narrow" w:hAnsi="Arial Narrow"/>
          <w:spacing w:val="-3"/>
          <w:sz w:val="22"/>
          <w:szCs w:val="22"/>
        </w:rPr>
      </w:pPr>
      <w:r w:rsidRPr="00117088">
        <w:rPr>
          <w:rFonts w:ascii="Arial Narrow" w:hAnsi="Arial Narrow"/>
          <w:i/>
          <w:spacing w:val="-3"/>
          <w:sz w:val="22"/>
          <w:szCs w:val="22"/>
        </w:rPr>
        <w:t>Predsjednik zaključuje postupak ovim ili sličnim riječima:</w:t>
      </w:r>
      <w:r w:rsidRPr="00117088">
        <w:rPr>
          <w:rFonts w:ascii="Arial Narrow" w:hAnsi="Arial Narrow"/>
          <w:spacing w:val="-3"/>
          <w:sz w:val="22"/>
          <w:szCs w:val="22"/>
        </w:rPr>
        <w:t xml:space="preserve"> </w:t>
      </w:r>
    </w:p>
    <w:p w14:paraId="3B125674" w14:textId="77777777" w:rsidR="00817A65" w:rsidRDefault="00817A65" w:rsidP="00817A65">
      <w:pPr>
        <w:tabs>
          <w:tab w:val="left" w:pos="-720"/>
        </w:tabs>
        <w:suppressAutoHyphens/>
        <w:spacing w:line="360" w:lineRule="auto"/>
        <w:jc w:val="both"/>
        <w:rPr>
          <w:rFonts w:ascii="Arial Narrow" w:hAnsi="Arial Narrow"/>
          <w:spacing w:val="-3"/>
          <w:sz w:val="22"/>
          <w:szCs w:val="22"/>
        </w:rPr>
      </w:pPr>
      <w:r w:rsidRPr="00117088">
        <w:rPr>
          <w:rFonts w:ascii="Arial Narrow" w:hAnsi="Arial Narrow"/>
          <w:spacing w:val="-3"/>
          <w:sz w:val="22"/>
          <w:szCs w:val="22"/>
        </w:rPr>
        <w:t xml:space="preserve">Ukoliko nema više pitanja, proglašavam obranu </w:t>
      </w:r>
      <w:proofErr w:type="spellStart"/>
      <w:r w:rsidRPr="00117088">
        <w:rPr>
          <w:rFonts w:ascii="Arial Narrow" w:hAnsi="Arial Narrow"/>
          <w:spacing w:val="-3"/>
          <w:sz w:val="22"/>
          <w:szCs w:val="22"/>
        </w:rPr>
        <w:t>licencijatskoga</w:t>
      </w:r>
      <w:proofErr w:type="spellEnd"/>
      <w:r w:rsidRPr="00117088">
        <w:rPr>
          <w:rFonts w:ascii="Arial Narrow" w:hAnsi="Arial Narrow"/>
          <w:spacing w:val="-3"/>
          <w:sz w:val="22"/>
          <w:szCs w:val="22"/>
        </w:rPr>
        <w:t xml:space="preserve"> rada završenom i predlažem da se </w:t>
      </w:r>
      <w:r w:rsidRPr="00117088">
        <w:rPr>
          <w:rFonts w:ascii="Arial Narrow" w:hAnsi="Arial Narrow"/>
          <w:i/>
          <w:iCs/>
          <w:spacing w:val="-3"/>
          <w:sz w:val="22"/>
          <w:szCs w:val="22"/>
        </w:rPr>
        <w:t>Povjerenstvo</w:t>
      </w:r>
      <w:r w:rsidRPr="00117088">
        <w:rPr>
          <w:rFonts w:ascii="Arial Narrow" w:hAnsi="Arial Narrow"/>
          <w:spacing w:val="-3"/>
          <w:sz w:val="22"/>
          <w:szCs w:val="22"/>
        </w:rPr>
        <w:t xml:space="preserve"> povuče na vijećanje.</w:t>
      </w:r>
    </w:p>
    <w:p w14:paraId="498B7BED" w14:textId="77777777" w:rsidR="00817A65" w:rsidRPr="00117088" w:rsidRDefault="00817A65" w:rsidP="00817A65">
      <w:pPr>
        <w:tabs>
          <w:tab w:val="left" w:pos="-720"/>
        </w:tabs>
        <w:suppressAutoHyphens/>
        <w:spacing w:line="360" w:lineRule="auto"/>
        <w:jc w:val="both"/>
        <w:rPr>
          <w:rFonts w:ascii="Arial Narrow" w:hAnsi="Arial Narrow"/>
          <w:spacing w:val="-3"/>
          <w:sz w:val="22"/>
          <w:szCs w:val="22"/>
        </w:rPr>
      </w:pPr>
    </w:p>
    <w:p w14:paraId="071E207F" w14:textId="77777777" w:rsidR="00817A65" w:rsidRDefault="00817A65" w:rsidP="00817A65">
      <w:pPr>
        <w:tabs>
          <w:tab w:val="left" w:pos="-720"/>
        </w:tabs>
        <w:suppressAutoHyphens/>
        <w:spacing w:line="360" w:lineRule="auto"/>
        <w:jc w:val="center"/>
        <w:rPr>
          <w:rFonts w:ascii="Arial Narrow" w:hAnsi="Arial Narrow"/>
          <w:spacing w:val="-3"/>
          <w:szCs w:val="24"/>
        </w:rPr>
      </w:pPr>
      <w:r w:rsidRPr="00EA52CA">
        <w:rPr>
          <w:rFonts w:ascii="Arial Narrow" w:hAnsi="Arial Narrow"/>
          <w:spacing w:val="-3"/>
          <w:szCs w:val="24"/>
        </w:rPr>
        <w:t>* * *</w:t>
      </w:r>
    </w:p>
    <w:p w14:paraId="29D1631B" w14:textId="77777777" w:rsidR="00817A65" w:rsidRPr="00EA52CA" w:rsidRDefault="00817A65" w:rsidP="00817A65">
      <w:pPr>
        <w:tabs>
          <w:tab w:val="left" w:pos="-720"/>
        </w:tabs>
        <w:suppressAutoHyphens/>
        <w:spacing w:line="360" w:lineRule="auto"/>
        <w:jc w:val="center"/>
        <w:rPr>
          <w:rFonts w:ascii="Arial Narrow" w:hAnsi="Arial Narrow"/>
          <w:spacing w:val="-3"/>
          <w:szCs w:val="24"/>
        </w:rPr>
      </w:pPr>
    </w:p>
    <w:p w14:paraId="60D3DAC6" w14:textId="77777777" w:rsidR="00817A65" w:rsidRPr="00117088" w:rsidRDefault="00817A65" w:rsidP="00817A65">
      <w:pPr>
        <w:tabs>
          <w:tab w:val="left" w:pos="-720"/>
        </w:tabs>
        <w:suppressAutoHyphens/>
        <w:spacing w:line="276" w:lineRule="auto"/>
        <w:jc w:val="center"/>
        <w:rPr>
          <w:rFonts w:ascii="Arial Narrow" w:hAnsi="Arial Narrow"/>
          <w:i/>
          <w:spacing w:val="-3"/>
          <w:sz w:val="22"/>
          <w:szCs w:val="22"/>
        </w:rPr>
      </w:pPr>
      <w:r w:rsidRPr="00117088">
        <w:rPr>
          <w:rFonts w:ascii="Arial Narrow" w:hAnsi="Arial Narrow"/>
          <w:spacing w:val="-3"/>
          <w:sz w:val="22"/>
          <w:szCs w:val="22"/>
        </w:rPr>
        <w:t xml:space="preserve">Povjerenstvo za obranu </w:t>
      </w:r>
      <w:proofErr w:type="spellStart"/>
      <w:r w:rsidRPr="00117088">
        <w:rPr>
          <w:rFonts w:ascii="Arial Narrow" w:hAnsi="Arial Narrow"/>
          <w:spacing w:val="-3"/>
          <w:sz w:val="22"/>
          <w:szCs w:val="22"/>
        </w:rPr>
        <w:t>licencijatskoga</w:t>
      </w:r>
      <w:proofErr w:type="spellEnd"/>
      <w:r w:rsidRPr="00117088">
        <w:rPr>
          <w:rFonts w:ascii="Arial Narrow" w:hAnsi="Arial Narrow"/>
          <w:spacing w:val="-3"/>
          <w:sz w:val="22"/>
          <w:szCs w:val="22"/>
        </w:rPr>
        <w:t xml:space="preserve"> rada nakon javne obrane donijelo je </w:t>
      </w:r>
      <w:r w:rsidRPr="00117088">
        <w:rPr>
          <w:rFonts w:ascii="Arial Narrow" w:hAnsi="Arial Narrow"/>
          <w:spacing w:val="-3"/>
          <w:sz w:val="22"/>
          <w:szCs w:val="22"/>
        </w:rPr>
        <w:br/>
        <w:t xml:space="preserve">jednoglasno – </w:t>
      </w:r>
      <w:r w:rsidRPr="00117088">
        <w:rPr>
          <w:rFonts w:ascii="Arial Narrow" w:hAnsi="Arial Narrow"/>
          <w:spacing w:val="-3"/>
          <w:sz w:val="22"/>
          <w:szCs w:val="22"/>
          <w:lang w:val="pl-PL"/>
        </w:rPr>
        <w:t>ve</w:t>
      </w:r>
      <w:r w:rsidRPr="00117088">
        <w:rPr>
          <w:rFonts w:ascii="Arial Narrow" w:hAnsi="Arial Narrow"/>
          <w:spacing w:val="-3"/>
          <w:sz w:val="22"/>
          <w:szCs w:val="22"/>
        </w:rPr>
        <w:t>ć</w:t>
      </w:r>
      <w:r w:rsidRPr="00117088">
        <w:rPr>
          <w:rFonts w:ascii="Arial Narrow" w:hAnsi="Arial Narrow"/>
          <w:spacing w:val="-3"/>
          <w:sz w:val="22"/>
          <w:szCs w:val="22"/>
          <w:lang w:val="pl-PL"/>
        </w:rPr>
        <w:t>inom</w:t>
      </w:r>
      <w:r w:rsidRPr="00117088">
        <w:rPr>
          <w:rFonts w:ascii="Arial Narrow" w:hAnsi="Arial Narrow"/>
          <w:spacing w:val="-3"/>
          <w:sz w:val="22"/>
          <w:szCs w:val="22"/>
        </w:rPr>
        <w:t xml:space="preserve"> </w:t>
      </w:r>
      <w:r w:rsidRPr="00117088">
        <w:rPr>
          <w:rFonts w:ascii="Arial Narrow" w:hAnsi="Arial Narrow"/>
          <w:spacing w:val="-3"/>
          <w:sz w:val="22"/>
          <w:szCs w:val="22"/>
          <w:lang w:val="pl-PL"/>
        </w:rPr>
        <w:t>glasova</w:t>
      </w:r>
      <w:r w:rsidRPr="00117088">
        <w:rPr>
          <w:rFonts w:ascii="Arial Narrow" w:hAnsi="Arial Narrow"/>
          <w:spacing w:val="-3"/>
          <w:sz w:val="22"/>
          <w:szCs w:val="22"/>
        </w:rPr>
        <w:t xml:space="preserve"> </w:t>
      </w:r>
      <w:r w:rsidRPr="00117088">
        <w:rPr>
          <w:rFonts w:ascii="Arial Narrow" w:hAnsi="Arial Narrow"/>
          <w:i/>
          <w:spacing w:val="-3"/>
          <w:sz w:val="22"/>
          <w:szCs w:val="22"/>
        </w:rPr>
        <w:t>(</w:t>
      </w:r>
      <w:r w:rsidRPr="00117088">
        <w:rPr>
          <w:rFonts w:ascii="Arial Narrow" w:hAnsi="Arial Narrow"/>
          <w:i/>
          <w:spacing w:val="-3"/>
          <w:sz w:val="22"/>
          <w:szCs w:val="22"/>
          <w:lang w:val="pl-PL"/>
        </w:rPr>
        <w:t>podvu</w:t>
      </w:r>
      <w:r w:rsidRPr="00117088">
        <w:rPr>
          <w:rFonts w:ascii="Arial Narrow" w:hAnsi="Arial Narrow"/>
          <w:i/>
          <w:spacing w:val="-3"/>
          <w:sz w:val="22"/>
          <w:szCs w:val="22"/>
        </w:rPr>
        <w:t>ć</w:t>
      </w:r>
      <w:r w:rsidRPr="00117088">
        <w:rPr>
          <w:rFonts w:ascii="Arial Narrow" w:hAnsi="Arial Narrow"/>
          <w:i/>
          <w:spacing w:val="-3"/>
          <w:sz w:val="22"/>
          <w:szCs w:val="22"/>
          <w:lang w:val="pl-PL"/>
        </w:rPr>
        <w:t>i</w:t>
      </w:r>
      <w:r w:rsidRPr="00117088">
        <w:rPr>
          <w:rFonts w:ascii="Arial Narrow" w:hAnsi="Arial Narrow"/>
          <w:i/>
          <w:spacing w:val="-3"/>
          <w:sz w:val="22"/>
          <w:szCs w:val="22"/>
        </w:rPr>
        <w:t>)</w:t>
      </w:r>
    </w:p>
    <w:p w14:paraId="3A7CC136" w14:textId="77777777" w:rsidR="00817A65" w:rsidRPr="00EA52CA" w:rsidRDefault="00817A65" w:rsidP="00817A65">
      <w:pPr>
        <w:tabs>
          <w:tab w:val="left" w:pos="-720"/>
        </w:tabs>
        <w:suppressAutoHyphens/>
        <w:spacing w:line="276" w:lineRule="auto"/>
        <w:jc w:val="center"/>
        <w:rPr>
          <w:rFonts w:ascii="Arial Narrow" w:hAnsi="Arial Narrow"/>
          <w:spacing w:val="-3"/>
          <w:szCs w:val="24"/>
        </w:rPr>
      </w:pPr>
    </w:p>
    <w:p w14:paraId="5F0D01F1" w14:textId="77777777" w:rsidR="00817A65" w:rsidRPr="00EA52CA" w:rsidRDefault="00817A65" w:rsidP="00817A65">
      <w:pPr>
        <w:tabs>
          <w:tab w:val="center" w:pos="4680"/>
        </w:tabs>
        <w:suppressAutoHyphens/>
        <w:spacing w:line="360" w:lineRule="auto"/>
        <w:jc w:val="center"/>
        <w:rPr>
          <w:rFonts w:ascii="Arial Narrow" w:hAnsi="Arial Narrow"/>
          <w:b/>
          <w:spacing w:val="-3"/>
          <w:szCs w:val="24"/>
        </w:rPr>
      </w:pPr>
      <w:r w:rsidRPr="00EA52CA">
        <w:rPr>
          <w:rFonts w:ascii="Arial Narrow" w:hAnsi="Arial Narrow"/>
          <w:b/>
          <w:spacing w:val="-3"/>
          <w:szCs w:val="24"/>
        </w:rPr>
        <w:t>O D L U K U</w:t>
      </w:r>
    </w:p>
    <w:p w14:paraId="111065C7" w14:textId="77777777" w:rsidR="00817A65" w:rsidRPr="00984564" w:rsidRDefault="00817A65" w:rsidP="00817A65">
      <w:pPr>
        <w:tabs>
          <w:tab w:val="center" w:pos="4680"/>
        </w:tabs>
        <w:suppressAutoHyphens/>
        <w:spacing w:line="360" w:lineRule="auto"/>
        <w:jc w:val="center"/>
        <w:rPr>
          <w:rFonts w:ascii="Arial Narrow" w:hAnsi="Arial Narrow"/>
          <w:spacing w:val="-3"/>
          <w:sz w:val="22"/>
          <w:szCs w:val="22"/>
        </w:rPr>
      </w:pPr>
      <w:r w:rsidRPr="00984564">
        <w:rPr>
          <w:rFonts w:ascii="Arial Narrow" w:hAnsi="Arial Narrow"/>
          <w:spacing w:val="-3"/>
          <w:sz w:val="22"/>
          <w:szCs w:val="22"/>
        </w:rPr>
        <w:t>da je</w:t>
      </w:r>
    </w:p>
    <w:p w14:paraId="3D1D33FF" w14:textId="77777777" w:rsidR="00817A65" w:rsidRPr="003270EB" w:rsidRDefault="00817A65" w:rsidP="00817A65">
      <w:pPr>
        <w:tabs>
          <w:tab w:val="center" w:pos="4680"/>
        </w:tabs>
        <w:suppressAutoHyphens/>
        <w:spacing w:line="360" w:lineRule="auto"/>
        <w:jc w:val="center"/>
        <w:rPr>
          <w:rFonts w:ascii="Arial Narrow" w:hAnsi="Arial Narrow"/>
          <w:spacing w:val="-3"/>
          <w:sz w:val="14"/>
          <w:szCs w:val="14"/>
        </w:rPr>
      </w:pPr>
    </w:p>
    <w:bookmarkStart w:id="25" w:name="Text52"/>
    <w:p w14:paraId="24609A06" w14:textId="77777777" w:rsidR="00817A65" w:rsidRPr="003270EB" w:rsidRDefault="00817A65" w:rsidP="00817A65">
      <w:pPr>
        <w:tabs>
          <w:tab w:val="left" w:pos="-720"/>
        </w:tabs>
        <w:suppressAutoHyphens/>
        <w:jc w:val="center"/>
        <w:rPr>
          <w:rFonts w:ascii="Arial Narrow" w:hAnsi="Arial Narrow"/>
          <w:b/>
          <w:bCs/>
          <w:spacing w:val="-3"/>
          <w:szCs w:val="24"/>
        </w:rPr>
      </w:pPr>
      <w:r w:rsidRPr="003270EB">
        <w:rPr>
          <w:rFonts w:ascii="Arial Narrow" w:hAnsi="Arial Narrow"/>
          <w:b/>
          <w:bCs/>
          <w:spacing w:val="-3"/>
          <w:szCs w:val="24"/>
        </w:rPr>
        <w:fldChar w:fldCharType="begin">
          <w:ffData>
            <w:name w:val="Text52"/>
            <w:enabled/>
            <w:calcOnExit w:val="0"/>
            <w:textInput/>
          </w:ffData>
        </w:fldChar>
      </w:r>
      <w:r w:rsidRPr="003270EB">
        <w:rPr>
          <w:rFonts w:ascii="Arial Narrow" w:hAnsi="Arial Narrow"/>
          <w:b/>
          <w:bCs/>
          <w:spacing w:val="-3"/>
          <w:szCs w:val="24"/>
        </w:rPr>
        <w:instrText xml:space="preserve"> FORMTEXT </w:instrText>
      </w:r>
      <w:r w:rsidRPr="003270EB">
        <w:rPr>
          <w:rFonts w:ascii="Arial Narrow" w:hAnsi="Arial Narrow"/>
          <w:b/>
          <w:bCs/>
          <w:spacing w:val="-3"/>
          <w:szCs w:val="24"/>
        </w:rPr>
      </w:r>
      <w:r w:rsidRPr="003270EB">
        <w:rPr>
          <w:rFonts w:ascii="Arial Narrow" w:hAnsi="Arial Narrow"/>
          <w:b/>
          <w:bCs/>
          <w:spacing w:val="-3"/>
          <w:szCs w:val="24"/>
        </w:rPr>
        <w:fldChar w:fldCharType="separate"/>
      </w:r>
      <w:r w:rsidRPr="003270EB">
        <w:rPr>
          <w:rFonts w:ascii="Arial Narrow" w:hAnsi="Arial Narrow"/>
          <w:b/>
          <w:bCs/>
          <w:noProof/>
          <w:spacing w:val="-3"/>
          <w:szCs w:val="24"/>
        </w:rPr>
        <w:t> </w:t>
      </w:r>
      <w:r w:rsidRPr="003270EB">
        <w:rPr>
          <w:rFonts w:ascii="Arial Narrow" w:hAnsi="Arial Narrow"/>
          <w:b/>
          <w:bCs/>
          <w:noProof/>
          <w:spacing w:val="-3"/>
          <w:szCs w:val="24"/>
        </w:rPr>
        <w:t> </w:t>
      </w:r>
      <w:r w:rsidRPr="003270EB">
        <w:rPr>
          <w:rFonts w:ascii="Arial Narrow" w:hAnsi="Arial Narrow"/>
          <w:b/>
          <w:bCs/>
          <w:noProof/>
          <w:spacing w:val="-3"/>
          <w:szCs w:val="24"/>
        </w:rPr>
        <w:t> </w:t>
      </w:r>
      <w:r w:rsidRPr="003270EB">
        <w:rPr>
          <w:rFonts w:ascii="Arial Narrow" w:hAnsi="Arial Narrow"/>
          <w:b/>
          <w:bCs/>
          <w:noProof/>
          <w:spacing w:val="-3"/>
          <w:szCs w:val="24"/>
        </w:rPr>
        <w:t> </w:t>
      </w:r>
      <w:r w:rsidRPr="003270EB">
        <w:rPr>
          <w:rFonts w:ascii="Arial Narrow" w:hAnsi="Arial Narrow"/>
          <w:b/>
          <w:bCs/>
          <w:noProof/>
          <w:spacing w:val="-3"/>
          <w:szCs w:val="24"/>
        </w:rPr>
        <w:t> </w:t>
      </w:r>
      <w:r w:rsidRPr="003270EB">
        <w:rPr>
          <w:rFonts w:ascii="Arial Narrow" w:hAnsi="Arial Narrow"/>
          <w:b/>
          <w:bCs/>
          <w:spacing w:val="-3"/>
          <w:szCs w:val="24"/>
        </w:rPr>
        <w:fldChar w:fldCharType="end"/>
      </w:r>
      <w:bookmarkEnd w:id="25"/>
    </w:p>
    <w:p w14:paraId="2901B099" w14:textId="77777777" w:rsidR="00817A65" w:rsidRPr="00EA52CA" w:rsidRDefault="00817A65" w:rsidP="00817A65">
      <w:pPr>
        <w:tabs>
          <w:tab w:val="left" w:pos="-720"/>
        </w:tabs>
        <w:suppressAutoHyphens/>
        <w:jc w:val="center"/>
        <w:rPr>
          <w:rFonts w:ascii="Arial Narrow" w:hAnsi="Arial Narrow"/>
          <w:i/>
          <w:spacing w:val="-3"/>
          <w:szCs w:val="24"/>
        </w:rPr>
      </w:pPr>
      <w:r w:rsidRPr="00117088">
        <w:rPr>
          <w:rFonts w:ascii="Arial Narrow" w:hAnsi="Arial Narrow"/>
          <w:i/>
          <w:spacing w:val="-3"/>
        </w:rPr>
        <w:t xml:space="preserve">Ime i prezime </w:t>
      </w:r>
      <w:r w:rsidRPr="00117088">
        <w:rPr>
          <w:rFonts w:ascii="Arial Narrow" w:hAnsi="Arial Narrow"/>
          <w:i/>
        </w:rPr>
        <w:t>pristupnika/pristupnice</w:t>
      </w:r>
    </w:p>
    <w:p w14:paraId="40E09DF2" w14:textId="77777777" w:rsidR="00817A65" w:rsidRPr="00EA52CA" w:rsidRDefault="00817A65" w:rsidP="00817A65">
      <w:pPr>
        <w:tabs>
          <w:tab w:val="left" w:pos="-720"/>
        </w:tabs>
        <w:suppressAutoHyphens/>
        <w:jc w:val="center"/>
        <w:rPr>
          <w:rFonts w:ascii="Arial Narrow" w:hAnsi="Arial Narrow"/>
          <w:i/>
          <w:spacing w:val="-3"/>
          <w:szCs w:val="24"/>
        </w:rPr>
      </w:pPr>
    </w:p>
    <w:p w14:paraId="041827E2" w14:textId="77777777" w:rsidR="00817A65" w:rsidRPr="003270EB" w:rsidRDefault="00817A65" w:rsidP="00817A65">
      <w:pPr>
        <w:tabs>
          <w:tab w:val="num" w:pos="1080"/>
        </w:tabs>
        <w:autoSpaceDE w:val="0"/>
        <w:autoSpaceDN w:val="0"/>
        <w:adjustRightInd w:val="0"/>
        <w:jc w:val="both"/>
        <w:rPr>
          <w:rFonts w:ascii="Arial Narrow" w:hAnsi="Arial Narrow"/>
          <w:spacing w:val="-3"/>
          <w:sz w:val="10"/>
          <w:szCs w:val="10"/>
        </w:rPr>
      </w:pPr>
    </w:p>
    <w:p w14:paraId="2DBEA9D9" w14:textId="77777777" w:rsidR="00817A65" w:rsidRPr="00984564" w:rsidRDefault="00817A65" w:rsidP="00817A65">
      <w:pPr>
        <w:tabs>
          <w:tab w:val="left" w:pos="-720"/>
        </w:tabs>
        <w:suppressAutoHyphens/>
        <w:jc w:val="center"/>
        <w:rPr>
          <w:rFonts w:ascii="Arial Narrow" w:hAnsi="Arial Narrow"/>
          <w:i/>
          <w:spacing w:val="-3"/>
          <w:sz w:val="22"/>
          <w:szCs w:val="22"/>
        </w:rPr>
      </w:pPr>
      <w:r w:rsidRPr="00984564">
        <w:rPr>
          <w:rFonts w:ascii="Arial Narrow" w:hAnsi="Arial Narrow"/>
          <w:i/>
          <w:sz w:val="22"/>
          <w:szCs w:val="22"/>
        </w:rPr>
        <w:t xml:space="preserve">obranio/la </w:t>
      </w:r>
      <w:r w:rsidRPr="00984564">
        <w:rPr>
          <w:rFonts w:ascii="Arial Narrow" w:hAnsi="Arial Narrow"/>
          <w:i/>
          <w:spacing w:val="-3"/>
          <w:sz w:val="22"/>
          <w:szCs w:val="22"/>
        </w:rPr>
        <w:t xml:space="preserve">svoj </w:t>
      </w:r>
      <w:proofErr w:type="spellStart"/>
      <w:r w:rsidRPr="00984564">
        <w:rPr>
          <w:rFonts w:ascii="Arial Narrow" w:hAnsi="Arial Narrow"/>
          <w:i/>
          <w:spacing w:val="-3"/>
          <w:sz w:val="22"/>
          <w:szCs w:val="22"/>
        </w:rPr>
        <w:t>licencijatski</w:t>
      </w:r>
      <w:proofErr w:type="spellEnd"/>
      <w:r w:rsidRPr="00984564">
        <w:rPr>
          <w:rFonts w:ascii="Arial Narrow" w:hAnsi="Arial Narrow"/>
          <w:i/>
          <w:spacing w:val="-3"/>
          <w:sz w:val="22"/>
          <w:szCs w:val="22"/>
        </w:rPr>
        <w:t xml:space="preserve"> rad ocjenom </w:t>
      </w:r>
      <w:r w:rsidRPr="00984564">
        <w:rPr>
          <w:rFonts w:ascii="Arial Narrow" w:hAnsi="Arial Narrow"/>
          <w:spacing w:val="-3"/>
          <w:sz w:val="22"/>
          <w:szCs w:val="22"/>
        </w:rPr>
        <w:fldChar w:fldCharType="begin">
          <w:ffData>
            <w:name w:val="Text52"/>
            <w:enabled/>
            <w:calcOnExit w:val="0"/>
            <w:textInput/>
          </w:ffData>
        </w:fldChar>
      </w:r>
      <w:r w:rsidRPr="00984564">
        <w:rPr>
          <w:rFonts w:ascii="Arial Narrow" w:hAnsi="Arial Narrow"/>
          <w:spacing w:val="-3"/>
          <w:sz w:val="22"/>
          <w:szCs w:val="22"/>
        </w:rPr>
        <w:instrText xml:space="preserve"> FORMTEXT </w:instrText>
      </w:r>
      <w:r w:rsidRPr="00984564">
        <w:rPr>
          <w:rFonts w:ascii="Arial Narrow" w:hAnsi="Arial Narrow"/>
          <w:spacing w:val="-3"/>
          <w:sz w:val="22"/>
          <w:szCs w:val="22"/>
        </w:rPr>
      </w:r>
      <w:r w:rsidRPr="00984564">
        <w:rPr>
          <w:rFonts w:ascii="Arial Narrow" w:hAnsi="Arial Narrow"/>
          <w:spacing w:val="-3"/>
          <w:sz w:val="22"/>
          <w:szCs w:val="22"/>
        </w:rPr>
        <w:fldChar w:fldCharType="separate"/>
      </w:r>
      <w:r w:rsidRPr="00984564">
        <w:rPr>
          <w:rFonts w:ascii="Arial Narrow" w:hAnsi="Arial Narrow"/>
          <w:noProof/>
          <w:spacing w:val="-3"/>
          <w:sz w:val="22"/>
          <w:szCs w:val="22"/>
        </w:rPr>
        <w:t> </w:t>
      </w:r>
      <w:r w:rsidRPr="00984564">
        <w:rPr>
          <w:rFonts w:ascii="Arial Narrow" w:hAnsi="Arial Narrow"/>
          <w:noProof/>
          <w:spacing w:val="-3"/>
          <w:sz w:val="22"/>
          <w:szCs w:val="22"/>
        </w:rPr>
        <w:t> </w:t>
      </w:r>
      <w:r w:rsidRPr="00984564">
        <w:rPr>
          <w:rFonts w:ascii="Arial Narrow" w:hAnsi="Arial Narrow"/>
          <w:noProof/>
          <w:spacing w:val="-3"/>
          <w:sz w:val="22"/>
          <w:szCs w:val="22"/>
        </w:rPr>
        <w:t> </w:t>
      </w:r>
      <w:r w:rsidRPr="00984564">
        <w:rPr>
          <w:rFonts w:ascii="Arial Narrow" w:hAnsi="Arial Narrow"/>
          <w:noProof/>
          <w:spacing w:val="-3"/>
          <w:sz w:val="22"/>
          <w:szCs w:val="22"/>
        </w:rPr>
        <w:t> </w:t>
      </w:r>
      <w:r w:rsidRPr="00984564">
        <w:rPr>
          <w:rFonts w:ascii="Arial Narrow" w:hAnsi="Arial Narrow"/>
          <w:noProof/>
          <w:spacing w:val="-3"/>
          <w:sz w:val="22"/>
          <w:szCs w:val="22"/>
        </w:rPr>
        <w:t> </w:t>
      </w:r>
      <w:r w:rsidRPr="00984564">
        <w:rPr>
          <w:rFonts w:ascii="Arial Narrow" w:hAnsi="Arial Narrow"/>
          <w:spacing w:val="-3"/>
          <w:sz w:val="22"/>
          <w:szCs w:val="22"/>
        </w:rPr>
        <w:fldChar w:fldCharType="end"/>
      </w:r>
    </w:p>
    <w:p w14:paraId="0686ABC6" w14:textId="77777777" w:rsidR="00817A65" w:rsidRPr="00984564" w:rsidRDefault="00817A65" w:rsidP="00817A65">
      <w:pPr>
        <w:tabs>
          <w:tab w:val="left" w:pos="-720"/>
        </w:tabs>
        <w:suppressAutoHyphens/>
        <w:jc w:val="center"/>
        <w:rPr>
          <w:rFonts w:ascii="Arial Narrow" w:hAnsi="Arial Narrow"/>
          <w:i/>
          <w:spacing w:val="-3"/>
          <w:sz w:val="22"/>
          <w:szCs w:val="22"/>
        </w:rPr>
      </w:pPr>
      <w:r w:rsidRPr="00984564">
        <w:rPr>
          <w:rFonts w:ascii="Arial Narrow" w:hAnsi="Arial Narrow"/>
          <w:i/>
          <w:spacing w:val="-3"/>
          <w:sz w:val="22"/>
          <w:szCs w:val="22"/>
        </w:rPr>
        <w:t xml:space="preserve">(rite / </w:t>
      </w:r>
      <w:proofErr w:type="spellStart"/>
      <w:r w:rsidRPr="00984564">
        <w:rPr>
          <w:rFonts w:ascii="Arial Narrow" w:hAnsi="Arial Narrow"/>
          <w:i/>
          <w:spacing w:val="-3"/>
          <w:sz w:val="22"/>
          <w:szCs w:val="22"/>
        </w:rPr>
        <w:t>cum</w:t>
      </w:r>
      <w:proofErr w:type="spellEnd"/>
      <w:r w:rsidRPr="00984564">
        <w:rPr>
          <w:rFonts w:ascii="Arial Narrow" w:hAnsi="Arial Narrow"/>
          <w:i/>
          <w:spacing w:val="-3"/>
          <w:sz w:val="22"/>
          <w:szCs w:val="22"/>
        </w:rPr>
        <w:t xml:space="preserve"> laude / </w:t>
      </w:r>
      <w:proofErr w:type="spellStart"/>
      <w:r w:rsidRPr="00984564">
        <w:rPr>
          <w:rFonts w:ascii="Arial Narrow" w:hAnsi="Arial Narrow"/>
          <w:i/>
          <w:spacing w:val="-3"/>
          <w:sz w:val="22"/>
          <w:szCs w:val="22"/>
        </w:rPr>
        <w:t>magna</w:t>
      </w:r>
      <w:proofErr w:type="spellEnd"/>
      <w:r w:rsidRPr="00984564">
        <w:rPr>
          <w:rFonts w:ascii="Arial Narrow" w:hAnsi="Arial Narrow"/>
          <w:i/>
          <w:spacing w:val="-3"/>
          <w:sz w:val="22"/>
          <w:szCs w:val="22"/>
        </w:rPr>
        <w:t xml:space="preserve"> </w:t>
      </w:r>
      <w:proofErr w:type="spellStart"/>
      <w:r w:rsidRPr="00984564">
        <w:rPr>
          <w:rFonts w:ascii="Arial Narrow" w:hAnsi="Arial Narrow"/>
          <w:i/>
          <w:spacing w:val="-3"/>
          <w:sz w:val="22"/>
          <w:szCs w:val="22"/>
        </w:rPr>
        <w:t>cum</w:t>
      </w:r>
      <w:proofErr w:type="spellEnd"/>
      <w:r w:rsidRPr="00984564">
        <w:rPr>
          <w:rFonts w:ascii="Arial Narrow" w:hAnsi="Arial Narrow"/>
          <w:i/>
          <w:spacing w:val="-3"/>
          <w:sz w:val="22"/>
          <w:szCs w:val="22"/>
        </w:rPr>
        <w:t xml:space="preserve"> laude / summa </w:t>
      </w:r>
      <w:proofErr w:type="spellStart"/>
      <w:r w:rsidRPr="00984564">
        <w:rPr>
          <w:rFonts w:ascii="Arial Narrow" w:hAnsi="Arial Narrow"/>
          <w:i/>
          <w:spacing w:val="-3"/>
          <w:sz w:val="22"/>
          <w:szCs w:val="22"/>
        </w:rPr>
        <w:t>cum</w:t>
      </w:r>
      <w:proofErr w:type="spellEnd"/>
      <w:r w:rsidRPr="00984564">
        <w:rPr>
          <w:rFonts w:ascii="Arial Narrow" w:hAnsi="Arial Narrow"/>
          <w:i/>
          <w:spacing w:val="-3"/>
          <w:sz w:val="22"/>
          <w:szCs w:val="22"/>
        </w:rPr>
        <w:t xml:space="preserve"> laude)</w:t>
      </w:r>
    </w:p>
    <w:p w14:paraId="77787868" w14:textId="77777777" w:rsidR="00817A65" w:rsidRPr="00984564" w:rsidRDefault="00817A65" w:rsidP="00817A65">
      <w:pPr>
        <w:tabs>
          <w:tab w:val="left" w:pos="-720"/>
        </w:tabs>
        <w:suppressAutoHyphens/>
        <w:jc w:val="center"/>
        <w:rPr>
          <w:rFonts w:ascii="Arial Narrow" w:hAnsi="Arial Narrow"/>
          <w:spacing w:val="-3"/>
          <w:sz w:val="22"/>
          <w:szCs w:val="22"/>
        </w:rPr>
      </w:pPr>
    </w:p>
    <w:p w14:paraId="63B037CC" w14:textId="77777777" w:rsidR="00817A65" w:rsidRPr="00984564" w:rsidRDefault="00817A65" w:rsidP="00817A65">
      <w:pPr>
        <w:pStyle w:val="Tijeloteksta"/>
        <w:rPr>
          <w:rFonts w:ascii="Arial Narrow" w:hAnsi="Arial Narrow"/>
          <w:sz w:val="22"/>
        </w:rPr>
      </w:pPr>
    </w:p>
    <w:p w14:paraId="7A597D6C" w14:textId="77777777" w:rsidR="00817A65" w:rsidRPr="00984564" w:rsidRDefault="00817A65" w:rsidP="00817A65">
      <w:pPr>
        <w:pStyle w:val="Tijeloteksta"/>
        <w:jc w:val="center"/>
        <w:rPr>
          <w:rFonts w:ascii="Arial Narrow" w:hAnsi="Arial Narrow"/>
          <w:i/>
          <w:sz w:val="22"/>
        </w:rPr>
      </w:pPr>
      <w:r w:rsidRPr="00984564">
        <w:rPr>
          <w:rFonts w:ascii="Arial Narrow" w:hAnsi="Arial Narrow"/>
          <w:i/>
          <w:sz w:val="22"/>
        </w:rPr>
        <w:t>i time stekao/stekla akademsko zvanje</w:t>
      </w:r>
    </w:p>
    <w:p w14:paraId="562DA327" w14:textId="77777777" w:rsidR="00817A65" w:rsidRPr="00EA52CA" w:rsidRDefault="00817A65" w:rsidP="00817A65">
      <w:pPr>
        <w:pStyle w:val="Tijeloteksta"/>
        <w:rPr>
          <w:rFonts w:ascii="Arial Narrow" w:hAnsi="Arial Narrow"/>
          <w:szCs w:val="24"/>
        </w:rPr>
      </w:pPr>
    </w:p>
    <w:p w14:paraId="2FD8E004" w14:textId="77777777" w:rsidR="00817A65" w:rsidRPr="00EA52CA" w:rsidRDefault="00817A65" w:rsidP="00817A65">
      <w:pPr>
        <w:ind w:right="44"/>
        <w:jc w:val="center"/>
        <w:rPr>
          <w:rFonts w:ascii="Arial Narrow" w:hAnsi="Arial Narrow" w:cs="Arial"/>
          <w:szCs w:val="24"/>
        </w:rPr>
      </w:pPr>
    </w:p>
    <w:p w14:paraId="2E16D2EB" w14:textId="77777777" w:rsidR="00817A65" w:rsidRPr="00EA52CA" w:rsidRDefault="00817A65" w:rsidP="00817A65">
      <w:pPr>
        <w:ind w:right="44"/>
        <w:jc w:val="center"/>
        <w:outlineLvl w:val="0"/>
        <w:rPr>
          <w:rFonts w:ascii="Arial Narrow" w:hAnsi="Arial Narrow" w:cs="Arial"/>
          <w:b/>
          <w:szCs w:val="24"/>
        </w:rPr>
      </w:pPr>
      <w:r w:rsidRPr="00EA52CA">
        <w:rPr>
          <w:rFonts w:ascii="Arial Narrow" w:hAnsi="Arial Narrow" w:cs="Arial"/>
          <w:b/>
          <w:szCs w:val="24"/>
        </w:rPr>
        <w:t>LICENCIJATA ZNANOSTI (LIC. THEOL.)</w:t>
      </w:r>
    </w:p>
    <w:p w14:paraId="3CA65691" w14:textId="77777777" w:rsidR="00817A65" w:rsidRPr="003270EB" w:rsidRDefault="00817A65" w:rsidP="00817A65">
      <w:pPr>
        <w:ind w:right="44"/>
        <w:jc w:val="center"/>
        <w:rPr>
          <w:rFonts w:ascii="Arial Narrow" w:hAnsi="Arial Narrow" w:cs="Arial"/>
          <w:b/>
          <w:sz w:val="14"/>
          <w:szCs w:val="14"/>
        </w:rPr>
      </w:pPr>
    </w:p>
    <w:p w14:paraId="5453C04E" w14:textId="77777777" w:rsidR="00817A65" w:rsidRPr="00602863" w:rsidRDefault="00817A65" w:rsidP="00817A65">
      <w:pPr>
        <w:ind w:right="44"/>
        <w:jc w:val="center"/>
        <w:rPr>
          <w:rFonts w:ascii="Arial Narrow" w:hAnsi="Arial Narrow" w:cs="Arial"/>
          <w:b/>
          <w:sz w:val="14"/>
          <w:szCs w:val="14"/>
        </w:rPr>
      </w:pPr>
    </w:p>
    <w:p w14:paraId="2C05630D" w14:textId="77777777" w:rsidR="00817A65" w:rsidRPr="00984564" w:rsidRDefault="00817A65" w:rsidP="00817A65">
      <w:pPr>
        <w:ind w:right="45"/>
        <w:jc w:val="center"/>
        <w:rPr>
          <w:rFonts w:ascii="Arial Narrow" w:hAnsi="Arial Narrow" w:cs="Arial"/>
          <w:b/>
          <w:sz w:val="22"/>
          <w:szCs w:val="22"/>
        </w:rPr>
      </w:pPr>
      <w:r w:rsidRPr="00984564">
        <w:rPr>
          <w:rFonts w:ascii="Arial Narrow" w:hAnsi="Arial Narrow" w:cs="Arial"/>
          <w:b/>
          <w:sz w:val="22"/>
          <w:szCs w:val="22"/>
        </w:rPr>
        <w:t>iz znanstvenog područja humanističkih znanosti,</w:t>
      </w:r>
    </w:p>
    <w:p w14:paraId="65B5C715" w14:textId="77777777" w:rsidR="00817A65" w:rsidRPr="00984564" w:rsidRDefault="00817A65" w:rsidP="00817A65">
      <w:pPr>
        <w:ind w:right="45"/>
        <w:jc w:val="center"/>
        <w:rPr>
          <w:rFonts w:ascii="Arial Narrow" w:hAnsi="Arial Narrow" w:cs="Arial"/>
          <w:b/>
          <w:sz w:val="8"/>
          <w:szCs w:val="8"/>
        </w:rPr>
      </w:pPr>
    </w:p>
    <w:p w14:paraId="09A356E9" w14:textId="77777777" w:rsidR="00817A65" w:rsidRPr="00984564" w:rsidRDefault="00817A65" w:rsidP="00817A65">
      <w:pPr>
        <w:ind w:right="45"/>
        <w:jc w:val="center"/>
        <w:rPr>
          <w:rFonts w:ascii="Arial Narrow" w:hAnsi="Arial Narrow" w:cs="Arial"/>
          <w:b/>
          <w:sz w:val="22"/>
          <w:szCs w:val="22"/>
        </w:rPr>
      </w:pPr>
      <w:r w:rsidRPr="00984564">
        <w:rPr>
          <w:rFonts w:ascii="Arial Narrow" w:hAnsi="Arial Narrow" w:cs="Arial"/>
          <w:b/>
          <w:sz w:val="22"/>
          <w:szCs w:val="22"/>
        </w:rPr>
        <w:t>znanstvenog polja teologije</w:t>
      </w:r>
    </w:p>
    <w:p w14:paraId="5A49D9CC" w14:textId="77777777" w:rsidR="00817A65" w:rsidRPr="00984564" w:rsidRDefault="00817A65" w:rsidP="00817A65">
      <w:pPr>
        <w:ind w:right="45"/>
        <w:jc w:val="center"/>
        <w:rPr>
          <w:rFonts w:ascii="Arial Narrow" w:hAnsi="Arial Narrow" w:cs="Arial"/>
          <w:b/>
          <w:sz w:val="8"/>
          <w:szCs w:val="8"/>
        </w:rPr>
      </w:pPr>
    </w:p>
    <w:p w14:paraId="5E3546F1" w14:textId="77777777" w:rsidR="00817A65" w:rsidRPr="00984564" w:rsidRDefault="00817A65" w:rsidP="00817A65">
      <w:pPr>
        <w:ind w:right="45"/>
        <w:jc w:val="center"/>
        <w:rPr>
          <w:rFonts w:ascii="Arial Narrow" w:hAnsi="Arial Narrow" w:cs="Arial"/>
          <w:b/>
          <w:sz w:val="22"/>
          <w:szCs w:val="22"/>
        </w:rPr>
      </w:pPr>
      <w:r w:rsidRPr="00984564">
        <w:rPr>
          <w:rFonts w:ascii="Arial Narrow" w:hAnsi="Arial Narrow" w:cs="Arial"/>
          <w:b/>
          <w:sz w:val="22"/>
          <w:szCs w:val="22"/>
        </w:rPr>
        <w:lastRenderedPageBreak/>
        <w:t xml:space="preserve">u specijalizaciji iz </w:t>
      </w:r>
      <w:r w:rsidRPr="00984564">
        <w:rPr>
          <w:rFonts w:ascii="Arial Narrow" w:hAnsi="Arial Narrow" w:cs="Arial"/>
          <w:b/>
          <w:sz w:val="22"/>
          <w:szCs w:val="22"/>
        </w:rPr>
        <w:fldChar w:fldCharType="begin">
          <w:ffData>
            <w:name w:val="Text55"/>
            <w:enabled/>
            <w:calcOnExit w:val="0"/>
            <w:textInput/>
          </w:ffData>
        </w:fldChar>
      </w:r>
      <w:r w:rsidRPr="00984564">
        <w:rPr>
          <w:rFonts w:ascii="Arial Narrow" w:hAnsi="Arial Narrow" w:cs="Arial"/>
          <w:b/>
          <w:sz w:val="22"/>
          <w:szCs w:val="22"/>
        </w:rPr>
        <w:instrText xml:space="preserve"> FORMTEXT </w:instrText>
      </w:r>
      <w:r w:rsidRPr="00984564">
        <w:rPr>
          <w:rFonts w:ascii="Arial Narrow" w:hAnsi="Arial Narrow" w:cs="Arial"/>
          <w:b/>
          <w:sz w:val="22"/>
          <w:szCs w:val="22"/>
        </w:rPr>
      </w:r>
      <w:r w:rsidRPr="00984564">
        <w:rPr>
          <w:rFonts w:ascii="Arial Narrow" w:hAnsi="Arial Narrow" w:cs="Arial"/>
          <w:b/>
          <w:sz w:val="22"/>
          <w:szCs w:val="22"/>
        </w:rPr>
        <w:fldChar w:fldCharType="separate"/>
      </w:r>
      <w:r w:rsidRPr="00984564">
        <w:rPr>
          <w:rFonts w:ascii="Arial Narrow" w:hAnsi="Arial Narrow" w:cs="Arial"/>
          <w:b/>
          <w:noProof/>
          <w:sz w:val="22"/>
          <w:szCs w:val="22"/>
        </w:rPr>
        <w:t> </w:t>
      </w:r>
      <w:r w:rsidRPr="00984564">
        <w:rPr>
          <w:rFonts w:ascii="Arial Narrow" w:hAnsi="Arial Narrow" w:cs="Arial"/>
          <w:b/>
          <w:noProof/>
          <w:sz w:val="22"/>
          <w:szCs w:val="22"/>
        </w:rPr>
        <w:t> </w:t>
      </w:r>
      <w:r w:rsidRPr="00984564">
        <w:rPr>
          <w:rFonts w:ascii="Arial Narrow" w:hAnsi="Arial Narrow" w:cs="Arial"/>
          <w:b/>
          <w:noProof/>
          <w:sz w:val="22"/>
          <w:szCs w:val="22"/>
        </w:rPr>
        <w:t> </w:t>
      </w:r>
      <w:r w:rsidRPr="00984564">
        <w:rPr>
          <w:rFonts w:ascii="Arial Narrow" w:hAnsi="Arial Narrow" w:cs="Arial"/>
          <w:b/>
          <w:noProof/>
          <w:sz w:val="22"/>
          <w:szCs w:val="22"/>
        </w:rPr>
        <w:t> </w:t>
      </w:r>
      <w:r w:rsidRPr="00984564">
        <w:rPr>
          <w:rFonts w:ascii="Arial Narrow" w:hAnsi="Arial Narrow" w:cs="Arial"/>
          <w:b/>
          <w:noProof/>
          <w:sz w:val="22"/>
          <w:szCs w:val="22"/>
        </w:rPr>
        <w:t> </w:t>
      </w:r>
      <w:r w:rsidRPr="00984564">
        <w:rPr>
          <w:rFonts w:ascii="Arial Narrow" w:hAnsi="Arial Narrow" w:cs="Arial"/>
          <w:b/>
          <w:sz w:val="22"/>
          <w:szCs w:val="22"/>
        </w:rPr>
        <w:fldChar w:fldCharType="end"/>
      </w:r>
      <w:r w:rsidRPr="00984564">
        <w:rPr>
          <w:rFonts w:ascii="Arial Narrow" w:hAnsi="Arial Narrow" w:cs="Arial"/>
          <w:b/>
          <w:sz w:val="22"/>
          <w:szCs w:val="22"/>
        </w:rPr>
        <w:t>.</w:t>
      </w:r>
    </w:p>
    <w:p w14:paraId="3CEF719B" w14:textId="77777777" w:rsidR="00817A65" w:rsidRPr="00EA52CA" w:rsidRDefault="00817A65" w:rsidP="00817A65">
      <w:pPr>
        <w:jc w:val="both"/>
        <w:rPr>
          <w:rFonts w:ascii="Arial Narrow" w:hAnsi="Arial Narrow" w:cs="Arial"/>
          <w:szCs w:val="24"/>
        </w:rPr>
      </w:pPr>
    </w:p>
    <w:p w14:paraId="48E609EB" w14:textId="77777777" w:rsidR="00817A65" w:rsidRPr="00EA52CA" w:rsidRDefault="00817A65" w:rsidP="00817A65">
      <w:pPr>
        <w:jc w:val="both"/>
        <w:rPr>
          <w:rFonts w:ascii="Arial Narrow" w:hAnsi="Arial Narrow" w:cs="Arial"/>
          <w:szCs w:val="24"/>
        </w:rPr>
      </w:pPr>
    </w:p>
    <w:p w14:paraId="3C176891" w14:textId="77777777" w:rsidR="00817A65" w:rsidRPr="00EA52CA" w:rsidRDefault="00817A65" w:rsidP="00817A65">
      <w:pPr>
        <w:tabs>
          <w:tab w:val="left" w:pos="-720"/>
        </w:tabs>
        <w:suppressAutoHyphens/>
        <w:rPr>
          <w:rFonts w:ascii="Arial Narrow" w:hAnsi="Arial Narrow"/>
          <w:i/>
          <w:spacing w:val="-3"/>
          <w:szCs w:val="24"/>
        </w:rPr>
      </w:pPr>
    </w:p>
    <w:p w14:paraId="6913679A" w14:textId="77777777" w:rsidR="00817A65" w:rsidRPr="00984564" w:rsidRDefault="00817A65" w:rsidP="00817A65">
      <w:pPr>
        <w:tabs>
          <w:tab w:val="left" w:pos="-720"/>
        </w:tabs>
        <w:suppressAutoHyphens/>
        <w:rPr>
          <w:rFonts w:ascii="Arial Narrow" w:hAnsi="Arial Narrow"/>
          <w:i/>
          <w:spacing w:val="-3"/>
          <w:sz w:val="18"/>
          <w:szCs w:val="18"/>
        </w:rPr>
      </w:pPr>
    </w:p>
    <w:p w14:paraId="287A727D" w14:textId="77777777" w:rsidR="00817A65" w:rsidRPr="00984564" w:rsidRDefault="00817A65" w:rsidP="00817A65">
      <w:pPr>
        <w:tabs>
          <w:tab w:val="left" w:pos="-720"/>
        </w:tabs>
        <w:suppressAutoHyphens/>
        <w:rPr>
          <w:rFonts w:ascii="Arial Narrow" w:hAnsi="Arial Narrow"/>
          <w:i/>
          <w:spacing w:val="-3"/>
          <w:sz w:val="22"/>
          <w:szCs w:val="22"/>
        </w:rPr>
      </w:pPr>
      <w:r w:rsidRPr="00984564">
        <w:rPr>
          <w:rFonts w:ascii="Arial Narrow" w:hAnsi="Arial Narrow"/>
          <w:i/>
          <w:spacing w:val="-3"/>
          <w:sz w:val="22"/>
          <w:szCs w:val="22"/>
        </w:rPr>
        <w:t xml:space="preserve">Predsjednik čita </w:t>
      </w:r>
      <w:r w:rsidRPr="00984564">
        <w:rPr>
          <w:rFonts w:ascii="Arial Narrow" w:hAnsi="Arial Narrow"/>
          <w:b/>
          <w:i/>
          <w:spacing w:val="-3"/>
          <w:sz w:val="22"/>
          <w:szCs w:val="22"/>
        </w:rPr>
        <w:t>obrazloženje</w:t>
      </w:r>
      <w:r w:rsidRPr="00984564">
        <w:rPr>
          <w:rFonts w:ascii="Arial Narrow" w:hAnsi="Arial Narrow"/>
          <w:i/>
          <w:spacing w:val="-3"/>
          <w:sz w:val="22"/>
          <w:szCs w:val="22"/>
        </w:rPr>
        <w:t xml:space="preserve"> ocjene obrane </w:t>
      </w:r>
      <w:proofErr w:type="spellStart"/>
      <w:r w:rsidRPr="00984564">
        <w:rPr>
          <w:rFonts w:ascii="Arial Narrow" w:hAnsi="Arial Narrow"/>
          <w:i/>
          <w:spacing w:val="-3"/>
          <w:sz w:val="22"/>
          <w:szCs w:val="22"/>
        </w:rPr>
        <w:t>licencijatskoga</w:t>
      </w:r>
      <w:proofErr w:type="spellEnd"/>
      <w:r w:rsidRPr="00984564">
        <w:rPr>
          <w:rFonts w:ascii="Arial Narrow" w:hAnsi="Arial Narrow"/>
          <w:i/>
          <w:spacing w:val="-3"/>
          <w:sz w:val="22"/>
          <w:szCs w:val="22"/>
        </w:rPr>
        <w:t xml:space="preserve"> rada:</w:t>
      </w:r>
    </w:p>
    <w:p w14:paraId="7C86DC54" w14:textId="77777777" w:rsidR="00817A65" w:rsidRPr="00984564" w:rsidRDefault="00817A65" w:rsidP="00817A65">
      <w:pPr>
        <w:pStyle w:val="Tijeloteksta"/>
        <w:rPr>
          <w:rFonts w:ascii="Arial Narrow" w:hAnsi="Arial Narrow"/>
          <w:i/>
          <w:sz w:val="12"/>
          <w:szCs w:val="12"/>
        </w:rPr>
      </w:pP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52"/>
      </w:tblGrid>
      <w:tr w:rsidR="00817A65" w:rsidRPr="00117088" w14:paraId="550D1C15" w14:textId="77777777" w:rsidTr="00B23F0B">
        <w:trPr>
          <w:trHeight w:hRule="exact" w:val="1048"/>
          <w:jc w:val="center"/>
        </w:trPr>
        <w:tc>
          <w:tcPr>
            <w:tcW w:w="9752" w:type="dxa"/>
            <w:shd w:val="clear" w:color="auto" w:fill="auto"/>
            <w:vAlign w:val="center"/>
          </w:tcPr>
          <w:p w14:paraId="57FE639F" w14:textId="77777777" w:rsidR="00817A65" w:rsidRDefault="00817A65" w:rsidP="00B23F0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5540A114" w14:textId="77777777" w:rsidR="00817A65" w:rsidRDefault="00817A65" w:rsidP="00B23F0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2B705FB2" w14:textId="77777777" w:rsidR="00817A65" w:rsidRDefault="00817A65" w:rsidP="00B23F0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11140AEE" w14:textId="77777777" w:rsidR="00817A65" w:rsidRDefault="00817A65" w:rsidP="00B23F0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48F40914" w14:textId="77777777" w:rsidR="00817A65" w:rsidRPr="00117088" w:rsidRDefault="00817A65" w:rsidP="00B23F0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</w:tbl>
    <w:p w14:paraId="12756800" w14:textId="77777777" w:rsidR="00817A65" w:rsidRPr="00EA52CA" w:rsidRDefault="00817A65" w:rsidP="00817A65">
      <w:pPr>
        <w:pStyle w:val="Tijeloteksta"/>
        <w:rPr>
          <w:rFonts w:ascii="Arial Narrow" w:hAnsi="Arial Narrow"/>
          <w:i/>
          <w:szCs w:val="24"/>
        </w:rPr>
      </w:pPr>
    </w:p>
    <w:p w14:paraId="3D2378DB" w14:textId="77777777" w:rsidR="00817A65" w:rsidRPr="005436FF" w:rsidRDefault="00817A65" w:rsidP="00817A65">
      <w:pPr>
        <w:rPr>
          <w:rFonts w:ascii="Arial Narrow" w:hAnsi="Arial Narrow" w:cs="Arial"/>
          <w:sz w:val="6"/>
          <w:szCs w:val="6"/>
        </w:rPr>
      </w:pPr>
    </w:p>
    <w:p w14:paraId="14E02D86" w14:textId="77777777" w:rsidR="00817A65" w:rsidRPr="00984564" w:rsidRDefault="00817A65" w:rsidP="00817A65">
      <w:pPr>
        <w:rPr>
          <w:rFonts w:ascii="Arial Narrow" w:hAnsi="Arial Narrow" w:cs="Arial"/>
          <w:b/>
          <w:sz w:val="22"/>
          <w:szCs w:val="22"/>
        </w:rPr>
      </w:pPr>
      <w:r w:rsidRPr="00984564">
        <w:rPr>
          <w:rFonts w:ascii="Arial Narrow" w:hAnsi="Arial Narrow" w:cs="Arial"/>
          <w:sz w:val="22"/>
          <w:szCs w:val="22"/>
        </w:rPr>
        <w:t>U Zagrebu,</w:t>
      </w:r>
      <w:bookmarkStart w:id="26" w:name="Text56"/>
      <w:r w:rsidRPr="00984564">
        <w:rPr>
          <w:rFonts w:ascii="Arial Narrow" w:hAnsi="Arial Narrow" w:cs="Arial"/>
          <w:sz w:val="22"/>
          <w:szCs w:val="22"/>
        </w:rPr>
        <w:fldChar w:fldCharType="begin">
          <w:ffData>
            <w:name w:val="Text56"/>
            <w:enabled/>
            <w:calcOnExit w:val="0"/>
            <w:textInput/>
          </w:ffData>
        </w:fldChar>
      </w:r>
      <w:r w:rsidRPr="00984564">
        <w:rPr>
          <w:rFonts w:ascii="Arial Narrow" w:hAnsi="Arial Narrow" w:cs="Arial"/>
          <w:sz w:val="22"/>
          <w:szCs w:val="22"/>
        </w:rPr>
        <w:instrText xml:space="preserve"> FORMTEXT </w:instrText>
      </w:r>
      <w:r w:rsidRPr="00984564">
        <w:rPr>
          <w:rFonts w:ascii="Arial Narrow" w:hAnsi="Arial Narrow" w:cs="Arial"/>
          <w:sz w:val="22"/>
          <w:szCs w:val="22"/>
        </w:rPr>
      </w:r>
      <w:r w:rsidRPr="00984564">
        <w:rPr>
          <w:rFonts w:ascii="Arial Narrow" w:hAnsi="Arial Narrow" w:cs="Arial"/>
          <w:sz w:val="22"/>
          <w:szCs w:val="22"/>
        </w:rPr>
        <w:fldChar w:fldCharType="separate"/>
      </w:r>
      <w:r w:rsidRPr="00984564">
        <w:rPr>
          <w:rFonts w:ascii="Arial Narrow" w:hAnsi="Arial Narrow" w:cs="Arial"/>
          <w:noProof/>
          <w:sz w:val="22"/>
          <w:szCs w:val="22"/>
        </w:rPr>
        <w:t> </w:t>
      </w:r>
      <w:r w:rsidRPr="00984564">
        <w:rPr>
          <w:rFonts w:ascii="Arial Narrow" w:hAnsi="Arial Narrow" w:cs="Arial"/>
          <w:noProof/>
          <w:sz w:val="22"/>
          <w:szCs w:val="22"/>
        </w:rPr>
        <w:t> </w:t>
      </w:r>
      <w:r w:rsidRPr="00984564">
        <w:rPr>
          <w:rFonts w:ascii="Arial Narrow" w:hAnsi="Arial Narrow" w:cs="Arial"/>
          <w:noProof/>
          <w:sz w:val="22"/>
          <w:szCs w:val="22"/>
        </w:rPr>
        <w:t> </w:t>
      </w:r>
      <w:r w:rsidRPr="00984564">
        <w:rPr>
          <w:rFonts w:ascii="Arial Narrow" w:hAnsi="Arial Narrow" w:cs="Arial"/>
          <w:noProof/>
          <w:sz w:val="22"/>
          <w:szCs w:val="22"/>
        </w:rPr>
        <w:t> </w:t>
      </w:r>
      <w:r w:rsidRPr="00984564">
        <w:rPr>
          <w:rFonts w:ascii="Arial Narrow" w:hAnsi="Arial Narrow" w:cs="Arial"/>
          <w:noProof/>
          <w:sz w:val="22"/>
          <w:szCs w:val="22"/>
        </w:rPr>
        <w:t> </w:t>
      </w:r>
      <w:r w:rsidRPr="00984564">
        <w:rPr>
          <w:rFonts w:ascii="Arial Narrow" w:hAnsi="Arial Narrow" w:cs="Arial"/>
          <w:sz w:val="22"/>
          <w:szCs w:val="22"/>
        </w:rPr>
        <w:fldChar w:fldCharType="end"/>
      </w:r>
      <w:bookmarkEnd w:id="26"/>
      <w:r w:rsidRPr="00984564">
        <w:rPr>
          <w:rFonts w:ascii="Arial Narrow" w:hAnsi="Arial Narrow" w:cs="Arial"/>
          <w:sz w:val="22"/>
          <w:szCs w:val="22"/>
        </w:rPr>
        <w:tab/>
      </w:r>
      <w:r w:rsidRPr="00984564">
        <w:rPr>
          <w:rFonts w:ascii="Arial Narrow" w:hAnsi="Arial Narrow" w:cs="Arial"/>
          <w:sz w:val="22"/>
          <w:szCs w:val="22"/>
        </w:rPr>
        <w:tab/>
      </w:r>
      <w:r w:rsidRPr="00984564">
        <w:rPr>
          <w:rFonts w:ascii="Arial Narrow" w:hAnsi="Arial Narrow" w:cs="Arial"/>
          <w:sz w:val="22"/>
          <w:szCs w:val="22"/>
        </w:rPr>
        <w:tab/>
      </w:r>
      <w:r w:rsidRPr="00984564">
        <w:rPr>
          <w:rFonts w:ascii="Arial Narrow" w:hAnsi="Arial Narrow" w:cs="Arial"/>
          <w:sz w:val="22"/>
          <w:szCs w:val="22"/>
        </w:rPr>
        <w:tab/>
      </w:r>
      <w:r w:rsidRPr="00984564">
        <w:rPr>
          <w:rFonts w:ascii="Arial Narrow" w:hAnsi="Arial Narrow" w:cs="Arial"/>
          <w:sz w:val="22"/>
          <w:szCs w:val="22"/>
        </w:rPr>
        <w:tab/>
      </w:r>
      <w:r w:rsidRPr="00984564">
        <w:rPr>
          <w:rFonts w:ascii="Arial Narrow" w:hAnsi="Arial Narrow" w:cs="Arial"/>
          <w:sz w:val="22"/>
          <w:szCs w:val="22"/>
        </w:rPr>
        <w:tab/>
      </w:r>
      <w:r w:rsidRPr="00984564">
        <w:rPr>
          <w:rFonts w:ascii="Arial Narrow" w:hAnsi="Arial Narrow" w:cs="Arial"/>
          <w:sz w:val="22"/>
          <w:szCs w:val="22"/>
        </w:rPr>
        <w:tab/>
      </w:r>
      <w:r w:rsidRPr="00984564">
        <w:rPr>
          <w:rFonts w:ascii="Arial Narrow" w:hAnsi="Arial Narrow" w:cs="Arial"/>
          <w:sz w:val="22"/>
          <w:szCs w:val="22"/>
        </w:rPr>
        <w:tab/>
      </w:r>
      <w:r w:rsidRPr="00984564">
        <w:rPr>
          <w:rFonts w:ascii="Arial Narrow" w:hAnsi="Arial Narrow" w:cs="Arial"/>
          <w:sz w:val="22"/>
          <w:szCs w:val="22"/>
        </w:rPr>
        <w:tab/>
      </w:r>
      <w:r w:rsidRPr="00984564">
        <w:rPr>
          <w:rFonts w:ascii="Arial Narrow" w:hAnsi="Arial Narrow" w:cs="Arial"/>
          <w:sz w:val="22"/>
          <w:szCs w:val="22"/>
        </w:rPr>
        <w:tab/>
      </w:r>
      <w:r w:rsidRPr="00984564">
        <w:rPr>
          <w:rFonts w:ascii="Arial Narrow" w:hAnsi="Arial Narrow" w:cs="Arial"/>
          <w:b/>
          <w:sz w:val="22"/>
          <w:szCs w:val="22"/>
        </w:rPr>
        <w:t>M.P.</w:t>
      </w:r>
    </w:p>
    <w:p w14:paraId="773F177D" w14:textId="77777777" w:rsidR="00817A65" w:rsidRPr="00984564" w:rsidRDefault="00817A65" w:rsidP="00817A65">
      <w:pPr>
        <w:rPr>
          <w:rFonts w:ascii="Arial Narrow" w:hAnsi="Arial Narrow" w:cs="Arial"/>
          <w:b/>
          <w:sz w:val="22"/>
          <w:szCs w:val="22"/>
        </w:rPr>
      </w:pPr>
    </w:p>
    <w:p w14:paraId="4A74FDE3" w14:textId="77777777" w:rsidR="00817A65" w:rsidRPr="00984564" w:rsidRDefault="00817A65" w:rsidP="00817A65">
      <w:pPr>
        <w:rPr>
          <w:rFonts w:ascii="Arial Narrow" w:hAnsi="Arial Narrow" w:cs="Arial"/>
          <w:b/>
          <w:sz w:val="22"/>
          <w:szCs w:val="22"/>
        </w:rPr>
      </w:pPr>
    </w:p>
    <w:p w14:paraId="053CC177" w14:textId="77777777" w:rsidR="00817A65" w:rsidRPr="00984564" w:rsidRDefault="00817A65" w:rsidP="00817A65">
      <w:pPr>
        <w:rPr>
          <w:rFonts w:ascii="Arial Narrow" w:hAnsi="Arial Narrow" w:cs="Arial"/>
          <w:b/>
          <w:sz w:val="18"/>
          <w:szCs w:val="18"/>
        </w:rPr>
      </w:pPr>
    </w:p>
    <w:p w14:paraId="06D69719" w14:textId="77777777" w:rsidR="00817A65" w:rsidRPr="00984564" w:rsidRDefault="00817A65" w:rsidP="00817A65">
      <w:pPr>
        <w:rPr>
          <w:rFonts w:ascii="Arial Narrow" w:hAnsi="Arial Narrow" w:cs="Arial"/>
          <w:sz w:val="22"/>
          <w:szCs w:val="22"/>
        </w:rPr>
      </w:pPr>
      <w:r w:rsidRPr="00984564">
        <w:rPr>
          <w:rFonts w:ascii="Arial Narrow" w:hAnsi="Arial Narrow" w:cs="Arial"/>
          <w:sz w:val="22"/>
          <w:szCs w:val="22"/>
        </w:rPr>
        <w:t>Potpisi članova Povjerenstva:</w:t>
      </w:r>
    </w:p>
    <w:p w14:paraId="716F5BA4" w14:textId="77777777" w:rsidR="00817A65" w:rsidRPr="005436FF" w:rsidRDefault="00817A65" w:rsidP="00817A65">
      <w:pPr>
        <w:rPr>
          <w:rFonts w:ascii="Arial Narrow" w:hAnsi="Arial Narrow" w:cs="Arial"/>
          <w:b/>
          <w:sz w:val="2"/>
          <w:szCs w:val="2"/>
        </w:rPr>
      </w:pPr>
    </w:p>
    <w:p w14:paraId="581BA04F" w14:textId="77777777" w:rsidR="00817A65" w:rsidRPr="00984564" w:rsidRDefault="00817A65" w:rsidP="00817A65">
      <w:pPr>
        <w:rPr>
          <w:rFonts w:ascii="Arial Narrow" w:hAnsi="Arial Narrow" w:cs="Arial"/>
          <w:b/>
          <w:sz w:val="8"/>
          <w:szCs w:val="8"/>
        </w:rPr>
      </w:pP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53"/>
        <w:gridCol w:w="3999"/>
        <w:gridCol w:w="4000"/>
      </w:tblGrid>
      <w:tr w:rsidR="00817A65" w:rsidRPr="00984564" w14:paraId="5FD02E7E" w14:textId="77777777" w:rsidTr="00B23F0B">
        <w:trPr>
          <w:trHeight w:val="454"/>
          <w:jc w:val="center"/>
        </w:trPr>
        <w:tc>
          <w:tcPr>
            <w:tcW w:w="1753" w:type="dxa"/>
            <w:vAlign w:val="center"/>
          </w:tcPr>
          <w:p w14:paraId="36E1C8BF" w14:textId="77777777" w:rsidR="00817A65" w:rsidRPr="00984564" w:rsidRDefault="00817A65" w:rsidP="00B23F0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984564">
              <w:rPr>
                <w:rFonts w:ascii="Arial Narrow" w:hAnsi="Arial Narrow" w:cs="Arial"/>
                <w:b/>
                <w:sz w:val="22"/>
                <w:szCs w:val="22"/>
              </w:rPr>
              <w:t>1. član</w:t>
            </w:r>
          </w:p>
        </w:tc>
        <w:tc>
          <w:tcPr>
            <w:tcW w:w="3999" w:type="dxa"/>
            <w:vAlign w:val="center"/>
          </w:tcPr>
          <w:p w14:paraId="0EDF1D42" w14:textId="77777777" w:rsidR="00817A65" w:rsidRPr="00984564" w:rsidRDefault="00817A65" w:rsidP="00B23F0B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titula, </w:t>
            </w:r>
            <w:r w:rsidRPr="00984564">
              <w:rPr>
                <w:rFonts w:ascii="Arial Narrow" w:hAnsi="Arial Narrow" w:cs="Arial"/>
                <w:sz w:val="22"/>
                <w:szCs w:val="22"/>
              </w:rPr>
              <w:t>ime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i</w:t>
            </w:r>
            <w:r w:rsidRPr="00984564">
              <w:rPr>
                <w:rFonts w:ascii="Arial Narrow" w:hAnsi="Arial Narrow" w:cs="Arial"/>
                <w:sz w:val="22"/>
                <w:szCs w:val="22"/>
              </w:rPr>
              <w:t xml:space="preserve"> prezime</w:t>
            </w:r>
          </w:p>
        </w:tc>
        <w:tc>
          <w:tcPr>
            <w:tcW w:w="4000" w:type="dxa"/>
            <w:vAlign w:val="center"/>
          </w:tcPr>
          <w:p w14:paraId="20722699" w14:textId="77777777" w:rsidR="00817A65" w:rsidRPr="00984564" w:rsidRDefault="00817A65" w:rsidP="00B23F0B">
            <w:pPr>
              <w:rPr>
                <w:rFonts w:ascii="Arial Narrow" w:hAnsi="Arial Narrow" w:cs="Arial"/>
                <w:sz w:val="22"/>
                <w:szCs w:val="22"/>
              </w:rPr>
            </w:pPr>
          </w:p>
          <w:p w14:paraId="563F8935" w14:textId="77777777" w:rsidR="00817A65" w:rsidRPr="00984564" w:rsidRDefault="00817A65" w:rsidP="00B23F0B">
            <w:pPr>
              <w:rPr>
                <w:rFonts w:ascii="Arial Narrow" w:hAnsi="Arial Narrow" w:cs="Arial"/>
                <w:sz w:val="22"/>
                <w:szCs w:val="22"/>
              </w:rPr>
            </w:pPr>
            <w:r w:rsidRPr="00984564">
              <w:rPr>
                <w:rFonts w:ascii="Arial Narrow" w:hAnsi="Arial Narrow" w:cs="Arial"/>
                <w:sz w:val="22"/>
                <w:szCs w:val="22"/>
              </w:rPr>
              <w:t>potpis</w:t>
            </w:r>
          </w:p>
          <w:p w14:paraId="5E7F96FC" w14:textId="77777777" w:rsidR="00817A65" w:rsidRPr="00984564" w:rsidRDefault="00817A65" w:rsidP="00B23F0B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817A65" w:rsidRPr="00984564" w14:paraId="55808C4D" w14:textId="77777777" w:rsidTr="00B23F0B">
        <w:trPr>
          <w:trHeight w:val="454"/>
          <w:jc w:val="center"/>
        </w:trPr>
        <w:tc>
          <w:tcPr>
            <w:tcW w:w="1753" w:type="dxa"/>
            <w:vAlign w:val="center"/>
          </w:tcPr>
          <w:p w14:paraId="509475A8" w14:textId="77777777" w:rsidR="00817A65" w:rsidRPr="00984564" w:rsidRDefault="00817A65" w:rsidP="00B23F0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984564">
              <w:rPr>
                <w:rFonts w:ascii="Arial Narrow" w:hAnsi="Arial Narrow" w:cs="Arial"/>
                <w:b/>
                <w:sz w:val="22"/>
                <w:szCs w:val="22"/>
              </w:rPr>
              <w:t>2. član</w:t>
            </w:r>
          </w:p>
        </w:tc>
        <w:tc>
          <w:tcPr>
            <w:tcW w:w="3999" w:type="dxa"/>
            <w:vAlign w:val="center"/>
          </w:tcPr>
          <w:p w14:paraId="6A729EB9" w14:textId="77777777" w:rsidR="00817A65" w:rsidRPr="00984564" w:rsidRDefault="00817A65" w:rsidP="00B23F0B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titula, </w:t>
            </w:r>
            <w:r w:rsidRPr="00984564">
              <w:rPr>
                <w:rFonts w:ascii="Arial Narrow" w:hAnsi="Arial Narrow" w:cs="Arial"/>
                <w:sz w:val="22"/>
                <w:szCs w:val="22"/>
              </w:rPr>
              <w:t xml:space="preserve">ime 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i </w:t>
            </w:r>
            <w:r w:rsidRPr="00984564">
              <w:rPr>
                <w:rFonts w:ascii="Arial Narrow" w:hAnsi="Arial Narrow" w:cs="Arial"/>
                <w:sz w:val="22"/>
                <w:szCs w:val="22"/>
              </w:rPr>
              <w:t>prezime</w:t>
            </w:r>
          </w:p>
        </w:tc>
        <w:tc>
          <w:tcPr>
            <w:tcW w:w="4000" w:type="dxa"/>
            <w:vAlign w:val="center"/>
          </w:tcPr>
          <w:p w14:paraId="4A40003D" w14:textId="77777777" w:rsidR="00817A65" w:rsidRPr="00984564" w:rsidRDefault="00817A65" w:rsidP="00B23F0B">
            <w:pPr>
              <w:rPr>
                <w:rFonts w:ascii="Arial Narrow" w:hAnsi="Arial Narrow" w:cs="Arial"/>
                <w:sz w:val="22"/>
                <w:szCs w:val="22"/>
              </w:rPr>
            </w:pPr>
          </w:p>
          <w:p w14:paraId="1456069E" w14:textId="77777777" w:rsidR="00817A65" w:rsidRPr="00984564" w:rsidRDefault="00817A65" w:rsidP="00B23F0B">
            <w:pPr>
              <w:rPr>
                <w:rFonts w:ascii="Arial Narrow" w:hAnsi="Arial Narrow" w:cs="Arial"/>
                <w:sz w:val="22"/>
                <w:szCs w:val="22"/>
              </w:rPr>
            </w:pPr>
            <w:r w:rsidRPr="00984564">
              <w:rPr>
                <w:rFonts w:ascii="Arial Narrow" w:hAnsi="Arial Narrow" w:cs="Arial"/>
                <w:sz w:val="22"/>
                <w:szCs w:val="22"/>
              </w:rPr>
              <w:t>potpis</w:t>
            </w:r>
          </w:p>
          <w:p w14:paraId="4348A8CD" w14:textId="77777777" w:rsidR="00817A65" w:rsidRPr="00984564" w:rsidRDefault="00817A65" w:rsidP="00B23F0B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817A65" w:rsidRPr="00984564" w14:paraId="062AC8A4" w14:textId="77777777" w:rsidTr="00B23F0B">
        <w:trPr>
          <w:trHeight w:val="476"/>
          <w:jc w:val="center"/>
        </w:trPr>
        <w:tc>
          <w:tcPr>
            <w:tcW w:w="1753" w:type="dxa"/>
            <w:vAlign w:val="center"/>
          </w:tcPr>
          <w:p w14:paraId="3F9338EB" w14:textId="77777777" w:rsidR="00817A65" w:rsidRPr="00984564" w:rsidRDefault="00817A65" w:rsidP="00B23F0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984564">
              <w:rPr>
                <w:rFonts w:ascii="Arial Narrow" w:hAnsi="Arial Narrow" w:cs="Arial"/>
                <w:b/>
                <w:sz w:val="22"/>
                <w:szCs w:val="22"/>
              </w:rPr>
              <w:t xml:space="preserve">Predsjednik </w:t>
            </w:r>
            <w:r w:rsidRPr="00A930EE">
              <w:rPr>
                <w:rFonts w:ascii="Arial Narrow" w:hAnsi="Arial Narrow" w:cs="Arial"/>
                <w:b/>
                <w:i/>
                <w:iCs/>
                <w:sz w:val="22"/>
                <w:szCs w:val="22"/>
              </w:rPr>
              <w:t>Povjerenstva</w:t>
            </w:r>
          </w:p>
        </w:tc>
        <w:tc>
          <w:tcPr>
            <w:tcW w:w="3999" w:type="dxa"/>
            <w:vAlign w:val="center"/>
          </w:tcPr>
          <w:p w14:paraId="0DFB6C23" w14:textId="77777777" w:rsidR="00817A65" w:rsidRPr="00984564" w:rsidRDefault="00817A65" w:rsidP="00B23F0B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titula, </w:t>
            </w:r>
            <w:r w:rsidRPr="00984564">
              <w:rPr>
                <w:rFonts w:ascii="Arial Narrow" w:hAnsi="Arial Narrow" w:cs="Arial"/>
                <w:sz w:val="22"/>
                <w:szCs w:val="22"/>
              </w:rPr>
              <w:t xml:space="preserve">ime 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i </w:t>
            </w:r>
            <w:r w:rsidRPr="00984564">
              <w:rPr>
                <w:rFonts w:ascii="Arial Narrow" w:hAnsi="Arial Narrow" w:cs="Arial"/>
                <w:sz w:val="22"/>
                <w:szCs w:val="22"/>
              </w:rPr>
              <w:t>prezime</w:t>
            </w:r>
          </w:p>
        </w:tc>
        <w:tc>
          <w:tcPr>
            <w:tcW w:w="4000" w:type="dxa"/>
            <w:vAlign w:val="center"/>
          </w:tcPr>
          <w:p w14:paraId="01702940" w14:textId="77777777" w:rsidR="00817A65" w:rsidRPr="00984564" w:rsidRDefault="00817A65" w:rsidP="00B23F0B">
            <w:pPr>
              <w:rPr>
                <w:rFonts w:ascii="Arial Narrow" w:hAnsi="Arial Narrow" w:cs="Arial"/>
                <w:sz w:val="22"/>
                <w:szCs w:val="22"/>
              </w:rPr>
            </w:pPr>
          </w:p>
          <w:p w14:paraId="46EB2802" w14:textId="77777777" w:rsidR="00817A65" w:rsidRPr="00984564" w:rsidRDefault="00817A65" w:rsidP="00B23F0B">
            <w:pPr>
              <w:rPr>
                <w:rFonts w:ascii="Arial Narrow" w:hAnsi="Arial Narrow" w:cs="Arial"/>
                <w:sz w:val="22"/>
                <w:szCs w:val="22"/>
              </w:rPr>
            </w:pPr>
            <w:r w:rsidRPr="00984564">
              <w:rPr>
                <w:rFonts w:ascii="Arial Narrow" w:hAnsi="Arial Narrow" w:cs="Arial"/>
                <w:sz w:val="22"/>
                <w:szCs w:val="22"/>
              </w:rPr>
              <w:t>potpis</w:t>
            </w:r>
          </w:p>
          <w:p w14:paraId="466AB190" w14:textId="77777777" w:rsidR="00817A65" w:rsidRPr="00984564" w:rsidRDefault="00817A65" w:rsidP="00B23F0B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</w:tr>
    </w:tbl>
    <w:p w14:paraId="7F2BB102" w14:textId="77777777" w:rsidR="00FC6C5F" w:rsidRDefault="00FC6C5F"/>
    <w:sectPr w:rsidR="00FC6C5F" w:rsidSect="00817A6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9" w:h="16834"/>
      <w:pgMar w:top="2602" w:right="1757" w:bottom="1656" w:left="1701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024FDF" w14:textId="77777777" w:rsidR="00620EC0" w:rsidRDefault="00620EC0">
      <w:r>
        <w:separator/>
      </w:r>
    </w:p>
  </w:endnote>
  <w:endnote w:type="continuationSeparator" w:id="0">
    <w:p w14:paraId="62376360" w14:textId="77777777" w:rsidR="00620EC0" w:rsidRDefault="00620E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792B1" w14:textId="77777777" w:rsidR="00C7370A" w:rsidRDefault="00C7370A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PODNOZJE_KBF"/>
      <w:tag w:val="PODNOZJE_KBF"/>
      <w:id w:val="1300100003"/>
      <w:lock w:val="sdtContentLocked"/>
      <w:group/>
    </w:sdtPr>
    <w:sdtContent>
      <w:p w14:paraId="2EE54F1C" w14:textId="77777777" w:rsidR="00F760FB" w:rsidRDefault="00116D48">
        <w:pPr>
          <w:pStyle w:val="Podnoje"/>
          <w:jc w:val="right"/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\* MERGEFORMAT </w:instrText>
        </w:r>
        <w:r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2</w:t>
        </w:r>
        <w:r>
          <w:rPr>
            <w:sz w:val="20"/>
            <w:szCs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2F3C7" w14:textId="77777777" w:rsidR="00C7370A" w:rsidRDefault="00C7370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61C4A6" w14:textId="77777777" w:rsidR="00620EC0" w:rsidRDefault="00620EC0">
      <w:r>
        <w:separator/>
      </w:r>
    </w:p>
  </w:footnote>
  <w:footnote w:type="continuationSeparator" w:id="0">
    <w:p w14:paraId="62F4B702" w14:textId="77777777" w:rsidR="00620EC0" w:rsidRDefault="00620E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494D8" w14:textId="77777777" w:rsidR="00C7370A" w:rsidRDefault="00C7370A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ZAGLAVLJE_KBF"/>
      <w:tag w:val="ZAGLAVLJE_KBF"/>
      <w:id w:val="1300100001"/>
      <w:lock w:val="sdtContentLocked"/>
      <w:group/>
    </w:sdtPr>
    <w:sdtContent>
      <w:p w14:paraId="5FA0AFF7" w14:textId="77777777" w:rsidR="00E56703" w:rsidRDefault="00000000">
        <w:pPr>
          <w:pStyle w:val="Zaglavlje"/>
          <w:spacing w:line="14" w:lineRule="exact"/>
        </w:pPr>
        <w:r>
          <w:rPr>
            <w:noProof/>
          </w:rPr>
          <w:drawing>
            <wp:anchor distT="0" distB="0" distL="0" distR="0" simplePos="0" relativeHeight="251650201" behindDoc="1" locked="1" layoutInCell="1" allowOverlap="1" wp14:anchorId="10192423" wp14:editId="2F8BFBB4">
              <wp:simplePos x="0" y="0"/>
              <wp:positionH relativeFrom="page">
                <wp:posOffset>722630</wp:posOffset>
              </wp:positionH>
              <wp:positionV relativeFrom="page">
                <wp:posOffset>680720</wp:posOffset>
              </wp:positionV>
              <wp:extent cx="506730" cy="511810"/>
              <wp:effectExtent l="0" t="0" r="0" b="0"/>
              <wp:wrapNone/>
              <wp:docPr id="175" name="Grb KBF mal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KBF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06730" cy="5118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202" behindDoc="1" locked="1" layoutInCell="1" allowOverlap="1" wp14:anchorId="2843E994" wp14:editId="5064ADA7">
              <wp:simplePos x="0" y="0"/>
              <wp:positionH relativeFrom="page">
                <wp:posOffset>1366520</wp:posOffset>
              </wp:positionH>
              <wp:positionV relativeFrom="page">
                <wp:posOffset>680720</wp:posOffset>
              </wp:positionV>
              <wp:extent cx="506730" cy="502920"/>
              <wp:effectExtent l="0" t="0" r="0" b="0"/>
              <wp:wrapNone/>
              <wp:docPr id="176" name="Grb Sveucilista mal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UniZg"/>
                      <pic:cNvPicPr/>
                    </pic:nvPicPr>
                    <pic:blipFill>
                      <a:blip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06730" cy="5029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ZAGLAVLJE_KBF_PRVA"/>
      <w:tag w:val="ZAGLAVLJE_KBF_PRVA"/>
      <w:id w:val="1300100002"/>
      <w:lock w:val="sdtContentLocked"/>
      <w:group/>
    </w:sdtPr>
    <w:sdtContent>
      <w:p w14:paraId="071F7F5C" w14:textId="77777777" w:rsidR="00E56703" w:rsidRDefault="00000000">
        <w:pPr>
          <w:pStyle w:val="Zaglavlje"/>
          <w:spacing w:line="14" w:lineRule="exact"/>
        </w:pPr>
        <w:r>
          <w:rPr>
            <w:noProof/>
          </w:rPr>
          <w:drawing>
            <wp:anchor distT="0" distB="0" distL="0" distR="0" simplePos="0" relativeHeight="251650101" behindDoc="1" locked="1" layoutInCell="1" allowOverlap="1" wp14:anchorId="4166C62C" wp14:editId="1ECD4C0B">
              <wp:simplePos x="0" y="0"/>
              <wp:positionH relativeFrom="page">
                <wp:posOffset>393065</wp:posOffset>
              </wp:positionH>
              <wp:positionV relativeFrom="page">
                <wp:posOffset>667258</wp:posOffset>
              </wp:positionV>
              <wp:extent cx="845439" cy="808863"/>
              <wp:effectExtent l="0" t="0" r="0" b="0"/>
              <wp:wrapNone/>
              <wp:docPr id="177" name="Grb KBF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KBF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45439" cy="808863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2" behindDoc="1" locked="1" layoutInCell="1" allowOverlap="1" wp14:anchorId="44EB1577" wp14:editId="09A35D69">
              <wp:simplePos x="0" y="0"/>
              <wp:positionH relativeFrom="page">
                <wp:posOffset>6137910</wp:posOffset>
              </wp:positionH>
              <wp:positionV relativeFrom="page">
                <wp:posOffset>667258</wp:posOffset>
              </wp:positionV>
              <wp:extent cx="786130" cy="776859"/>
              <wp:effectExtent l="0" t="0" r="0" b="0"/>
              <wp:wrapNone/>
              <wp:docPr id="178" name="Grb Sveucilista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UniZg"/>
                      <pic:cNvPicPr/>
                    </pic:nvPicPr>
                    <pic:blipFill>
                      <a:blip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86130" cy="77685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3" behindDoc="1" locked="1" layoutInCell="1" allowOverlap="1" wp14:anchorId="5B433D31" wp14:editId="3D8F558C">
              <wp:simplePos x="0" y="0"/>
              <wp:positionH relativeFrom="page">
                <wp:posOffset>1320800</wp:posOffset>
              </wp:positionH>
              <wp:positionV relativeFrom="page">
                <wp:posOffset>787400</wp:posOffset>
              </wp:positionV>
              <wp:extent cx="4140200" cy="431800"/>
              <wp:effectExtent l="0" t="0" r="0" b="0"/>
              <wp:wrapNone/>
              <wp:docPr id="179" name="Naziv ustanove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Naziv ustanove"/>
                      <pic:cNvPicPr/>
                    </pic:nvPicPr>
                    <pic:blipFill>
                      <a:blip r:embed="rId3">
                        <a:extLst>
                          <a:ext uri="{96DAC541-7B7A-43D3-8B79-37D633B846F1}">
                            <asvg:svgBlip xmlns:asvg="http://schemas.microsoft.com/office/drawing/2016/SVG/main" r:embed="rId4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40200" cy="431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4" behindDoc="1" locked="1" layoutInCell="1" allowOverlap="1" wp14:anchorId="3ED1A00B" wp14:editId="0AF5AB14">
              <wp:simplePos x="0" y="0"/>
              <wp:positionH relativeFrom="page">
                <wp:posOffset>1257300</wp:posOffset>
              </wp:positionH>
              <wp:positionV relativeFrom="page">
                <wp:posOffset>9601200</wp:posOffset>
              </wp:positionV>
              <wp:extent cx="2946400" cy="685800"/>
              <wp:effectExtent l="0" t="0" r="0" b="0"/>
              <wp:wrapNone/>
              <wp:docPr id="180" name="Kontakt podac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Kontakt podaci"/>
                      <pic:cNvPicPr/>
                    </pic:nvPicPr>
                    <pic:blipFill>
                      <a:blip r:embed="rId5">
                        <a:extLst>
                          <a:ext uri="{96DAC541-7B7A-43D3-8B79-37D633B846F1}">
                            <asvg:svgBlip xmlns:asvg="http://schemas.microsoft.com/office/drawing/2016/SVG/main" r:embed="rId6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46400" cy="685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71228108">
    <w:abstractNumId w:val="8"/>
  </w:num>
  <w:num w:numId="2" w16cid:durableId="1215965629">
    <w:abstractNumId w:val="6"/>
  </w:num>
  <w:num w:numId="3" w16cid:durableId="2053067883">
    <w:abstractNumId w:val="5"/>
  </w:num>
  <w:num w:numId="4" w16cid:durableId="1122572514">
    <w:abstractNumId w:val="4"/>
  </w:num>
  <w:num w:numId="5" w16cid:durableId="833028119">
    <w:abstractNumId w:val="7"/>
  </w:num>
  <w:num w:numId="6" w16cid:durableId="58524328">
    <w:abstractNumId w:val="3"/>
  </w:num>
  <w:num w:numId="7" w16cid:durableId="744647256">
    <w:abstractNumId w:val="2"/>
  </w:num>
  <w:num w:numId="8" w16cid:durableId="1078284997">
    <w:abstractNumId w:val="1"/>
  </w:num>
  <w:num w:numId="9" w16cid:durableId="1784688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7EC"/>
    <w:rsid w:val="000326ED"/>
    <w:rsid w:val="00034616"/>
    <w:rsid w:val="0006063C"/>
    <w:rsid w:val="00063C97"/>
    <w:rsid w:val="00116D48"/>
    <w:rsid w:val="0015074B"/>
    <w:rsid w:val="001766A1"/>
    <w:rsid w:val="001D051A"/>
    <w:rsid w:val="001F4A02"/>
    <w:rsid w:val="0029639D"/>
    <w:rsid w:val="00326F90"/>
    <w:rsid w:val="00376C4A"/>
    <w:rsid w:val="0041107A"/>
    <w:rsid w:val="005277EC"/>
    <w:rsid w:val="00620EC0"/>
    <w:rsid w:val="006378EB"/>
    <w:rsid w:val="006D564B"/>
    <w:rsid w:val="007A1388"/>
    <w:rsid w:val="008045D0"/>
    <w:rsid w:val="008104E2"/>
    <w:rsid w:val="00813F2A"/>
    <w:rsid w:val="00817A65"/>
    <w:rsid w:val="0082595E"/>
    <w:rsid w:val="0084644A"/>
    <w:rsid w:val="00956011"/>
    <w:rsid w:val="00A0668E"/>
    <w:rsid w:val="00AA1D8D"/>
    <w:rsid w:val="00AE3E35"/>
    <w:rsid w:val="00B47730"/>
    <w:rsid w:val="00C7370A"/>
    <w:rsid w:val="00C827FD"/>
    <w:rsid w:val="00CB0664"/>
    <w:rsid w:val="00DE42E4"/>
    <w:rsid w:val="00E56703"/>
    <w:rsid w:val="00F051F3"/>
    <w:rsid w:val="00F760FB"/>
    <w:rsid w:val="00FC693F"/>
    <w:rsid w:val="00FC6C5F"/>
    <w:rsid w:val="00FD3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9C157F"/>
  <w14:defaultImageDpi w14:val="300"/>
  <w15:docId w15:val="{592C673F-428D-4269-A9C5-8FA6FF0E4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7A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line="252" w:lineRule="auto"/>
      <w:outlineLvl w:val="0"/>
    </w:pPr>
    <w:rPr>
      <w:rFonts w:ascii="Cambria" w:eastAsia="Cambria" w:hAnsi="Cambria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line="252" w:lineRule="auto"/>
      <w:outlineLvl w:val="1"/>
    </w:pPr>
    <w:rPr>
      <w:rFonts w:ascii="Cambria" w:eastAsia="Cambria" w:hAnsi="Cambria" w:cstheme="majorBidi"/>
      <w:b/>
      <w:bCs/>
      <w:color w:val="4F81BD" w:themeColor="accent1"/>
      <w:sz w:val="26"/>
      <w:szCs w:val="26"/>
      <w:lang w:eastAsia="en-US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line="252" w:lineRule="auto"/>
      <w:outlineLvl w:val="2"/>
    </w:pPr>
    <w:rPr>
      <w:rFonts w:ascii="Cambria" w:eastAsia="Cambria" w:hAnsi="Cambria" w:cstheme="majorBidi"/>
      <w:b/>
      <w:bCs/>
      <w:color w:val="4F81BD" w:themeColor="accent1"/>
      <w:sz w:val="25"/>
      <w:szCs w:val="22"/>
      <w:lang w:eastAsia="en-US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line="252" w:lineRule="auto"/>
      <w:outlineLvl w:val="3"/>
    </w:pPr>
    <w:rPr>
      <w:rFonts w:ascii="Cambria" w:eastAsia="Cambria" w:hAnsi="Cambria" w:cstheme="majorBidi"/>
      <w:b/>
      <w:bCs/>
      <w:color w:val="4F81BD" w:themeColor="accent1"/>
      <w:sz w:val="25"/>
      <w:szCs w:val="22"/>
      <w:lang w:eastAsia="en-US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line="252" w:lineRule="auto"/>
      <w:outlineLvl w:val="4"/>
    </w:pPr>
    <w:rPr>
      <w:rFonts w:ascii="Cambria" w:eastAsia="Cambria" w:hAnsi="Cambria" w:cstheme="majorBidi"/>
      <w:color w:val="243F60" w:themeColor="accent1" w:themeShade="7F"/>
      <w:sz w:val="25"/>
      <w:szCs w:val="22"/>
      <w:lang w:eastAsia="en-US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line="252" w:lineRule="auto"/>
      <w:outlineLvl w:val="5"/>
    </w:pPr>
    <w:rPr>
      <w:rFonts w:ascii="Cambria" w:eastAsia="Cambria" w:hAnsi="Cambria" w:cstheme="majorBidi"/>
      <w:color w:val="243F60" w:themeColor="accent1" w:themeShade="7F"/>
      <w:sz w:val="25"/>
      <w:szCs w:val="22"/>
      <w:lang w:eastAsia="en-US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line="252" w:lineRule="auto"/>
      <w:outlineLvl w:val="6"/>
    </w:pPr>
    <w:rPr>
      <w:rFonts w:ascii="Cambria" w:eastAsia="Cambria" w:hAnsi="Cambria" w:cstheme="majorBidi"/>
      <w:color w:val="404040" w:themeColor="text1" w:themeTint="BF"/>
      <w:sz w:val="25"/>
      <w:szCs w:val="22"/>
      <w:lang w:eastAsia="en-US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line="252" w:lineRule="auto"/>
      <w:outlineLvl w:val="7"/>
    </w:pPr>
    <w:rPr>
      <w:rFonts w:ascii="Cambria" w:eastAsia="Cambria" w:hAnsi="Cambria" w:cstheme="majorBidi"/>
      <w:color w:val="4F81BD" w:themeColor="accent1"/>
      <w:lang w:eastAsia="en-US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line="252" w:lineRule="auto"/>
      <w:outlineLvl w:val="8"/>
    </w:pPr>
    <w:rPr>
      <w:rFonts w:ascii="Cambria" w:eastAsia="Cambria" w:hAnsi="Cambria" w:cstheme="majorBidi"/>
      <w:color w:val="404040" w:themeColor="text1" w:themeTint="BF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="Cambria" w:eastAsia="Cambria" w:hAnsi="Cambria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="Cambria" w:eastAsia="Cambria" w:hAnsi="Cambria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="Cambria" w:eastAsia="Cambria" w:hAnsi="Cambria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="Cambria" w:eastAsia="Cambria" w:hAnsi="Cambria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="Cambria" w:eastAsia="Cambria" w:hAnsi="Cambria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  <w:spacing w:line="252" w:lineRule="auto"/>
    </w:pPr>
    <w:rPr>
      <w:rFonts w:ascii="Cambria" w:eastAsia="Cambria" w:hAnsi="Cambria" w:cstheme="majorBidi"/>
      <w:color w:val="4F81BD" w:themeColor="accent1"/>
      <w:spacing w:val="15"/>
      <w:sz w:val="24"/>
      <w:szCs w:val="24"/>
      <w:lang w:eastAsia="en-US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="Cambria" w:eastAsia="Cambria" w:hAnsi="Cambria" w:cstheme="majorBidi"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spacing w:line="252" w:lineRule="auto"/>
      <w:ind w:left="72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 w:line="252" w:lineRule="auto"/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 w:line="252" w:lineRule="auto"/>
    </w:pPr>
    <w:rPr>
      <w:rFonts w:ascii="Cambria" w:eastAsia="Cambria" w:hAnsi="Cambria" w:cs="Cambria"/>
      <w:sz w:val="16"/>
      <w:szCs w:val="16"/>
      <w:lang w:eastAsia="en-US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spacing w:line="252" w:lineRule="auto"/>
      <w:ind w:left="36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Popis2">
    <w:name w:val="List 2"/>
    <w:basedOn w:val="Normal"/>
    <w:uiPriority w:val="99"/>
    <w:unhideWhenUsed/>
    <w:rsid w:val="00326F90"/>
    <w:pPr>
      <w:spacing w:line="252" w:lineRule="auto"/>
      <w:ind w:left="72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Popis3">
    <w:name w:val="List 3"/>
    <w:basedOn w:val="Normal"/>
    <w:uiPriority w:val="99"/>
    <w:unhideWhenUsed/>
    <w:rsid w:val="00326F90"/>
    <w:pPr>
      <w:spacing w:line="252" w:lineRule="auto"/>
      <w:ind w:left="108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">
    <w:name w:val="List Continue"/>
    <w:basedOn w:val="Normal"/>
    <w:uiPriority w:val="99"/>
    <w:unhideWhenUsed/>
    <w:rsid w:val="0029639D"/>
    <w:pPr>
      <w:spacing w:after="120" w:line="252" w:lineRule="auto"/>
      <w:ind w:left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2">
    <w:name w:val="List Continue 2"/>
    <w:basedOn w:val="Normal"/>
    <w:uiPriority w:val="99"/>
    <w:unhideWhenUsed/>
    <w:rsid w:val="0029639D"/>
    <w:pPr>
      <w:spacing w:after="120" w:line="252" w:lineRule="auto"/>
      <w:ind w:left="72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3">
    <w:name w:val="List Continue 3"/>
    <w:basedOn w:val="Normal"/>
    <w:uiPriority w:val="99"/>
    <w:unhideWhenUsed/>
    <w:rsid w:val="0029639D"/>
    <w:pPr>
      <w:spacing w:after="120" w:line="252" w:lineRule="auto"/>
      <w:ind w:left="108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cs="Cambria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ambria" w:eastAsia="Cambria" w:hAnsi="Cambria" w:cs="Cambria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pPr>
      <w:spacing w:line="252" w:lineRule="auto"/>
    </w:pPr>
    <w:rPr>
      <w:rFonts w:ascii="Cambria" w:eastAsia="Cambria" w:hAnsi="Cambria" w:cs="Cambria"/>
      <w:color w:val="000000" w:themeColor="text1"/>
      <w:sz w:val="25"/>
      <w:szCs w:val="22"/>
      <w:lang w:eastAsia="en-US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="Cambria" w:eastAsia="Cambria" w:hAnsi="Cambria" w:cstheme="majorBidi"/>
      <w:b/>
      <w:b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="Cambria" w:eastAsia="Cambria" w:hAnsi="Cambria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="Cambria" w:eastAsia="Cambria" w:hAnsi="Cambria" w:cstheme="majorBidi"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="Cambria" w:eastAsia="Cambria" w:hAnsi="Cambria" w:cstheme="majorBidi"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="Cambria" w:eastAsia="Cambria" w:hAnsi="Cambria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="Cambria" w:eastAsia="Cambria" w:hAnsi="Cambria" w:cstheme="majorBidi"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rPr>
      <w:rFonts w:ascii="Cambria" w:eastAsia="Cambria" w:hAnsi="Cambria" w:cs="Cambria"/>
      <w:b/>
      <w:bCs/>
      <w:color w:val="4F81BD" w:themeColor="accent1"/>
      <w:sz w:val="18"/>
      <w:szCs w:val="18"/>
      <w:lang w:eastAsia="en-US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 w:line="252" w:lineRule="auto"/>
      <w:ind w:left="936" w:right="936"/>
    </w:pPr>
    <w:rPr>
      <w:rFonts w:ascii="Cambria" w:eastAsia="Cambria" w:hAnsi="Cambria" w:cs="Cambria"/>
      <w:b/>
      <w:bCs/>
      <w:color w:val="4F81BD" w:themeColor="accent1"/>
      <w:sz w:val="25"/>
      <w:szCs w:val="22"/>
      <w:lang w:eastAsia="en-US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FormPlaceholder">
    <w:name w:val="FormPlaceholder"/>
    <w:rPr>
      <w:rFonts w:ascii="Cambria" w:eastAsia="Cambria" w:hAnsi="Cambria" w:cs="Cambria"/>
      <w:color w:val="000000"/>
      <w:sz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svg"/><Relationship Id="rId5" Type="http://schemas.openxmlformats.org/officeDocument/2006/relationships/image" Target="media/image5.png"/><Relationship Id="rId4" Type="http://schemas.openxmlformats.org/officeDocument/2006/relationships/image" Target="media/image4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keresa\OneDrive%20-%20kbf.hr\Desktop\Obrasci%20s%20weba\KBF_memorandum_2026_praza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e3d9cf-1858-4d2b-9a76-b668d86adea0" xsi:nil="true"/>
    <lcf76f155ced4ddcb4097134ff3c332f xmlns="64e87b53-eeb6-4f1b-b64a-a71184714749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F083A5185567B4A874F4F27B5EA56D5" ma:contentTypeVersion="12" ma:contentTypeDescription="Stvaranje novog dokumenta." ma:contentTypeScope="" ma:versionID="cedfdd96a32077881b56ee199935921e">
  <xsd:schema xmlns:xsd="http://www.w3.org/2001/XMLSchema" xmlns:xs="http://www.w3.org/2001/XMLSchema" xmlns:p="http://schemas.microsoft.com/office/2006/metadata/properties" xmlns:ns2="64e87b53-eeb6-4f1b-b64a-a71184714749" xmlns:ns3="79e3d9cf-1858-4d2b-9a76-b668d86adea0" targetNamespace="http://schemas.microsoft.com/office/2006/metadata/properties" ma:root="true" ma:fieldsID="f1a5eb45ea3083b3f9c47499ead34531" ns2:_="" ns3:_="">
    <xsd:import namespace="64e87b53-eeb6-4f1b-b64a-a71184714749"/>
    <xsd:import namespace="79e3d9cf-1858-4d2b-9a76-b668d86ade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e87b53-eeb6-4f1b-b64a-a711847147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Oznake slika" ma:readOnly="false" ma:fieldId="{5cf76f15-5ced-4ddc-b409-7134ff3c332f}" ma:taxonomyMulti="true" ma:sspId="d02825fa-fad5-47e3-87b0-561ed47aac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e3d9cf-1858-4d2b-9a76-b668d86adea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61984ff-0189-47c4-bff6-293c7e96a393}" ma:internalName="TaxCatchAll" ma:showField="CatchAllData" ma:web="79e3d9cf-1858-4d2b-9a76-b668d86ade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3C729C-6894-4327-B6EF-766FEAB5217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BFDB6F-F43A-461A-9C0D-A8A35BB94905}">
  <ds:schemaRefs>
    <ds:schemaRef ds:uri="http://schemas.microsoft.com/office/2006/metadata/properties"/>
    <ds:schemaRef ds:uri="http://schemas.microsoft.com/office/infopath/2007/PartnerControls"/>
    <ds:schemaRef ds:uri="79e3d9cf-1858-4d2b-9a76-b668d86adea0"/>
    <ds:schemaRef ds:uri="64e87b53-eeb6-4f1b-b64a-a71184714749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9498C00-2CB1-4FEA-B219-2CA64A7C55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e87b53-eeb6-4f1b-b64a-a71184714749"/>
    <ds:schemaRef ds:uri="79e3d9cf-1858-4d2b-9a76-b668d86ade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KBF_memorandum_2026_prazan.dotx</Template>
  <TotalTime>20</TotalTime>
  <Pages>4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KBF memorandum – prazan</dc:title>
  <dc:subject/>
  <dc:creator>Maja MK. Keresa</dc:creator>
  <cp:keywords/>
  <dc:description>generated by python-docx</dc:description>
  <cp:lastModifiedBy>Maja Kereša</cp:lastModifiedBy>
  <cp:revision>6</cp:revision>
  <dcterms:created xsi:type="dcterms:W3CDTF">2026-09-17T13:49:00Z</dcterms:created>
  <dcterms:modified xsi:type="dcterms:W3CDTF">2026-09-18T11:31:00Z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0x0101003F083A5185567B4A874F4F27B5EA56D5</vt:lpwstr>
  </property>
  <property fmtid="{D5CDD505-2E9C-101B-9397-08002B2CF9AE}" pid="3" name="MediaServiceImageTags">
    <vt:lpwstr/>
  </property>
</Properties>
</file>