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49"/>
        <w:gridCol w:w="70"/>
        <w:gridCol w:w="1279"/>
        <w:gridCol w:w="2608"/>
        <w:gridCol w:w="2117"/>
        <w:gridCol w:w="2501"/>
      </w:tblGrid>
      <w:tr w:rsidR="00976635" w:rsidRPr="00874F82" w14:paraId="134B628E" w14:textId="77777777" w:rsidTr="00976635">
        <w:trPr>
          <w:trHeight w:hRule="exact" w:val="292"/>
          <w:jc w:val="center"/>
        </w:trPr>
        <w:tc>
          <w:tcPr>
            <w:tcW w:w="9924" w:type="dxa"/>
            <w:gridSpan w:val="6"/>
            <w:shd w:val="clear" w:color="auto" w:fill="BFBFBF"/>
            <w:vAlign w:val="center"/>
          </w:tcPr>
          <w:p w14:paraId="51B120FD" w14:textId="77777777" w:rsidR="00976635" w:rsidRPr="00874F82" w:rsidRDefault="00976635" w:rsidP="00765466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 xml:space="preserve">LIC.SC.-06 – </w:t>
            </w:r>
            <w:r w:rsidRPr="00874F82">
              <w:rPr>
                <w:rFonts w:ascii="Cambria" w:hAnsi="Cambria" w:cs="Arial"/>
                <w:b/>
                <w:sz w:val="22"/>
                <w:szCs w:val="22"/>
              </w:rPr>
              <w:t>ZAHTJEV ZA PROMJENU TEM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E I/</w:t>
            </w:r>
            <w:r w:rsidRPr="00874F82">
              <w:rPr>
                <w:rFonts w:ascii="Cambria" w:hAnsi="Cambria" w:cs="Arial"/>
                <w:b/>
                <w:sz w:val="22"/>
                <w:szCs w:val="22"/>
              </w:rPr>
              <w:t xml:space="preserve"> ILI MENTORA</w:t>
            </w:r>
          </w:p>
        </w:tc>
      </w:tr>
      <w:tr w:rsidR="00976635" w:rsidRPr="00874F82" w14:paraId="6C84005F" w14:textId="77777777" w:rsidTr="00976635">
        <w:trPr>
          <w:trHeight w:hRule="exact" w:val="300"/>
          <w:jc w:val="center"/>
        </w:trPr>
        <w:tc>
          <w:tcPr>
            <w:tcW w:w="9924" w:type="dxa"/>
            <w:gridSpan w:val="6"/>
            <w:shd w:val="clear" w:color="auto" w:fill="FFFFFF"/>
            <w:vAlign w:val="center"/>
          </w:tcPr>
          <w:p w14:paraId="4E10907E" w14:textId="77777777" w:rsidR="00976635" w:rsidRPr="0005465B" w:rsidRDefault="00976635" w:rsidP="00765466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976635" w:rsidRPr="00874F82" w14:paraId="23F5888C" w14:textId="77777777" w:rsidTr="00765466">
        <w:trPr>
          <w:trHeight w:hRule="exact" w:val="431"/>
          <w:jc w:val="center"/>
        </w:trPr>
        <w:tc>
          <w:tcPr>
            <w:tcW w:w="9924" w:type="dxa"/>
            <w:gridSpan w:val="6"/>
            <w:shd w:val="clear" w:color="auto" w:fill="BFBFBF"/>
            <w:vAlign w:val="center"/>
          </w:tcPr>
          <w:p w14:paraId="1F0F2B1C" w14:textId="77777777" w:rsidR="00976635" w:rsidRPr="00874F82" w:rsidRDefault="00976635" w:rsidP="00765466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>OPĆI PODA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T</w:t>
            </w:r>
            <w:r w:rsidRPr="00874F82">
              <w:rPr>
                <w:rFonts w:ascii="Cambria" w:hAnsi="Cambria" w:cs="Arial"/>
                <w:b/>
                <w:sz w:val="22"/>
                <w:szCs w:val="22"/>
              </w:rPr>
              <w:t>CI I KONTAKT PRISTUPNIKA/PRISTUPNICE</w:t>
            </w:r>
          </w:p>
        </w:tc>
      </w:tr>
      <w:tr w:rsidR="00976635" w:rsidRPr="00874F82" w14:paraId="21ECCD63" w14:textId="77777777" w:rsidTr="00765466">
        <w:trPr>
          <w:trHeight w:val="454"/>
          <w:jc w:val="center"/>
        </w:trPr>
        <w:tc>
          <w:tcPr>
            <w:tcW w:w="2698" w:type="dxa"/>
            <w:gridSpan w:val="3"/>
            <w:shd w:val="clear" w:color="auto" w:fill="BFBFBF"/>
            <w:vAlign w:val="center"/>
          </w:tcPr>
          <w:p w14:paraId="1D841F41" w14:textId="77777777" w:rsidR="00976635" w:rsidRPr="00EF05C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>Ime i prezime pristupnika/pristupnice</w:t>
            </w:r>
          </w:p>
        </w:tc>
        <w:tc>
          <w:tcPr>
            <w:tcW w:w="7226" w:type="dxa"/>
            <w:gridSpan w:val="3"/>
            <w:vAlign w:val="center"/>
          </w:tcPr>
          <w:p w14:paraId="70AFC386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  <w:r w:rsidRPr="00874F82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874F82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874F82">
              <w:rPr>
                <w:rFonts w:ascii="Cambria" w:hAnsi="Cambria" w:cs="Arial"/>
                <w:sz w:val="22"/>
                <w:szCs w:val="22"/>
              </w:rPr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end"/>
            </w:r>
            <w:bookmarkEnd w:id="0"/>
          </w:p>
        </w:tc>
      </w:tr>
      <w:tr w:rsidR="00976635" w:rsidRPr="00874F82" w14:paraId="5D08E47D" w14:textId="77777777" w:rsidTr="00765466">
        <w:trPr>
          <w:trHeight w:val="454"/>
          <w:jc w:val="center"/>
        </w:trPr>
        <w:tc>
          <w:tcPr>
            <w:tcW w:w="2698" w:type="dxa"/>
            <w:gridSpan w:val="3"/>
            <w:shd w:val="clear" w:color="auto" w:fill="BFBFBF"/>
            <w:vAlign w:val="center"/>
          </w:tcPr>
          <w:p w14:paraId="14902369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>Matični broj pristupnika/pristupnice</w:t>
            </w:r>
          </w:p>
        </w:tc>
        <w:tc>
          <w:tcPr>
            <w:tcW w:w="7226" w:type="dxa"/>
            <w:gridSpan w:val="3"/>
            <w:vAlign w:val="center"/>
          </w:tcPr>
          <w:p w14:paraId="78AB41D1" w14:textId="77777777" w:rsidR="00976635" w:rsidRPr="00874F82" w:rsidRDefault="00976635" w:rsidP="0076546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874F82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74F82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874F82">
              <w:rPr>
                <w:rFonts w:ascii="Cambria" w:hAnsi="Cambria" w:cs="Arial"/>
                <w:sz w:val="22"/>
                <w:szCs w:val="22"/>
              </w:rPr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</w:tr>
      <w:tr w:rsidR="00976635" w:rsidRPr="00874F82" w14:paraId="0F8AA973" w14:textId="77777777" w:rsidTr="00765466">
        <w:trPr>
          <w:trHeight w:val="454"/>
          <w:jc w:val="center"/>
        </w:trPr>
        <w:tc>
          <w:tcPr>
            <w:tcW w:w="1419" w:type="dxa"/>
            <w:gridSpan w:val="2"/>
            <w:vMerge w:val="restart"/>
            <w:shd w:val="clear" w:color="auto" w:fill="BFBFBF"/>
            <w:vAlign w:val="center"/>
          </w:tcPr>
          <w:p w14:paraId="3932691A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>Naslov teme:</w:t>
            </w:r>
          </w:p>
        </w:tc>
        <w:tc>
          <w:tcPr>
            <w:tcW w:w="1279" w:type="dxa"/>
            <w:shd w:val="clear" w:color="auto" w:fill="BFBFBF"/>
            <w:vAlign w:val="center"/>
          </w:tcPr>
          <w:p w14:paraId="5DF6CE2E" w14:textId="77777777" w:rsidR="00976635" w:rsidRPr="00874F82" w:rsidRDefault="00976635" w:rsidP="00765466">
            <w:pPr>
              <w:jc w:val="both"/>
              <w:rPr>
                <w:rFonts w:ascii="Cambria" w:hAnsi="Cambria" w:cs="Arial"/>
                <w:i/>
                <w:sz w:val="22"/>
                <w:szCs w:val="22"/>
              </w:rPr>
            </w:pPr>
            <w:r w:rsidRPr="00874F82">
              <w:rPr>
                <w:rFonts w:ascii="Cambria" w:hAnsi="Cambria" w:cs="Arial"/>
                <w:i/>
                <w:sz w:val="22"/>
                <w:szCs w:val="22"/>
              </w:rPr>
              <w:t>Hrvatski</w:t>
            </w:r>
          </w:p>
        </w:tc>
        <w:tc>
          <w:tcPr>
            <w:tcW w:w="7226" w:type="dxa"/>
            <w:gridSpan w:val="3"/>
            <w:vAlign w:val="center"/>
          </w:tcPr>
          <w:p w14:paraId="60509C57" w14:textId="77777777" w:rsidR="00976635" w:rsidRPr="00874F82" w:rsidRDefault="00976635" w:rsidP="0076546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874F82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4F82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874F82">
              <w:rPr>
                <w:rFonts w:ascii="Cambria" w:hAnsi="Cambria" w:cs="Arial"/>
                <w:sz w:val="22"/>
                <w:szCs w:val="22"/>
              </w:rPr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</w:tr>
      <w:tr w:rsidR="00976635" w:rsidRPr="00874F82" w14:paraId="636E35CF" w14:textId="77777777" w:rsidTr="00765466">
        <w:trPr>
          <w:trHeight w:val="454"/>
          <w:jc w:val="center"/>
        </w:trPr>
        <w:tc>
          <w:tcPr>
            <w:tcW w:w="1419" w:type="dxa"/>
            <w:gridSpan w:val="2"/>
            <w:vMerge/>
            <w:shd w:val="clear" w:color="auto" w:fill="BFBFBF"/>
            <w:vAlign w:val="center"/>
          </w:tcPr>
          <w:p w14:paraId="55934D35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1279" w:type="dxa"/>
            <w:shd w:val="clear" w:color="auto" w:fill="BFBFBF"/>
            <w:vAlign w:val="center"/>
          </w:tcPr>
          <w:p w14:paraId="0F05DF72" w14:textId="77777777" w:rsidR="00976635" w:rsidRPr="00874F82" w:rsidRDefault="00976635" w:rsidP="00765466">
            <w:pPr>
              <w:jc w:val="both"/>
              <w:rPr>
                <w:rFonts w:ascii="Cambria" w:hAnsi="Cambria" w:cs="Arial"/>
                <w:i/>
                <w:sz w:val="22"/>
                <w:szCs w:val="22"/>
              </w:rPr>
            </w:pPr>
            <w:r w:rsidRPr="00874F82">
              <w:rPr>
                <w:rFonts w:ascii="Cambria" w:hAnsi="Cambria" w:cs="Arial"/>
                <w:i/>
                <w:sz w:val="22"/>
                <w:szCs w:val="22"/>
              </w:rPr>
              <w:t>Engleski</w:t>
            </w:r>
          </w:p>
        </w:tc>
        <w:tc>
          <w:tcPr>
            <w:tcW w:w="7226" w:type="dxa"/>
            <w:gridSpan w:val="3"/>
            <w:vAlign w:val="center"/>
          </w:tcPr>
          <w:p w14:paraId="6F59CF2F" w14:textId="77777777" w:rsidR="00976635" w:rsidRPr="00874F82" w:rsidRDefault="00976635" w:rsidP="0076546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874F82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4F82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874F82">
              <w:rPr>
                <w:rFonts w:ascii="Cambria" w:hAnsi="Cambria" w:cs="Arial"/>
                <w:sz w:val="22"/>
                <w:szCs w:val="22"/>
              </w:rPr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</w:tr>
      <w:tr w:rsidR="00976635" w:rsidRPr="00874F82" w14:paraId="565D4772" w14:textId="77777777" w:rsidTr="00765466">
        <w:trPr>
          <w:trHeight w:val="454"/>
          <w:jc w:val="center"/>
        </w:trPr>
        <w:tc>
          <w:tcPr>
            <w:tcW w:w="1419" w:type="dxa"/>
            <w:gridSpan w:val="2"/>
            <w:vMerge/>
            <w:shd w:val="clear" w:color="auto" w:fill="BFBFBF"/>
            <w:vAlign w:val="center"/>
          </w:tcPr>
          <w:p w14:paraId="16132A3B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1279" w:type="dxa"/>
            <w:shd w:val="clear" w:color="auto" w:fill="BFBFBF"/>
            <w:vAlign w:val="center"/>
          </w:tcPr>
          <w:p w14:paraId="7847DFB7" w14:textId="77777777" w:rsidR="00976635" w:rsidRPr="00874F82" w:rsidRDefault="00976635" w:rsidP="00765466">
            <w:pPr>
              <w:jc w:val="both"/>
              <w:rPr>
                <w:rFonts w:ascii="Cambria" w:hAnsi="Cambria" w:cs="Arial"/>
                <w:i/>
                <w:sz w:val="22"/>
                <w:szCs w:val="22"/>
              </w:rPr>
            </w:pPr>
            <w:r w:rsidRPr="00874F82">
              <w:rPr>
                <w:rFonts w:ascii="Cambria" w:hAnsi="Cambria" w:cs="Arial"/>
                <w:i/>
                <w:sz w:val="22"/>
                <w:szCs w:val="22"/>
              </w:rPr>
              <w:t>Jezik pisanja rada</w:t>
            </w:r>
          </w:p>
        </w:tc>
        <w:tc>
          <w:tcPr>
            <w:tcW w:w="7226" w:type="dxa"/>
            <w:gridSpan w:val="3"/>
            <w:vAlign w:val="center"/>
          </w:tcPr>
          <w:p w14:paraId="785E57DA" w14:textId="77777777" w:rsidR="00976635" w:rsidRPr="00874F82" w:rsidRDefault="00976635" w:rsidP="00765466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976635" w:rsidRPr="00874F82" w14:paraId="4F841852" w14:textId="77777777" w:rsidTr="00765466">
        <w:trPr>
          <w:trHeight w:val="454"/>
          <w:jc w:val="center"/>
        </w:trPr>
        <w:tc>
          <w:tcPr>
            <w:tcW w:w="2698" w:type="dxa"/>
            <w:gridSpan w:val="3"/>
            <w:shd w:val="clear" w:color="auto" w:fill="BFBFBF"/>
            <w:vAlign w:val="center"/>
          </w:tcPr>
          <w:p w14:paraId="538AC6FD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>Specijalizacija</w:t>
            </w:r>
          </w:p>
        </w:tc>
        <w:tc>
          <w:tcPr>
            <w:tcW w:w="7226" w:type="dxa"/>
            <w:gridSpan w:val="3"/>
            <w:vAlign w:val="center"/>
          </w:tcPr>
          <w:p w14:paraId="0E00CB4E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976635" w:rsidRPr="00CF7B96" w14:paraId="5740A2DA" w14:textId="77777777" w:rsidTr="00765466">
        <w:trPr>
          <w:trHeight w:val="454"/>
          <w:jc w:val="center"/>
        </w:trPr>
        <w:tc>
          <w:tcPr>
            <w:tcW w:w="9924" w:type="dxa"/>
            <w:gridSpan w:val="6"/>
            <w:shd w:val="clear" w:color="auto" w:fill="BFBFBF"/>
            <w:vAlign w:val="center"/>
          </w:tcPr>
          <w:p w14:paraId="19A5E958" w14:textId="77777777" w:rsidR="00976635" w:rsidRPr="00874F82" w:rsidRDefault="00976635" w:rsidP="00765466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>NOVI NASLOV TEME</w:t>
            </w:r>
          </w:p>
          <w:p w14:paraId="0CF5897F" w14:textId="77777777" w:rsidR="00976635" w:rsidRDefault="00976635" w:rsidP="00765466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874F82">
              <w:rPr>
                <w:rFonts w:ascii="Cambria" w:hAnsi="Cambria" w:cs="Arial"/>
                <w:sz w:val="22"/>
                <w:szCs w:val="22"/>
              </w:rPr>
              <w:t>(</w:t>
            </w:r>
            <w:r>
              <w:rPr>
                <w:rFonts w:ascii="Cambria" w:hAnsi="Cambria" w:cs="Arial"/>
                <w:sz w:val="22"/>
                <w:szCs w:val="22"/>
              </w:rPr>
              <w:t>I</w:t>
            </w:r>
            <w:r w:rsidRPr="00874F82">
              <w:rPr>
                <w:rFonts w:ascii="Cambria" w:hAnsi="Cambria" w:cs="Arial"/>
                <w:sz w:val="22"/>
                <w:szCs w:val="22"/>
              </w:rPr>
              <w:t xml:space="preserve">spuniti samo ako se želi promijeniti tema </w:t>
            </w:r>
            <w:proofErr w:type="spellStart"/>
            <w:r w:rsidRPr="00874F82">
              <w:rPr>
                <w:rFonts w:ascii="Cambria" w:hAnsi="Cambria" w:cs="Arial"/>
                <w:sz w:val="22"/>
                <w:szCs w:val="22"/>
              </w:rPr>
              <w:t>licencijatskoga</w:t>
            </w:r>
            <w:proofErr w:type="spellEnd"/>
            <w:r w:rsidRPr="00874F82">
              <w:rPr>
                <w:rFonts w:ascii="Cambria" w:hAnsi="Cambria" w:cs="Arial"/>
                <w:sz w:val="22"/>
                <w:szCs w:val="22"/>
              </w:rPr>
              <w:t xml:space="preserve"> rada. </w:t>
            </w:r>
          </w:p>
          <w:p w14:paraId="42A88D47" w14:textId="77777777" w:rsidR="00976635" w:rsidRPr="00874F82" w:rsidRDefault="00976635" w:rsidP="00765466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874F82">
              <w:rPr>
                <w:rFonts w:ascii="Cambria" w:hAnsi="Cambria" w:cs="Arial"/>
                <w:sz w:val="22"/>
                <w:szCs w:val="22"/>
              </w:rPr>
              <w:t>U tom slučaju uz ovaj obrazac potrebno je priložiti i novi obrazac L</w:t>
            </w:r>
            <w:r>
              <w:rPr>
                <w:rFonts w:ascii="Cambria" w:hAnsi="Cambria" w:cs="Arial"/>
                <w:sz w:val="22"/>
                <w:szCs w:val="22"/>
              </w:rPr>
              <w:t>IC.SC.-</w:t>
            </w:r>
            <w:r w:rsidRPr="00874F82">
              <w:rPr>
                <w:rFonts w:ascii="Cambria" w:hAnsi="Cambria" w:cs="Arial"/>
                <w:sz w:val="22"/>
                <w:szCs w:val="22"/>
              </w:rPr>
              <w:t>01.)</w:t>
            </w:r>
          </w:p>
        </w:tc>
      </w:tr>
      <w:tr w:rsidR="00976635" w:rsidRPr="00874F82" w14:paraId="450B01AE" w14:textId="77777777" w:rsidTr="00765466">
        <w:trPr>
          <w:trHeight w:val="247"/>
          <w:jc w:val="center"/>
        </w:trPr>
        <w:tc>
          <w:tcPr>
            <w:tcW w:w="1349" w:type="dxa"/>
            <w:vMerge w:val="restart"/>
            <w:shd w:val="clear" w:color="auto" w:fill="BFBFBF"/>
            <w:vAlign w:val="center"/>
          </w:tcPr>
          <w:p w14:paraId="65B458AA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>Novi naslov teme</w:t>
            </w:r>
          </w:p>
        </w:tc>
        <w:tc>
          <w:tcPr>
            <w:tcW w:w="1349" w:type="dxa"/>
            <w:gridSpan w:val="2"/>
            <w:shd w:val="clear" w:color="auto" w:fill="BFBFBF"/>
            <w:vAlign w:val="center"/>
          </w:tcPr>
          <w:p w14:paraId="52BA58EF" w14:textId="77777777" w:rsidR="00976635" w:rsidRPr="00874F82" w:rsidRDefault="00976635" w:rsidP="00765466">
            <w:pPr>
              <w:jc w:val="both"/>
              <w:rPr>
                <w:rFonts w:ascii="Cambria" w:hAnsi="Cambria" w:cs="Arial"/>
                <w:i/>
                <w:sz w:val="22"/>
                <w:szCs w:val="22"/>
              </w:rPr>
            </w:pPr>
            <w:r w:rsidRPr="00874F82">
              <w:rPr>
                <w:rFonts w:ascii="Cambria" w:hAnsi="Cambria" w:cs="Arial"/>
                <w:i/>
                <w:sz w:val="22"/>
                <w:szCs w:val="22"/>
              </w:rPr>
              <w:t>Hrvatski</w:t>
            </w:r>
          </w:p>
        </w:tc>
        <w:tc>
          <w:tcPr>
            <w:tcW w:w="7226" w:type="dxa"/>
            <w:gridSpan w:val="3"/>
            <w:vAlign w:val="center"/>
          </w:tcPr>
          <w:p w14:paraId="51F2A73C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</w:p>
          <w:p w14:paraId="65067D8A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976635" w:rsidRPr="00874F82" w14:paraId="1EF2D445" w14:textId="77777777" w:rsidTr="00765466">
        <w:trPr>
          <w:trHeight w:val="467"/>
          <w:jc w:val="center"/>
        </w:trPr>
        <w:tc>
          <w:tcPr>
            <w:tcW w:w="1349" w:type="dxa"/>
            <w:vMerge/>
            <w:shd w:val="clear" w:color="auto" w:fill="BFBFBF"/>
            <w:vAlign w:val="center"/>
          </w:tcPr>
          <w:p w14:paraId="524C554A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1349" w:type="dxa"/>
            <w:gridSpan w:val="2"/>
            <w:shd w:val="clear" w:color="auto" w:fill="BFBFBF"/>
            <w:vAlign w:val="center"/>
          </w:tcPr>
          <w:p w14:paraId="5570D2FF" w14:textId="77777777" w:rsidR="00976635" w:rsidRPr="00874F82" w:rsidRDefault="00976635" w:rsidP="00765466">
            <w:pPr>
              <w:jc w:val="both"/>
              <w:rPr>
                <w:rFonts w:ascii="Cambria" w:hAnsi="Cambria" w:cs="Arial"/>
                <w:i/>
                <w:sz w:val="22"/>
                <w:szCs w:val="22"/>
              </w:rPr>
            </w:pPr>
            <w:r w:rsidRPr="00874F82">
              <w:rPr>
                <w:rFonts w:ascii="Cambria" w:hAnsi="Cambria" w:cs="Arial"/>
                <w:i/>
                <w:sz w:val="22"/>
                <w:szCs w:val="22"/>
              </w:rPr>
              <w:t>Engleski</w:t>
            </w:r>
          </w:p>
        </w:tc>
        <w:tc>
          <w:tcPr>
            <w:tcW w:w="7226" w:type="dxa"/>
            <w:gridSpan w:val="3"/>
            <w:vAlign w:val="center"/>
          </w:tcPr>
          <w:p w14:paraId="645B55AE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976635" w:rsidRPr="00874F82" w14:paraId="3BBB95F0" w14:textId="77777777" w:rsidTr="00765466">
        <w:trPr>
          <w:trHeight w:val="246"/>
          <w:jc w:val="center"/>
        </w:trPr>
        <w:tc>
          <w:tcPr>
            <w:tcW w:w="1349" w:type="dxa"/>
            <w:vMerge/>
            <w:shd w:val="clear" w:color="auto" w:fill="BFBFBF"/>
            <w:vAlign w:val="center"/>
          </w:tcPr>
          <w:p w14:paraId="64C62FA9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1349" w:type="dxa"/>
            <w:gridSpan w:val="2"/>
            <w:shd w:val="clear" w:color="auto" w:fill="BFBFBF"/>
            <w:vAlign w:val="center"/>
          </w:tcPr>
          <w:p w14:paraId="221F4302" w14:textId="77777777" w:rsidR="00976635" w:rsidRPr="00874F82" w:rsidRDefault="00976635" w:rsidP="00765466">
            <w:pPr>
              <w:jc w:val="both"/>
              <w:rPr>
                <w:rFonts w:ascii="Cambria" w:hAnsi="Cambria" w:cs="Arial"/>
                <w:i/>
                <w:sz w:val="22"/>
                <w:szCs w:val="22"/>
              </w:rPr>
            </w:pPr>
            <w:r w:rsidRPr="00874F82">
              <w:rPr>
                <w:rFonts w:ascii="Cambria" w:hAnsi="Cambria" w:cs="Arial"/>
                <w:i/>
                <w:sz w:val="22"/>
                <w:szCs w:val="22"/>
              </w:rPr>
              <w:t>Jezik pisanja rada</w:t>
            </w:r>
          </w:p>
        </w:tc>
        <w:tc>
          <w:tcPr>
            <w:tcW w:w="7226" w:type="dxa"/>
            <w:gridSpan w:val="3"/>
            <w:vAlign w:val="center"/>
          </w:tcPr>
          <w:p w14:paraId="245A6AB0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976635" w:rsidRPr="00874F82" w14:paraId="496F0456" w14:textId="77777777" w:rsidTr="00765466">
        <w:trPr>
          <w:trHeight w:val="246"/>
          <w:jc w:val="center"/>
        </w:trPr>
        <w:tc>
          <w:tcPr>
            <w:tcW w:w="9924" w:type="dxa"/>
            <w:gridSpan w:val="6"/>
            <w:shd w:val="clear" w:color="auto" w:fill="BFBFBF"/>
            <w:vAlign w:val="center"/>
          </w:tcPr>
          <w:p w14:paraId="2673F447" w14:textId="77777777" w:rsidR="00976635" w:rsidRPr="00874F82" w:rsidRDefault="00976635" w:rsidP="00765466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 xml:space="preserve">OBRAZLOŽENJE ZAHTJEVA ZA PROMJENU TEME 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I/</w:t>
            </w:r>
            <w:r w:rsidRPr="00874F82">
              <w:rPr>
                <w:rFonts w:ascii="Cambria" w:hAnsi="Cambria" w:cs="Arial"/>
                <w:b/>
                <w:sz w:val="22"/>
                <w:szCs w:val="22"/>
              </w:rPr>
              <w:t>ILI MENTORA</w:t>
            </w:r>
          </w:p>
        </w:tc>
      </w:tr>
      <w:tr w:rsidR="00976635" w:rsidRPr="00874F82" w14:paraId="5B6E4506" w14:textId="77777777" w:rsidTr="00765466">
        <w:trPr>
          <w:trHeight w:val="246"/>
          <w:jc w:val="center"/>
        </w:trPr>
        <w:tc>
          <w:tcPr>
            <w:tcW w:w="9924" w:type="dxa"/>
            <w:gridSpan w:val="6"/>
            <w:shd w:val="clear" w:color="auto" w:fill="FFFFFF" w:themeFill="background1"/>
            <w:vAlign w:val="center"/>
          </w:tcPr>
          <w:p w14:paraId="43062817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</w:p>
          <w:p w14:paraId="5E3CD3D1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</w:p>
          <w:p w14:paraId="5E96F47B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</w:p>
          <w:p w14:paraId="602E00AD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</w:p>
          <w:p w14:paraId="5FDCDF90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</w:p>
          <w:p w14:paraId="377974AD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</w:p>
          <w:p w14:paraId="497DD0C3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</w:p>
          <w:p w14:paraId="7ABEA05A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</w:p>
          <w:p w14:paraId="7E1AA2E3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</w:p>
          <w:p w14:paraId="5EE7EAF4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</w:p>
          <w:p w14:paraId="022D82AA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</w:p>
          <w:p w14:paraId="26FA5614" w14:textId="77777777" w:rsidR="00976635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</w:p>
          <w:p w14:paraId="6CC4F816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976635" w:rsidRPr="00874F82" w14:paraId="285EEF7D" w14:textId="77777777" w:rsidTr="00765466">
        <w:trPr>
          <w:trHeight w:val="246"/>
          <w:jc w:val="center"/>
        </w:trPr>
        <w:tc>
          <w:tcPr>
            <w:tcW w:w="9924" w:type="dxa"/>
            <w:gridSpan w:val="6"/>
            <w:shd w:val="clear" w:color="auto" w:fill="BFBFBF" w:themeFill="background1" w:themeFillShade="BF"/>
            <w:vAlign w:val="center"/>
          </w:tcPr>
          <w:p w14:paraId="305AD9B6" w14:textId="77777777" w:rsidR="00976635" w:rsidRPr="00874F82" w:rsidRDefault="00976635" w:rsidP="00765466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>PODATCI O MENTORU</w:t>
            </w:r>
          </w:p>
        </w:tc>
      </w:tr>
      <w:tr w:rsidR="00976635" w:rsidRPr="00874F82" w14:paraId="078593A8" w14:textId="77777777" w:rsidTr="00765466">
        <w:trPr>
          <w:trHeight w:val="567"/>
          <w:jc w:val="center"/>
        </w:trPr>
        <w:tc>
          <w:tcPr>
            <w:tcW w:w="2698" w:type="dxa"/>
            <w:gridSpan w:val="3"/>
            <w:vMerge w:val="restart"/>
            <w:shd w:val="clear" w:color="auto" w:fill="BFBFBF"/>
            <w:vAlign w:val="center"/>
          </w:tcPr>
          <w:p w14:paraId="5D16561D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>Prvi mentor</w:t>
            </w:r>
          </w:p>
        </w:tc>
        <w:tc>
          <w:tcPr>
            <w:tcW w:w="2608" w:type="dxa"/>
            <w:vAlign w:val="center"/>
          </w:tcPr>
          <w:p w14:paraId="3CF29038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>Titula, ime i prezime</w:t>
            </w:r>
          </w:p>
        </w:tc>
        <w:tc>
          <w:tcPr>
            <w:tcW w:w="2117" w:type="dxa"/>
            <w:vAlign w:val="center"/>
          </w:tcPr>
          <w:p w14:paraId="40938D95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>Ustanova</w:t>
            </w:r>
          </w:p>
        </w:tc>
        <w:tc>
          <w:tcPr>
            <w:tcW w:w="2501" w:type="dxa"/>
            <w:vAlign w:val="center"/>
          </w:tcPr>
          <w:p w14:paraId="77AB73C7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>E-pošta</w:t>
            </w:r>
          </w:p>
        </w:tc>
      </w:tr>
      <w:tr w:rsidR="00976635" w:rsidRPr="00874F82" w14:paraId="7B8EC83E" w14:textId="77777777" w:rsidTr="00765466">
        <w:trPr>
          <w:trHeight w:val="567"/>
          <w:jc w:val="center"/>
        </w:trPr>
        <w:tc>
          <w:tcPr>
            <w:tcW w:w="2698" w:type="dxa"/>
            <w:gridSpan w:val="3"/>
            <w:vMerge/>
            <w:shd w:val="clear" w:color="auto" w:fill="BFBFBF"/>
            <w:vAlign w:val="center"/>
          </w:tcPr>
          <w:p w14:paraId="2A7E38F9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2608" w:type="dxa"/>
            <w:vAlign w:val="center"/>
          </w:tcPr>
          <w:p w14:paraId="475C70FD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  <w:r w:rsidRPr="00874F82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4F82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874F82">
              <w:rPr>
                <w:rFonts w:ascii="Cambria" w:hAnsi="Cambria" w:cs="Arial"/>
                <w:sz w:val="22"/>
                <w:szCs w:val="22"/>
              </w:rPr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  <w:tc>
          <w:tcPr>
            <w:tcW w:w="2117" w:type="dxa"/>
            <w:vAlign w:val="center"/>
          </w:tcPr>
          <w:p w14:paraId="40676D28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  <w:r w:rsidRPr="00874F82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4F82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874F82">
              <w:rPr>
                <w:rFonts w:ascii="Cambria" w:hAnsi="Cambria" w:cs="Arial"/>
                <w:sz w:val="22"/>
                <w:szCs w:val="22"/>
              </w:rPr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  <w:tc>
          <w:tcPr>
            <w:tcW w:w="2501" w:type="dxa"/>
            <w:vAlign w:val="center"/>
          </w:tcPr>
          <w:p w14:paraId="5AD369CD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  <w:r w:rsidRPr="00874F82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4F82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874F82">
              <w:rPr>
                <w:rFonts w:ascii="Cambria" w:hAnsi="Cambria" w:cs="Arial"/>
                <w:sz w:val="22"/>
                <w:szCs w:val="22"/>
              </w:rPr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</w:tr>
      <w:tr w:rsidR="00976635" w:rsidRPr="00874F82" w14:paraId="61C17AFF" w14:textId="77777777" w:rsidTr="00765466">
        <w:trPr>
          <w:trHeight w:val="567"/>
          <w:jc w:val="center"/>
        </w:trPr>
        <w:tc>
          <w:tcPr>
            <w:tcW w:w="2698" w:type="dxa"/>
            <w:gridSpan w:val="3"/>
            <w:vMerge w:val="restart"/>
            <w:shd w:val="clear" w:color="auto" w:fill="BFBFBF"/>
            <w:vAlign w:val="center"/>
          </w:tcPr>
          <w:p w14:paraId="2FA4EC82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>Drugi mentor</w:t>
            </w:r>
          </w:p>
        </w:tc>
        <w:tc>
          <w:tcPr>
            <w:tcW w:w="2608" w:type="dxa"/>
            <w:vAlign w:val="center"/>
          </w:tcPr>
          <w:p w14:paraId="651205F9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>Titula, ime i prezime</w:t>
            </w:r>
          </w:p>
        </w:tc>
        <w:tc>
          <w:tcPr>
            <w:tcW w:w="2117" w:type="dxa"/>
            <w:vAlign w:val="center"/>
          </w:tcPr>
          <w:p w14:paraId="7F7C1DFC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>Ustanova</w:t>
            </w:r>
          </w:p>
        </w:tc>
        <w:tc>
          <w:tcPr>
            <w:tcW w:w="2501" w:type="dxa"/>
            <w:vAlign w:val="center"/>
          </w:tcPr>
          <w:p w14:paraId="57974867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>E-pošta</w:t>
            </w:r>
          </w:p>
        </w:tc>
      </w:tr>
      <w:tr w:rsidR="00976635" w:rsidRPr="00874F82" w14:paraId="6D684104" w14:textId="77777777" w:rsidTr="00765466">
        <w:trPr>
          <w:trHeight w:val="567"/>
          <w:jc w:val="center"/>
        </w:trPr>
        <w:tc>
          <w:tcPr>
            <w:tcW w:w="2698" w:type="dxa"/>
            <w:gridSpan w:val="3"/>
            <w:vMerge/>
            <w:shd w:val="clear" w:color="auto" w:fill="BFBFBF"/>
            <w:vAlign w:val="center"/>
          </w:tcPr>
          <w:p w14:paraId="569871D6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2608" w:type="dxa"/>
            <w:vAlign w:val="center"/>
          </w:tcPr>
          <w:p w14:paraId="3153F97B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  <w:r w:rsidRPr="00874F82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4F82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874F82">
              <w:rPr>
                <w:rFonts w:ascii="Cambria" w:hAnsi="Cambria" w:cs="Arial"/>
                <w:sz w:val="22"/>
                <w:szCs w:val="22"/>
              </w:rPr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  <w:tc>
          <w:tcPr>
            <w:tcW w:w="2117" w:type="dxa"/>
            <w:vAlign w:val="center"/>
          </w:tcPr>
          <w:p w14:paraId="7D96BC3F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  <w:r w:rsidRPr="00874F82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4F82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874F82">
              <w:rPr>
                <w:rFonts w:ascii="Cambria" w:hAnsi="Cambria" w:cs="Arial"/>
                <w:sz w:val="22"/>
                <w:szCs w:val="22"/>
              </w:rPr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  <w:tc>
          <w:tcPr>
            <w:tcW w:w="2501" w:type="dxa"/>
            <w:vAlign w:val="center"/>
          </w:tcPr>
          <w:p w14:paraId="1AC0B18D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  <w:r w:rsidRPr="00874F82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4F82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874F82">
              <w:rPr>
                <w:rFonts w:ascii="Cambria" w:hAnsi="Cambria" w:cs="Arial"/>
                <w:sz w:val="22"/>
                <w:szCs w:val="22"/>
              </w:rPr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</w:tr>
      <w:tr w:rsidR="00976635" w:rsidRPr="00874F82" w14:paraId="60ADB0DA" w14:textId="77777777" w:rsidTr="00765466">
        <w:trPr>
          <w:trHeight w:val="567"/>
          <w:jc w:val="center"/>
        </w:trPr>
        <w:tc>
          <w:tcPr>
            <w:tcW w:w="9924" w:type="dxa"/>
            <w:gridSpan w:val="6"/>
            <w:shd w:val="clear" w:color="auto" w:fill="BFBFBF"/>
            <w:vAlign w:val="center"/>
          </w:tcPr>
          <w:p w14:paraId="53932BA4" w14:textId="77777777" w:rsidR="00976635" w:rsidRPr="00874F82" w:rsidRDefault="00976635" w:rsidP="00765466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>NOVI MENTOR</w:t>
            </w:r>
          </w:p>
          <w:p w14:paraId="4FFE0FB7" w14:textId="77777777" w:rsidR="00976635" w:rsidRPr="00874F82" w:rsidRDefault="00976635" w:rsidP="00765466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sz w:val="22"/>
                <w:szCs w:val="22"/>
              </w:rPr>
              <w:t>(</w:t>
            </w:r>
            <w:r>
              <w:rPr>
                <w:rFonts w:ascii="Cambria" w:hAnsi="Cambria" w:cs="Arial"/>
                <w:sz w:val="22"/>
                <w:szCs w:val="22"/>
              </w:rPr>
              <w:t>I</w:t>
            </w:r>
            <w:r w:rsidRPr="00874F82">
              <w:rPr>
                <w:rFonts w:ascii="Cambria" w:hAnsi="Cambria" w:cs="Arial"/>
                <w:sz w:val="22"/>
                <w:szCs w:val="22"/>
              </w:rPr>
              <w:t>spuniti samo ako se želi promijeniti mentora</w:t>
            </w:r>
            <w:r>
              <w:rPr>
                <w:rFonts w:ascii="Cambria" w:hAnsi="Cambria" w:cs="Arial"/>
                <w:sz w:val="22"/>
                <w:szCs w:val="22"/>
              </w:rPr>
              <w:t>.</w:t>
            </w:r>
            <w:r w:rsidRPr="00874F82">
              <w:rPr>
                <w:rFonts w:ascii="Cambria" w:hAnsi="Cambria" w:cs="Arial"/>
                <w:sz w:val="22"/>
                <w:szCs w:val="22"/>
              </w:rPr>
              <w:t>)</w:t>
            </w:r>
          </w:p>
        </w:tc>
      </w:tr>
      <w:tr w:rsidR="00976635" w:rsidRPr="00874F82" w14:paraId="01F98913" w14:textId="77777777" w:rsidTr="00765466">
        <w:trPr>
          <w:trHeight w:val="238"/>
          <w:jc w:val="center"/>
        </w:trPr>
        <w:tc>
          <w:tcPr>
            <w:tcW w:w="2698" w:type="dxa"/>
            <w:gridSpan w:val="3"/>
            <w:vMerge w:val="restart"/>
            <w:shd w:val="clear" w:color="auto" w:fill="BFBFBF"/>
            <w:vAlign w:val="center"/>
          </w:tcPr>
          <w:p w14:paraId="02667F14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>Prvi mentor:</w:t>
            </w:r>
          </w:p>
          <w:p w14:paraId="3125DA9D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1440834B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2608" w:type="dxa"/>
            <w:vAlign w:val="center"/>
          </w:tcPr>
          <w:p w14:paraId="09F99EF4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>Titula, ime i prezime</w:t>
            </w:r>
          </w:p>
        </w:tc>
        <w:tc>
          <w:tcPr>
            <w:tcW w:w="2117" w:type="dxa"/>
            <w:vAlign w:val="center"/>
          </w:tcPr>
          <w:p w14:paraId="4853ADCA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>Ustanova</w:t>
            </w:r>
          </w:p>
        </w:tc>
        <w:tc>
          <w:tcPr>
            <w:tcW w:w="2501" w:type="dxa"/>
            <w:vAlign w:val="center"/>
          </w:tcPr>
          <w:p w14:paraId="4D3EEC3C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>E-pošta</w:t>
            </w:r>
          </w:p>
        </w:tc>
      </w:tr>
      <w:tr w:rsidR="00976635" w:rsidRPr="00874F82" w14:paraId="13BD7989" w14:textId="77777777" w:rsidTr="00765466">
        <w:trPr>
          <w:trHeight w:val="238"/>
          <w:jc w:val="center"/>
        </w:trPr>
        <w:tc>
          <w:tcPr>
            <w:tcW w:w="2698" w:type="dxa"/>
            <w:gridSpan w:val="3"/>
            <w:vMerge/>
            <w:shd w:val="clear" w:color="auto" w:fill="BFBFBF"/>
            <w:vAlign w:val="center"/>
          </w:tcPr>
          <w:p w14:paraId="5D0C581F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2608" w:type="dxa"/>
            <w:vAlign w:val="center"/>
          </w:tcPr>
          <w:p w14:paraId="3D9D7C46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  <w:r w:rsidRPr="00874F82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4F82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874F82">
              <w:rPr>
                <w:rFonts w:ascii="Cambria" w:hAnsi="Cambria" w:cs="Arial"/>
                <w:sz w:val="22"/>
                <w:szCs w:val="22"/>
              </w:rPr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  <w:tc>
          <w:tcPr>
            <w:tcW w:w="2117" w:type="dxa"/>
            <w:vAlign w:val="center"/>
          </w:tcPr>
          <w:p w14:paraId="5DB56032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  <w:r w:rsidRPr="00874F82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4F82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874F82">
              <w:rPr>
                <w:rFonts w:ascii="Cambria" w:hAnsi="Cambria" w:cs="Arial"/>
                <w:sz w:val="22"/>
                <w:szCs w:val="22"/>
              </w:rPr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  <w:tc>
          <w:tcPr>
            <w:tcW w:w="2501" w:type="dxa"/>
            <w:vAlign w:val="center"/>
          </w:tcPr>
          <w:p w14:paraId="1238450B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  <w:r w:rsidRPr="00874F82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4F82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874F82">
              <w:rPr>
                <w:rFonts w:ascii="Cambria" w:hAnsi="Cambria" w:cs="Arial"/>
                <w:sz w:val="22"/>
                <w:szCs w:val="22"/>
              </w:rPr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</w:tr>
      <w:tr w:rsidR="00976635" w:rsidRPr="00874F82" w14:paraId="792405DF" w14:textId="77777777" w:rsidTr="00765466">
        <w:trPr>
          <w:trHeight w:val="125"/>
          <w:jc w:val="center"/>
        </w:trPr>
        <w:tc>
          <w:tcPr>
            <w:tcW w:w="2698" w:type="dxa"/>
            <w:gridSpan w:val="3"/>
            <w:vMerge w:val="restart"/>
            <w:shd w:val="clear" w:color="auto" w:fill="BFBFBF"/>
            <w:vAlign w:val="center"/>
          </w:tcPr>
          <w:p w14:paraId="66EC3BA2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0FB89EE8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>Drugi mentor:</w:t>
            </w:r>
          </w:p>
          <w:p w14:paraId="38B4D0B8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2608" w:type="dxa"/>
            <w:vAlign w:val="center"/>
          </w:tcPr>
          <w:p w14:paraId="0BB803A8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>Titula, ime i prezime</w:t>
            </w:r>
          </w:p>
        </w:tc>
        <w:tc>
          <w:tcPr>
            <w:tcW w:w="2117" w:type="dxa"/>
            <w:vAlign w:val="center"/>
          </w:tcPr>
          <w:p w14:paraId="2D70EB38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>Ustanova</w:t>
            </w:r>
          </w:p>
        </w:tc>
        <w:tc>
          <w:tcPr>
            <w:tcW w:w="2501" w:type="dxa"/>
            <w:vAlign w:val="center"/>
          </w:tcPr>
          <w:p w14:paraId="5FFC9D1B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>E-pošta</w:t>
            </w:r>
          </w:p>
        </w:tc>
      </w:tr>
      <w:tr w:rsidR="00976635" w:rsidRPr="00874F82" w14:paraId="5BD13B92" w14:textId="77777777" w:rsidTr="00765466">
        <w:trPr>
          <w:trHeight w:val="125"/>
          <w:jc w:val="center"/>
        </w:trPr>
        <w:tc>
          <w:tcPr>
            <w:tcW w:w="2698" w:type="dxa"/>
            <w:gridSpan w:val="3"/>
            <w:vMerge/>
            <w:shd w:val="clear" w:color="auto" w:fill="BFBFBF"/>
            <w:vAlign w:val="center"/>
          </w:tcPr>
          <w:p w14:paraId="76023FE2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2608" w:type="dxa"/>
            <w:vAlign w:val="center"/>
          </w:tcPr>
          <w:p w14:paraId="4F59B551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  <w:r w:rsidRPr="00874F82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4F82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874F82">
              <w:rPr>
                <w:rFonts w:ascii="Cambria" w:hAnsi="Cambria" w:cs="Arial"/>
                <w:sz w:val="22"/>
                <w:szCs w:val="22"/>
              </w:rPr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  <w:tc>
          <w:tcPr>
            <w:tcW w:w="2117" w:type="dxa"/>
            <w:vAlign w:val="center"/>
          </w:tcPr>
          <w:p w14:paraId="3F8DB3C6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  <w:r w:rsidRPr="00874F82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4F82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874F82">
              <w:rPr>
                <w:rFonts w:ascii="Cambria" w:hAnsi="Cambria" w:cs="Arial"/>
                <w:sz w:val="22"/>
                <w:szCs w:val="22"/>
              </w:rPr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  <w:tc>
          <w:tcPr>
            <w:tcW w:w="2501" w:type="dxa"/>
            <w:vAlign w:val="center"/>
          </w:tcPr>
          <w:p w14:paraId="3A369A7B" w14:textId="77777777" w:rsidR="00976635" w:rsidRPr="00874F82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  <w:r w:rsidRPr="00874F82"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4F82">
              <w:rPr>
                <w:rFonts w:ascii="Cambria" w:hAnsi="Cambria" w:cs="Arial"/>
                <w:sz w:val="22"/>
                <w:szCs w:val="22"/>
              </w:rPr>
              <w:instrText xml:space="preserve"> FORMTEXT </w:instrText>
            </w:r>
            <w:r w:rsidRPr="00874F82">
              <w:rPr>
                <w:rFonts w:ascii="Cambria" w:hAnsi="Cambria" w:cs="Arial"/>
                <w:sz w:val="22"/>
                <w:szCs w:val="22"/>
              </w:rPr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sz w:val="22"/>
                <w:szCs w:val="22"/>
              </w:rPr>
              <w:fldChar w:fldCharType="end"/>
            </w:r>
          </w:p>
        </w:tc>
      </w:tr>
      <w:tr w:rsidR="00976635" w:rsidRPr="00874F82" w14:paraId="3524388E" w14:textId="77777777" w:rsidTr="00765466">
        <w:trPr>
          <w:trHeight w:val="567"/>
          <w:jc w:val="center"/>
        </w:trPr>
        <w:tc>
          <w:tcPr>
            <w:tcW w:w="9924" w:type="dxa"/>
            <w:gridSpan w:val="6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04E7368B" w14:textId="77777777" w:rsidR="00976635" w:rsidRPr="00874F82" w:rsidRDefault="00976635" w:rsidP="00765466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74F82">
              <w:rPr>
                <w:rFonts w:ascii="Cambria" w:hAnsi="Cambria" w:cs="Arial"/>
                <w:b/>
                <w:sz w:val="22"/>
                <w:szCs w:val="22"/>
              </w:rPr>
              <w:instrText xml:space="preserve"> FORMTEXT </w:instrText>
            </w:r>
            <w:r w:rsidRPr="00874F82">
              <w:rPr>
                <w:rFonts w:ascii="Cambria" w:hAnsi="Cambria" w:cs="Arial"/>
                <w:b/>
                <w:sz w:val="22"/>
                <w:szCs w:val="22"/>
              </w:rPr>
            </w:r>
            <w:r w:rsidRPr="00874F82">
              <w:rPr>
                <w:rFonts w:ascii="Cambria" w:hAnsi="Cambria" w:cs="Arial"/>
                <w:b/>
                <w:sz w:val="22"/>
                <w:szCs w:val="22"/>
              </w:rPr>
              <w:fldChar w:fldCharType="separate"/>
            </w:r>
            <w:r w:rsidRPr="00874F82">
              <w:rPr>
                <w:rFonts w:ascii="Cambria" w:hAnsi="Cambria" w:cs="Arial"/>
                <w:b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b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b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b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b/>
                <w:noProof/>
                <w:sz w:val="22"/>
                <w:szCs w:val="22"/>
              </w:rPr>
              <w:t> </w:t>
            </w:r>
            <w:r w:rsidRPr="00874F82">
              <w:rPr>
                <w:rFonts w:ascii="Cambria" w:hAnsi="Cambria" w:cs="Arial"/>
                <w:b/>
                <w:sz w:val="22"/>
                <w:szCs w:val="22"/>
              </w:rPr>
              <w:fldChar w:fldCharType="end"/>
            </w:r>
            <w:r w:rsidRPr="00874F82">
              <w:rPr>
                <w:rFonts w:ascii="Cambria" w:hAnsi="Cambria" w:cs="Arial"/>
                <w:b/>
                <w:sz w:val="22"/>
                <w:szCs w:val="22"/>
              </w:rPr>
              <w:t>OČITOVANJE MENTORA ILI VODITELJA STUDIJA O ZAHTJEVU</w:t>
            </w:r>
          </w:p>
        </w:tc>
      </w:tr>
      <w:tr w:rsidR="00976635" w:rsidRPr="00874F82" w14:paraId="4E605BE2" w14:textId="77777777" w:rsidTr="00765466">
        <w:trPr>
          <w:trHeight w:val="567"/>
          <w:jc w:val="center"/>
        </w:trPr>
        <w:tc>
          <w:tcPr>
            <w:tcW w:w="9924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9A730E" w14:textId="77777777" w:rsidR="00976635" w:rsidRPr="00874F82" w:rsidRDefault="00976635" w:rsidP="00765466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453CC743" w14:textId="77777777" w:rsidR="00976635" w:rsidRPr="00874F82" w:rsidRDefault="00976635" w:rsidP="00765466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47B533C0" w14:textId="77777777" w:rsidR="00976635" w:rsidRPr="00874F82" w:rsidRDefault="00976635" w:rsidP="00765466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0D8F217F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4704C952" w14:textId="77777777" w:rsidR="00976635" w:rsidRPr="00874F82" w:rsidRDefault="00976635" w:rsidP="00765466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1DAC33DF" w14:textId="77777777" w:rsidR="00976635" w:rsidRPr="00874F82" w:rsidRDefault="00976635" w:rsidP="00765466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724EA6C2" w14:textId="77777777" w:rsidR="00976635" w:rsidRPr="00874F82" w:rsidRDefault="00976635" w:rsidP="00765466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976635" w:rsidRPr="00874F82" w14:paraId="7D1B525B" w14:textId="77777777" w:rsidTr="00765466">
        <w:trPr>
          <w:trHeight w:val="567"/>
          <w:jc w:val="center"/>
        </w:trPr>
        <w:tc>
          <w:tcPr>
            <w:tcW w:w="9924" w:type="dxa"/>
            <w:gridSpan w:val="6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1B1CD3C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>Mjesto, datum i potpis</w:t>
            </w:r>
          </w:p>
        </w:tc>
      </w:tr>
      <w:tr w:rsidR="00976635" w:rsidRPr="00874F82" w14:paraId="3292B9CE" w14:textId="77777777" w:rsidTr="00976635">
        <w:trPr>
          <w:trHeight w:val="6206"/>
          <w:jc w:val="center"/>
        </w:trPr>
        <w:tc>
          <w:tcPr>
            <w:tcW w:w="9924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336BEA" w14:textId="77777777" w:rsidR="00976635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</w:p>
          <w:p w14:paraId="04EC3B52" w14:textId="0DA35BD2" w:rsidR="00976635" w:rsidRPr="00976635" w:rsidRDefault="00976635" w:rsidP="00765466">
            <w:pPr>
              <w:rPr>
                <w:rFonts w:ascii="Cambria" w:hAnsi="Cambria" w:cs="Arial"/>
                <w:sz w:val="22"/>
                <w:szCs w:val="22"/>
              </w:rPr>
            </w:pPr>
            <w:r w:rsidRPr="00874F82">
              <w:rPr>
                <w:rFonts w:ascii="Cambria" w:hAnsi="Cambria" w:cs="Arial"/>
                <w:sz w:val="22"/>
                <w:szCs w:val="22"/>
              </w:rPr>
              <w:t>U Zagrebu,</w:t>
            </w:r>
          </w:p>
          <w:p w14:paraId="75AC7C26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7523A2F4" w14:textId="77777777" w:rsidR="00976635" w:rsidRPr="00874F82" w:rsidRDefault="00976635" w:rsidP="00765466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874F82">
              <w:rPr>
                <w:rFonts w:ascii="Cambria" w:hAnsi="Cambria" w:cs="Arial"/>
                <w:sz w:val="22"/>
                <w:szCs w:val="22"/>
              </w:rPr>
              <w:t>Potpis</w:t>
            </w:r>
          </w:p>
          <w:p w14:paraId="732F733B" w14:textId="77777777" w:rsidR="00976635" w:rsidRPr="00874F82" w:rsidRDefault="00976635" w:rsidP="00765466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7E64A3BA" w14:textId="77777777" w:rsidR="00976635" w:rsidRPr="0090207A" w:rsidRDefault="00976635" w:rsidP="00765466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_________________________________________________</w:t>
            </w:r>
          </w:p>
          <w:p w14:paraId="75EA1C2A" w14:textId="77777777" w:rsidR="00976635" w:rsidRPr="00AE5004" w:rsidRDefault="00976635" w:rsidP="00765466">
            <w:pPr>
              <w:jc w:val="right"/>
              <w:rPr>
                <w:rFonts w:ascii="Cambria" w:hAnsi="Cambria" w:cs="Arial"/>
              </w:rPr>
            </w:pPr>
            <w:r w:rsidRPr="00AE5004">
              <w:rPr>
                <w:rFonts w:ascii="Cambria" w:hAnsi="Cambria" w:cs="Arial"/>
              </w:rPr>
              <w:t>(ime i pr</w:t>
            </w:r>
            <w:r>
              <w:rPr>
                <w:rFonts w:ascii="Cambria" w:hAnsi="Cambria" w:cs="Arial"/>
              </w:rPr>
              <w:t>e</w:t>
            </w:r>
            <w:r w:rsidRPr="00AE5004">
              <w:rPr>
                <w:rFonts w:ascii="Cambria" w:hAnsi="Cambria" w:cs="Arial"/>
              </w:rPr>
              <w:t xml:space="preserve">zime </w:t>
            </w:r>
            <w:r>
              <w:rPr>
                <w:rFonts w:ascii="Cambria" w:hAnsi="Cambria" w:cs="Arial"/>
              </w:rPr>
              <w:t>pristupnika/pristupnice</w:t>
            </w:r>
            <w:r w:rsidRPr="00AE5004">
              <w:rPr>
                <w:rFonts w:ascii="Cambria" w:hAnsi="Cambria" w:cs="Arial"/>
              </w:rPr>
              <w:t>)</w:t>
            </w:r>
          </w:p>
          <w:p w14:paraId="3147725E" w14:textId="77777777" w:rsidR="00976635" w:rsidRPr="00874F82" w:rsidRDefault="00976635" w:rsidP="00765466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1CFB4469" w14:textId="77777777" w:rsidR="00976635" w:rsidRPr="00874F82" w:rsidRDefault="00976635" w:rsidP="00765466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874F82">
              <w:rPr>
                <w:rFonts w:ascii="Cambria" w:hAnsi="Cambria" w:cs="Arial"/>
                <w:sz w:val="22"/>
                <w:szCs w:val="22"/>
              </w:rPr>
              <w:t>Potpis</w:t>
            </w:r>
          </w:p>
          <w:p w14:paraId="6E7C35D3" w14:textId="77777777" w:rsidR="00976635" w:rsidRPr="00874F82" w:rsidRDefault="00976635" w:rsidP="00765466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2E29DD02" w14:textId="77777777" w:rsidR="00976635" w:rsidRPr="0090207A" w:rsidRDefault="00976635" w:rsidP="00765466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_________________________________________________</w:t>
            </w:r>
          </w:p>
          <w:p w14:paraId="17106B39" w14:textId="77777777" w:rsidR="00976635" w:rsidRPr="00AE5004" w:rsidRDefault="00976635" w:rsidP="00765466">
            <w:pPr>
              <w:jc w:val="right"/>
              <w:rPr>
                <w:rFonts w:ascii="Cambria" w:hAnsi="Cambria" w:cs="Arial"/>
              </w:rPr>
            </w:pPr>
            <w:r w:rsidRPr="00AE5004">
              <w:rPr>
                <w:rFonts w:ascii="Cambria" w:hAnsi="Cambria" w:cs="Arial"/>
              </w:rPr>
              <w:t>(ime i prezime mentora ili voditelja studija)</w:t>
            </w:r>
          </w:p>
          <w:p w14:paraId="6BEE26D9" w14:textId="77777777" w:rsidR="00976635" w:rsidRPr="00874F82" w:rsidRDefault="00976635" w:rsidP="00765466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2A553511" w14:textId="77777777" w:rsidR="00976635" w:rsidRPr="00874F82" w:rsidRDefault="00976635" w:rsidP="00765466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21E185C0" w14:textId="77777777" w:rsidR="00976635" w:rsidRPr="00874F82" w:rsidRDefault="00976635" w:rsidP="00765466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874F82">
              <w:rPr>
                <w:rFonts w:ascii="Cambria" w:hAnsi="Cambria" w:cs="Arial"/>
                <w:sz w:val="22"/>
                <w:szCs w:val="22"/>
              </w:rPr>
              <w:t>Potpis</w:t>
            </w:r>
          </w:p>
          <w:p w14:paraId="63D4CF8B" w14:textId="77777777" w:rsidR="00976635" w:rsidRPr="00874F82" w:rsidRDefault="00976635" w:rsidP="00765466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</w:p>
          <w:p w14:paraId="762AFB8F" w14:textId="77777777" w:rsidR="00976635" w:rsidRPr="00874F82" w:rsidRDefault="00976635" w:rsidP="00765466">
            <w:pPr>
              <w:jc w:val="right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_________________________________________________</w:t>
            </w:r>
          </w:p>
          <w:p w14:paraId="6A0184A6" w14:textId="77777777" w:rsidR="00976635" w:rsidRPr="00AE5004" w:rsidRDefault="00976635" w:rsidP="00765466">
            <w:pPr>
              <w:jc w:val="right"/>
              <w:rPr>
                <w:rFonts w:ascii="Cambria" w:hAnsi="Cambria" w:cs="Arial"/>
              </w:rPr>
            </w:pPr>
            <w:r w:rsidRPr="00AE5004">
              <w:rPr>
                <w:rFonts w:ascii="Cambria" w:hAnsi="Cambria" w:cs="Arial"/>
              </w:rPr>
              <w:t>(ime i prezime novog mentora)</w:t>
            </w:r>
          </w:p>
          <w:p w14:paraId="6946793F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4FA6530E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3ACD32E0" w14:textId="77777777" w:rsidR="00976635" w:rsidRPr="00874F82" w:rsidRDefault="00976635" w:rsidP="00765466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874F82">
              <w:rPr>
                <w:rFonts w:ascii="Cambria" w:hAnsi="Cambria" w:cs="Arial"/>
                <w:b/>
                <w:sz w:val="22"/>
                <w:szCs w:val="22"/>
              </w:rPr>
              <w:t>M.P.</w:t>
            </w:r>
          </w:p>
          <w:p w14:paraId="6D259FB4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576C9E8C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7D0B38E6" w14:textId="77777777" w:rsidR="00976635" w:rsidRPr="00874F82" w:rsidRDefault="00976635" w:rsidP="00765466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</w:tbl>
    <w:p w14:paraId="7F2BB102" w14:textId="77777777" w:rsidR="00FC6C5F" w:rsidRPr="00976635" w:rsidRDefault="00FC6C5F" w:rsidP="00976635"/>
    <w:sectPr w:rsidR="00FC6C5F" w:rsidRPr="00976635" w:rsidSect="001F4A0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/>
      <w:pgMar w:top="2602" w:right="1757" w:bottom="1656" w:left="1843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FB7D7" w14:textId="77777777" w:rsidR="00CB2757" w:rsidRDefault="00CB2757">
      <w:r>
        <w:separator/>
      </w:r>
    </w:p>
  </w:endnote>
  <w:endnote w:type="continuationSeparator" w:id="0">
    <w:p w14:paraId="477E9FAF" w14:textId="77777777" w:rsidR="00CB2757" w:rsidRDefault="00CB2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792B1" w14:textId="77777777" w:rsidR="00C7370A" w:rsidRDefault="00C7370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Content>
      <w:p w14:paraId="2EE54F1C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F3C7" w14:textId="77777777" w:rsidR="00C7370A" w:rsidRDefault="00C7370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C1101" w14:textId="77777777" w:rsidR="00CB2757" w:rsidRDefault="00CB2757">
      <w:r>
        <w:separator/>
      </w:r>
    </w:p>
  </w:footnote>
  <w:footnote w:type="continuationSeparator" w:id="0">
    <w:p w14:paraId="08BC6DFF" w14:textId="77777777" w:rsidR="00CB2757" w:rsidRDefault="00CB27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494D8" w14:textId="77777777" w:rsidR="00C7370A" w:rsidRDefault="00C7370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Content>
      <w:p w14:paraId="5FA0AFF7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10192423" wp14:editId="2F8BFBB4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25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2843E994" wp14:editId="5064ADA7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32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Content>
      <w:p w14:paraId="071F7F5C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4166C62C" wp14:editId="1ECD4C0B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33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44EB1577" wp14:editId="09A35D69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34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5B433D31" wp14:editId="3D8F558C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35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3ED1A00B" wp14:editId="0AF5AB14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36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EC"/>
    <w:rsid w:val="000326ED"/>
    <w:rsid w:val="00034616"/>
    <w:rsid w:val="0006063C"/>
    <w:rsid w:val="00063C97"/>
    <w:rsid w:val="00116D48"/>
    <w:rsid w:val="0015074B"/>
    <w:rsid w:val="001766A1"/>
    <w:rsid w:val="001F4A02"/>
    <w:rsid w:val="0029639D"/>
    <w:rsid w:val="00326F90"/>
    <w:rsid w:val="00376C4A"/>
    <w:rsid w:val="0041107A"/>
    <w:rsid w:val="005277EC"/>
    <w:rsid w:val="006378EB"/>
    <w:rsid w:val="006D564B"/>
    <w:rsid w:val="007A1388"/>
    <w:rsid w:val="008045D0"/>
    <w:rsid w:val="008104E2"/>
    <w:rsid w:val="00813F2A"/>
    <w:rsid w:val="0082595E"/>
    <w:rsid w:val="0084644A"/>
    <w:rsid w:val="008925D4"/>
    <w:rsid w:val="00956011"/>
    <w:rsid w:val="00976635"/>
    <w:rsid w:val="00A0668E"/>
    <w:rsid w:val="00AA1D8D"/>
    <w:rsid w:val="00AE3E35"/>
    <w:rsid w:val="00B47730"/>
    <w:rsid w:val="00C7370A"/>
    <w:rsid w:val="00C827FD"/>
    <w:rsid w:val="00CB0664"/>
    <w:rsid w:val="00CB2757"/>
    <w:rsid w:val="00DE42E4"/>
    <w:rsid w:val="00E56703"/>
    <w:rsid w:val="00F051F3"/>
    <w:rsid w:val="00F760FB"/>
    <w:rsid w:val="00FC693F"/>
    <w:rsid w:val="00FC6C5F"/>
    <w:rsid w:val="00FD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C157F"/>
  <w14:defaultImageDpi w14:val="300"/>
  <w15:docId w15:val="{592C673F-428D-4269-A9C5-8FA6FF0E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7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line="252" w:lineRule="auto"/>
      <w:outlineLvl w:val="0"/>
    </w:pPr>
    <w:rPr>
      <w:rFonts w:ascii="Cambria" w:eastAsia="Cambria" w:hAnsi="Cambr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line="252" w:lineRule="auto"/>
      <w:outlineLvl w:val="1"/>
    </w:pPr>
    <w:rPr>
      <w:rFonts w:ascii="Cambria" w:eastAsia="Cambria" w:hAnsi="Cambria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line="252" w:lineRule="auto"/>
      <w:outlineLvl w:val="2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line="252" w:lineRule="auto"/>
      <w:outlineLvl w:val="3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line="252" w:lineRule="auto"/>
      <w:outlineLvl w:val="4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line="252" w:lineRule="auto"/>
      <w:outlineLvl w:val="5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line="252" w:lineRule="auto"/>
      <w:outlineLvl w:val="6"/>
    </w:pPr>
    <w:rPr>
      <w:rFonts w:ascii="Cambria" w:eastAsia="Cambria" w:hAnsi="Cambria" w:cstheme="majorBidi"/>
      <w:color w:val="404040" w:themeColor="text1" w:themeTint="BF"/>
      <w:sz w:val="25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line="252" w:lineRule="auto"/>
      <w:outlineLvl w:val="7"/>
    </w:pPr>
    <w:rPr>
      <w:rFonts w:ascii="Cambria" w:eastAsia="Cambria" w:hAnsi="Cambria" w:cstheme="majorBidi"/>
      <w:color w:val="4F81BD" w:themeColor="accent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line="252" w:lineRule="auto"/>
      <w:outlineLvl w:val="8"/>
    </w:pPr>
    <w:rPr>
      <w:rFonts w:ascii="Cambria" w:eastAsia="Cambria" w:hAnsi="Cambria" w:cstheme="majorBidi"/>
      <w:color w:val="404040" w:themeColor="text1" w:themeTint="B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  <w:spacing w:line="252" w:lineRule="auto"/>
    </w:pPr>
    <w:rPr>
      <w:rFonts w:ascii="Cambria" w:eastAsia="Cambria" w:hAnsi="Cambria" w:cstheme="majorBidi"/>
      <w:color w:val="4F81BD" w:themeColor="accent1"/>
      <w:spacing w:val="15"/>
      <w:sz w:val="24"/>
      <w:szCs w:val="24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16"/>
      <w:szCs w:val="16"/>
      <w:lang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spacing w:line="252" w:lineRule="auto"/>
      <w:ind w:left="36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2">
    <w:name w:val="List 2"/>
    <w:basedOn w:val="Normal"/>
    <w:uiPriority w:val="99"/>
    <w:unhideWhenUsed/>
    <w:rsid w:val="00326F90"/>
    <w:pPr>
      <w:spacing w:line="252" w:lineRule="auto"/>
      <w:ind w:left="72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3">
    <w:name w:val="List 3"/>
    <w:basedOn w:val="Normal"/>
    <w:uiPriority w:val="99"/>
    <w:unhideWhenUsed/>
    <w:rsid w:val="00326F90"/>
    <w:pPr>
      <w:spacing w:line="252" w:lineRule="auto"/>
      <w:ind w:left="108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">
    <w:name w:val="List Continue"/>
    <w:basedOn w:val="Normal"/>
    <w:uiPriority w:val="99"/>
    <w:unhideWhenUsed/>
    <w:rsid w:val="0029639D"/>
    <w:pPr>
      <w:spacing w:after="120" w:line="252" w:lineRule="auto"/>
      <w:ind w:left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2">
    <w:name w:val="List Continue 2"/>
    <w:basedOn w:val="Normal"/>
    <w:uiPriority w:val="99"/>
    <w:unhideWhenUsed/>
    <w:rsid w:val="0029639D"/>
    <w:pPr>
      <w:spacing w:after="120"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3">
    <w:name w:val="List Continue 3"/>
    <w:basedOn w:val="Normal"/>
    <w:uiPriority w:val="99"/>
    <w:unhideWhenUsed/>
    <w:rsid w:val="0029639D"/>
    <w:pPr>
      <w:spacing w:after="120" w:line="252" w:lineRule="auto"/>
      <w:ind w:left="108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pPr>
      <w:spacing w:line="252" w:lineRule="auto"/>
    </w:pPr>
    <w:rPr>
      <w:rFonts w:ascii="Cambria" w:eastAsia="Cambria" w:hAnsi="Cambria" w:cs="Cambria"/>
      <w:color w:val="000000" w:themeColor="text1"/>
      <w:sz w:val="25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rFonts w:ascii="Cambria" w:eastAsia="Cambria" w:hAnsi="Cambria" w:cs="Cambria"/>
      <w:b/>
      <w:bCs/>
      <w:color w:val="4F81BD" w:themeColor="accent1"/>
      <w:sz w:val="18"/>
      <w:szCs w:val="18"/>
      <w:lang w:eastAsia="en-US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52" w:lineRule="auto"/>
      <w:ind w:left="936" w:right="936"/>
    </w:pPr>
    <w:rPr>
      <w:rFonts w:ascii="Cambria" w:eastAsia="Cambria" w:hAnsi="Cambria" w:cs="Cambria"/>
      <w:b/>
      <w:bCs/>
      <w:color w:val="4F81BD" w:themeColor="accent1"/>
      <w:sz w:val="25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resa\OneDrive%20-%20kbf.hr\Desktop\Obrasci%20s%20weba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KBF_memorandum_2026_prazan.dotx</Template>
  <TotalTime>14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Maja MK. Keresa</dc:creator>
  <cp:keywords/>
  <dc:description>generated by python-docx</dc:description>
  <cp:lastModifiedBy>Maja Kereša</cp:lastModifiedBy>
  <cp:revision>6</cp:revision>
  <dcterms:created xsi:type="dcterms:W3CDTF">2026-09-17T13:49:00Z</dcterms:created>
  <dcterms:modified xsi:type="dcterms:W3CDTF">2026-09-18T11:34:00Z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