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70"/>
        <w:gridCol w:w="1279"/>
        <w:gridCol w:w="2608"/>
        <w:gridCol w:w="2117"/>
        <w:gridCol w:w="2501"/>
      </w:tblGrid>
      <w:tr w:rsidR="00661BB2" w:rsidRPr="0048038D" w14:paraId="366A3F83" w14:textId="77777777" w:rsidTr="00F947BF">
        <w:trPr>
          <w:trHeight w:hRule="exact" w:val="567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6FF8C9FF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 xml:space="preserve">LIC.SC.-06 – ZAHTJEV ZA PROMJENU TEME I/ILI MENTORA </w:t>
            </w:r>
            <w:r w:rsidRPr="0048038D">
              <w:rPr>
                <w:rFonts w:ascii="Cambria" w:hAnsi="Cambria" w:cs="Arial"/>
                <w:b/>
                <w:sz w:val="22"/>
                <w:szCs w:val="22"/>
              </w:rPr>
              <w:br/>
              <w:t>LICENCIJATSKOGA RADA</w:t>
            </w:r>
          </w:p>
        </w:tc>
      </w:tr>
      <w:tr w:rsidR="00661BB2" w:rsidRPr="0048038D" w14:paraId="714E8852" w14:textId="77777777" w:rsidTr="00F947BF">
        <w:trPr>
          <w:trHeight w:hRule="exact" w:val="404"/>
          <w:jc w:val="center"/>
        </w:trPr>
        <w:tc>
          <w:tcPr>
            <w:tcW w:w="9924" w:type="dxa"/>
            <w:gridSpan w:val="6"/>
            <w:shd w:val="clear" w:color="auto" w:fill="EEECE1" w:themeFill="background2"/>
            <w:vAlign w:val="center"/>
          </w:tcPr>
          <w:p w14:paraId="25135271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661BB2" w:rsidRPr="0048038D" w14:paraId="1E4BE362" w14:textId="77777777" w:rsidTr="00F947BF">
        <w:trPr>
          <w:trHeight w:hRule="exact" w:val="431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6CD0B8BC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OPĆI PODATCI I KONTAKT PRISTUPNIKA/PRISTUPNICE</w:t>
            </w:r>
          </w:p>
        </w:tc>
      </w:tr>
      <w:tr w:rsidR="00661BB2" w:rsidRPr="0048038D" w14:paraId="4331425E" w14:textId="77777777" w:rsidTr="00F947BF">
        <w:trPr>
          <w:trHeight w:val="454"/>
          <w:jc w:val="center"/>
        </w:trPr>
        <w:tc>
          <w:tcPr>
            <w:tcW w:w="2698" w:type="dxa"/>
            <w:gridSpan w:val="3"/>
            <w:shd w:val="clear" w:color="auto" w:fill="BFBFBF"/>
            <w:vAlign w:val="center"/>
          </w:tcPr>
          <w:p w14:paraId="605EED68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Ime i prezime pristupnika/pristupnice</w:t>
            </w:r>
          </w:p>
        </w:tc>
        <w:tc>
          <w:tcPr>
            <w:tcW w:w="7226" w:type="dxa"/>
            <w:gridSpan w:val="3"/>
            <w:vAlign w:val="center"/>
          </w:tcPr>
          <w:p w14:paraId="34C6A193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61BB2" w:rsidRPr="0048038D" w14:paraId="01F9F763" w14:textId="77777777" w:rsidTr="00F947BF">
        <w:trPr>
          <w:trHeight w:val="454"/>
          <w:jc w:val="center"/>
        </w:trPr>
        <w:tc>
          <w:tcPr>
            <w:tcW w:w="2698" w:type="dxa"/>
            <w:gridSpan w:val="3"/>
            <w:shd w:val="clear" w:color="auto" w:fill="BFBFBF"/>
            <w:vAlign w:val="center"/>
          </w:tcPr>
          <w:p w14:paraId="53CBF24E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 xml:space="preserve">Matični broj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48038D">
              <w:rPr>
                <w:rFonts w:ascii="Cambria" w:hAnsi="Cambria" w:cs="Arial"/>
                <w:b/>
                <w:sz w:val="22"/>
                <w:szCs w:val="22"/>
              </w:rPr>
              <w:t>pristupnika/pristupnice</w:t>
            </w:r>
          </w:p>
        </w:tc>
        <w:tc>
          <w:tcPr>
            <w:tcW w:w="7226" w:type="dxa"/>
            <w:gridSpan w:val="3"/>
            <w:vAlign w:val="center"/>
          </w:tcPr>
          <w:p w14:paraId="521B723A" w14:textId="77777777" w:rsidR="00661BB2" w:rsidRPr="0048038D" w:rsidRDefault="00661BB2" w:rsidP="00F947BF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61BB2" w:rsidRPr="0048038D" w14:paraId="16C01B58" w14:textId="77777777" w:rsidTr="00F947BF">
        <w:trPr>
          <w:trHeight w:val="454"/>
          <w:jc w:val="center"/>
        </w:trPr>
        <w:tc>
          <w:tcPr>
            <w:tcW w:w="1419" w:type="dxa"/>
            <w:gridSpan w:val="2"/>
            <w:vMerge w:val="restart"/>
            <w:shd w:val="clear" w:color="auto" w:fill="BFBFBF"/>
            <w:vAlign w:val="center"/>
          </w:tcPr>
          <w:p w14:paraId="6D943C0C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Naslov teme</w:t>
            </w:r>
          </w:p>
        </w:tc>
        <w:tc>
          <w:tcPr>
            <w:tcW w:w="1279" w:type="dxa"/>
            <w:shd w:val="clear" w:color="auto" w:fill="BFBFBF"/>
            <w:vAlign w:val="center"/>
          </w:tcPr>
          <w:p w14:paraId="6AD08335" w14:textId="77777777" w:rsidR="00661BB2" w:rsidRPr="0048038D" w:rsidRDefault="00661BB2" w:rsidP="00F947BF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48038D">
              <w:rPr>
                <w:rFonts w:ascii="Cambria" w:hAnsi="Cambria" w:cs="Arial"/>
                <w:i/>
                <w:sz w:val="22"/>
                <w:szCs w:val="22"/>
              </w:rPr>
              <w:t>Hrvatski</w:t>
            </w:r>
          </w:p>
        </w:tc>
        <w:tc>
          <w:tcPr>
            <w:tcW w:w="7226" w:type="dxa"/>
            <w:gridSpan w:val="3"/>
            <w:vAlign w:val="center"/>
          </w:tcPr>
          <w:p w14:paraId="5C4679EB" w14:textId="77777777" w:rsidR="00661BB2" w:rsidRPr="0048038D" w:rsidRDefault="00661BB2" w:rsidP="00F947BF">
            <w:pPr>
              <w:jc w:val="both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661BB2" w:rsidRPr="0048038D" w14:paraId="348658D7" w14:textId="77777777" w:rsidTr="00F947BF">
        <w:trPr>
          <w:trHeight w:val="454"/>
          <w:jc w:val="center"/>
        </w:trPr>
        <w:tc>
          <w:tcPr>
            <w:tcW w:w="1419" w:type="dxa"/>
            <w:gridSpan w:val="2"/>
            <w:vMerge/>
            <w:shd w:val="clear" w:color="auto" w:fill="BFBFBF"/>
            <w:vAlign w:val="center"/>
          </w:tcPr>
          <w:p w14:paraId="62E5B2D1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279" w:type="dxa"/>
            <w:shd w:val="clear" w:color="auto" w:fill="BFBFBF"/>
            <w:vAlign w:val="center"/>
          </w:tcPr>
          <w:p w14:paraId="2109F071" w14:textId="77777777" w:rsidR="00661BB2" w:rsidRPr="0048038D" w:rsidRDefault="00661BB2" w:rsidP="00F947BF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48038D">
              <w:rPr>
                <w:rFonts w:ascii="Cambria" w:hAnsi="Cambria" w:cs="Arial"/>
                <w:i/>
                <w:sz w:val="22"/>
                <w:szCs w:val="22"/>
              </w:rPr>
              <w:t>Engleski</w:t>
            </w:r>
          </w:p>
        </w:tc>
        <w:tc>
          <w:tcPr>
            <w:tcW w:w="7226" w:type="dxa"/>
            <w:gridSpan w:val="3"/>
            <w:vAlign w:val="center"/>
          </w:tcPr>
          <w:p w14:paraId="1559E3D6" w14:textId="77777777" w:rsidR="00661BB2" w:rsidRPr="0048038D" w:rsidRDefault="00661BB2" w:rsidP="00F947BF">
            <w:pPr>
              <w:jc w:val="both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661BB2" w:rsidRPr="0048038D" w14:paraId="4B275F5F" w14:textId="77777777" w:rsidTr="00F947BF">
        <w:trPr>
          <w:trHeight w:val="454"/>
          <w:jc w:val="center"/>
        </w:trPr>
        <w:tc>
          <w:tcPr>
            <w:tcW w:w="1419" w:type="dxa"/>
            <w:gridSpan w:val="2"/>
            <w:vMerge/>
            <w:shd w:val="clear" w:color="auto" w:fill="BFBFBF"/>
            <w:vAlign w:val="center"/>
          </w:tcPr>
          <w:p w14:paraId="210B109E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279" w:type="dxa"/>
            <w:shd w:val="clear" w:color="auto" w:fill="BFBFBF"/>
            <w:vAlign w:val="center"/>
          </w:tcPr>
          <w:p w14:paraId="40892F14" w14:textId="77777777" w:rsidR="00661BB2" w:rsidRPr="0048038D" w:rsidRDefault="00661BB2" w:rsidP="00F947BF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48038D">
              <w:rPr>
                <w:rFonts w:ascii="Cambria" w:hAnsi="Cambria" w:cs="Arial"/>
                <w:i/>
                <w:sz w:val="22"/>
                <w:szCs w:val="22"/>
              </w:rPr>
              <w:t>Jezik pisanja rada</w:t>
            </w:r>
          </w:p>
        </w:tc>
        <w:tc>
          <w:tcPr>
            <w:tcW w:w="7226" w:type="dxa"/>
            <w:gridSpan w:val="3"/>
            <w:vAlign w:val="center"/>
          </w:tcPr>
          <w:p w14:paraId="69DFD626" w14:textId="77777777" w:rsidR="00661BB2" w:rsidRPr="0048038D" w:rsidRDefault="00661BB2" w:rsidP="00F947BF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61BB2" w:rsidRPr="0048038D" w14:paraId="2AEC6EA0" w14:textId="77777777" w:rsidTr="00F947BF">
        <w:trPr>
          <w:trHeight w:val="454"/>
          <w:jc w:val="center"/>
        </w:trPr>
        <w:tc>
          <w:tcPr>
            <w:tcW w:w="2698" w:type="dxa"/>
            <w:gridSpan w:val="3"/>
            <w:shd w:val="clear" w:color="auto" w:fill="BFBFBF"/>
            <w:vAlign w:val="center"/>
          </w:tcPr>
          <w:p w14:paraId="4082AB1C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Modul</w:t>
            </w:r>
          </w:p>
        </w:tc>
        <w:tc>
          <w:tcPr>
            <w:tcW w:w="7226" w:type="dxa"/>
            <w:gridSpan w:val="3"/>
            <w:vAlign w:val="center"/>
          </w:tcPr>
          <w:p w14:paraId="6FEB24B7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61BB2" w:rsidRPr="0048038D" w14:paraId="7746C9EE" w14:textId="77777777" w:rsidTr="00F947BF">
        <w:trPr>
          <w:trHeight w:val="852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4B5CCA90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NOVI NASLOV TEME</w:t>
            </w:r>
          </w:p>
          <w:p w14:paraId="41D3D95E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585E83">
              <w:rPr>
                <w:rFonts w:ascii="Cambria" w:hAnsi="Cambria" w:cs="Arial"/>
              </w:rPr>
              <w:t xml:space="preserve">(Ispuniti samo ako se želi promijeniti tema </w:t>
            </w:r>
            <w:proofErr w:type="spellStart"/>
            <w:r w:rsidRPr="00585E83">
              <w:rPr>
                <w:rFonts w:ascii="Cambria" w:hAnsi="Cambria" w:cs="Arial"/>
              </w:rPr>
              <w:t>licencijatskoga</w:t>
            </w:r>
            <w:proofErr w:type="spellEnd"/>
            <w:r w:rsidRPr="00585E83">
              <w:rPr>
                <w:rFonts w:ascii="Cambria" w:hAnsi="Cambria" w:cs="Arial"/>
              </w:rPr>
              <w:t xml:space="preserve"> rada. </w:t>
            </w:r>
            <w:r w:rsidRPr="00585E83">
              <w:rPr>
                <w:rFonts w:ascii="Cambria" w:hAnsi="Cambria" w:cs="Arial"/>
              </w:rPr>
              <w:br/>
              <w:t>U tom slučaju uz ovaj obrazac potrebno je priložiti i novi obrazac LIC.SC.-01)</w:t>
            </w:r>
          </w:p>
        </w:tc>
      </w:tr>
      <w:tr w:rsidR="00661BB2" w:rsidRPr="0048038D" w14:paraId="05F7527A" w14:textId="77777777" w:rsidTr="00F947BF">
        <w:trPr>
          <w:trHeight w:val="425"/>
          <w:jc w:val="center"/>
        </w:trPr>
        <w:tc>
          <w:tcPr>
            <w:tcW w:w="1349" w:type="dxa"/>
            <w:vMerge w:val="restart"/>
            <w:shd w:val="clear" w:color="auto" w:fill="BFBFBF"/>
            <w:vAlign w:val="center"/>
          </w:tcPr>
          <w:p w14:paraId="71BDA70B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Novi naslov teme</w:t>
            </w:r>
          </w:p>
        </w:tc>
        <w:tc>
          <w:tcPr>
            <w:tcW w:w="1349" w:type="dxa"/>
            <w:gridSpan w:val="2"/>
            <w:shd w:val="clear" w:color="auto" w:fill="BFBFBF"/>
            <w:vAlign w:val="center"/>
          </w:tcPr>
          <w:p w14:paraId="13BE4D4E" w14:textId="77777777" w:rsidR="00661BB2" w:rsidRPr="0048038D" w:rsidRDefault="00661BB2" w:rsidP="00F947BF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48038D">
              <w:rPr>
                <w:rFonts w:ascii="Cambria" w:hAnsi="Cambria" w:cs="Arial"/>
                <w:i/>
                <w:sz w:val="22"/>
                <w:szCs w:val="22"/>
              </w:rPr>
              <w:t>Hrvatski</w:t>
            </w:r>
          </w:p>
        </w:tc>
        <w:tc>
          <w:tcPr>
            <w:tcW w:w="7226" w:type="dxa"/>
            <w:gridSpan w:val="3"/>
            <w:vAlign w:val="center"/>
          </w:tcPr>
          <w:p w14:paraId="06A86A01" w14:textId="77777777" w:rsidR="00661BB2" w:rsidRPr="0048038D" w:rsidRDefault="00661BB2" w:rsidP="00F947BF">
            <w:pPr>
              <w:jc w:val="both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661BB2" w:rsidRPr="0048038D" w14:paraId="5710A11A" w14:textId="77777777" w:rsidTr="00F947BF">
        <w:trPr>
          <w:trHeight w:val="403"/>
          <w:jc w:val="center"/>
        </w:trPr>
        <w:tc>
          <w:tcPr>
            <w:tcW w:w="1349" w:type="dxa"/>
            <w:vMerge/>
            <w:shd w:val="clear" w:color="auto" w:fill="BFBFBF"/>
            <w:vAlign w:val="center"/>
          </w:tcPr>
          <w:p w14:paraId="7C23C8F1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349" w:type="dxa"/>
            <w:gridSpan w:val="2"/>
            <w:shd w:val="clear" w:color="auto" w:fill="BFBFBF"/>
            <w:vAlign w:val="center"/>
          </w:tcPr>
          <w:p w14:paraId="03E0AF5B" w14:textId="77777777" w:rsidR="00661BB2" w:rsidRPr="0048038D" w:rsidRDefault="00661BB2" w:rsidP="00F947BF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48038D">
              <w:rPr>
                <w:rFonts w:ascii="Cambria" w:hAnsi="Cambria" w:cs="Arial"/>
                <w:i/>
                <w:sz w:val="22"/>
                <w:szCs w:val="22"/>
              </w:rPr>
              <w:t>Engleski</w:t>
            </w:r>
          </w:p>
        </w:tc>
        <w:tc>
          <w:tcPr>
            <w:tcW w:w="7226" w:type="dxa"/>
            <w:gridSpan w:val="3"/>
            <w:vAlign w:val="center"/>
          </w:tcPr>
          <w:p w14:paraId="5DB3D574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661BB2" w:rsidRPr="0048038D" w14:paraId="757BB9E8" w14:textId="77777777" w:rsidTr="00F947BF">
        <w:trPr>
          <w:trHeight w:val="246"/>
          <w:jc w:val="center"/>
        </w:trPr>
        <w:tc>
          <w:tcPr>
            <w:tcW w:w="1349" w:type="dxa"/>
            <w:vMerge/>
            <w:shd w:val="clear" w:color="auto" w:fill="BFBFBF"/>
            <w:vAlign w:val="center"/>
          </w:tcPr>
          <w:p w14:paraId="340133BE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349" w:type="dxa"/>
            <w:gridSpan w:val="2"/>
            <w:shd w:val="clear" w:color="auto" w:fill="BFBFBF"/>
            <w:vAlign w:val="center"/>
          </w:tcPr>
          <w:p w14:paraId="2D2ADCF0" w14:textId="77777777" w:rsidR="00661BB2" w:rsidRPr="0048038D" w:rsidRDefault="00661BB2" w:rsidP="00F947BF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48038D">
              <w:rPr>
                <w:rFonts w:ascii="Cambria" w:hAnsi="Cambria" w:cs="Arial"/>
                <w:i/>
                <w:sz w:val="22"/>
                <w:szCs w:val="22"/>
              </w:rPr>
              <w:t>Jezik pisanja rada</w:t>
            </w:r>
          </w:p>
        </w:tc>
        <w:tc>
          <w:tcPr>
            <w:tcW w:w="7226" w:type="dxa"/>
            <w:gridSpan w:val="3"/>
            <w:vAlign w:val="center"/>
          </w:tcPr>
          <w:p w14:paraId="606A9FA7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61BB2" w:rsidRPr="0048038D" w14:paraId="2FDA9554" w14:textId="77777777" w:rsidTr="00F947BF">
        <w:trPr>
          <w:trHeight w:val="491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2697FD3B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 xml:space="preserve">OBRAZLOŽENJE ZAHTJEVA ZA PROMJENU TEME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I/</w:t>
            </w:r>
            <w:r w:rsidRPr="0048038D">
              <w:rPr>
                <w:rFonts w:ascii="Cambria" w:hAnsi="Cambria" w:cs="Arial"/>
                <w:b/>
                <w:sz w:val="22"/>
                <w:szCs w:val="22"/>
              </w:rPr>
              <w:t>ILI MENTORA</w:t>
            </w:r>
          </w:p>
        </w:tc>
      </w:tr>
      <w:tr w:rsidR="00661BB2" w:rsidRPr="0048038D" w14:paraId="6C29C55C" w14:textId="77777777" w:rsidTr="00F947BF">
        <w:trPr>
          <w:trHeight w:val="246"/>
          <w:jc w:val="center"/>
        </w:trPr>
        <w:tc>
          <w:tcPr>
            <w:tcW w:w="9924" w:type="dxa"/>
            <w:gridSpan w:val="6"/>
            <w:shd w:val="clear" w:color="auto" w:fill="FFFFFF" w:themeFill="background1"/>
            <w:vAlign w:val="center"/>
          </w:tcPr>
          <w:p w14:paraId="6F9F89A2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...</w:t>
            </w:r>
          </w:p>
          <w:p w14:paraId="56700F0D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23FE41A9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61BB2" w:rsidRPr="0048038D" w14:paraId="2BD5BF2B" w14:textId="77777777" w:rsidTr="00F947BF">
        <w:trPr>
          <w:trHeight w:val="246"/>
          <w:jc w:val="center"/>
        </w:trPr>
        <w:tc>
          <w:tcPr>
            <w:tcW w:w="9924" w:type="dxa"/>
            <w:gridSpan w:val="6"/>
            <w:shd w:val="clear" w:color="auto" w:fill="BFBFBF" w:themeFill="background1" w:themeFillShade="BF"/>
            <w:vAlign w:val="center"/>
          </w:tcPr>
          <w:p w14:paraId="198559E1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PODATCI O MENTORU</w:t>
            </w:r>
          </w:p>
        </w:tc>
      </w:tr>
      <w:tr w:rsidR="00661BB2" w:rsidRPr="0048038D" w14:paraId="1231A33D" w14:textId="77777777" w:rsidTr="00F947BF">
        <w:trPr>
          <w:trHeight w:val="567"/>
          <w:jc w:val="center"/>
        </w:trPr>
        <w:tc>
          <w:tcPr>
            <w:tcW w:w="2698" w:type="dxa"/>
            <w:gridSpan w:val="3"/>
            <w:vMerge w:val="restart"/>
            <w:shd w:val="clear" w:color="auto" w:fill="BFBFBF"/>
            <w:vAlign w:val="center"/>
          </w:tcPr>
          <w:p w14:paraId="42139177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Prvi mentor:</w:t>
            </w:r>
          </w:p>
        </w:tc>
        <w:tc>
          <w:tcPr>
            <w:tcW w:w="2608" w:type="dxa"/>
            <w:vAlign w:val="center"/>
          </w:tcPr>
          <w:p w14:paraId="03C04898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Titula, ime i prezime:</w:t>
            </w:r>
          </w:p>
        </w:tc>
        <w:tc>
          <w:tcPr>
            <w:tcW w:w="2117" w:type="dxa"/>
            <w:vAlign w:val="center"/>
          </w:tcPr>
          <w:p w14:paraId="02AD91D7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Ustanova:</w:t>
            </w:r>
          </w:p>
        </w:tc>
        <w:tc>
          <w:tcPr>
            <w:tcW w:w="2501" w:type="dxa"/>
            <w:vAlign w:val="center"/>
          </w:tcPr>
          <w:p w14:paraId="57C0956F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E-pošta:</w:t>
            </w:r>
          </w:p>
        </w:tc>
      </w:tr>
      <w:tr w:rsidR="00661BB2" w:rsidRPr="0048038D" w14:paraId="7C7EBE96" w14:textId="77777777" w:rsidTr="00F947BF">
        <w:trPr>
          <w:trHeight w:val="567"/>
          <w:jc w:val="center"/>
        </w:trPr>
        <w:tc>
          <w:tcPr>
            <w:tcW w:w="2698" w:type="dxa"/>
            <w:gridSpan w:val="3"/>
            <w:vMerge/>
            <w:shd w:val="clear" w:color="auto" w:fill="BFBFBF"/>
            <w:vAlign w:val="center"/>
          </w:tcPr>
          <w:p w14:paraId="15501276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3BE0EE4B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117" w:type="dxa"/>
            <w:vAlign w:val="center"/>
          </w:tcPr>
          <w:p w14:paraId="3F227A47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501" w:type="dxa"/>
            <w:vAlign w:val="center"/>
          </w:tcPr>
          <w:p w14:paraId="28B9D720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661BB2" w:rsidRPr="0048038D" w14:paraId="2D3D4EB7" w14:textId="77777777" w:rsidTr="00F947BF">
        <w:trPr>
          <w:trHeight w:val="567"/>
          <w:jc w:val="center"/>
        </w:trPr>
        <w:tc>
          <w:tcPr>
            <w:tcW w:w="2698" w:type="dxa"/>
            <w:gridSpan w:val="3"/>
            <w:vMerge w:val="restart"/>
            <w:shd w:val="clear" w:color="auto" w:fill="BFBFBF"/>
            <w:vAlign w:val="center"/>
          </w:tcPr>
          <w:p w14:paraId="25628A23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Drugi mentor:</w:t>
            </w:r>
          </w:p>
        </w:tc>
        <w:tc>
          <w:tcPr>
            <w:tcW w:w="2608" w:type="dxa"/>
            <w:vAlign w:val="center"/>
          </w:tcPr>
          <w:p w14:paraId="505A2E1D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Titula, ime i prezime:</w:t>
            </w:r>
          </w:p>
        </w:tc>
        <w:tc>
          <w:tcPr>
            <w:tcW w:w="2117" w:type="dxa"/>
            <w:vAlign w:val="center"/>
          </w:tcPr>
          <w:p w14:paraId="2EA800BA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Ustanova:</w:t>
            </w:r>
          </w:p>
        </w:tc>
        <w:tc>
          <w:tcPr>
            <w:tcW w:w="2501" w:type="dxa"/>
            <w:vAlign w:val="center"/>
          </w:tcPr>
          <w:p w14:paraId="7E30B283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E-pošta:</w:t>
            </w:r>
          </w:p>
        </w:tc>
      </w:tr>
      <w:tr w:rsidR="00661BB2" w:rsidRPr="0048038D" w14:paraId="6696F3F9" w14:textId="77777777" w:rsidTr="00F947BF">
        <w:trPr>
          <w:trHeight w:val="567"/>
          <w:jc w:val="center"/>
        </w:trPr>
        <w:tc>
          <w:tcPr>
            <w:tcW w:w="2698" w:type="dxa"/>
            <w:gridSpan w:val="3"/>
            <w:vMerge/>
            <w:shd w:val="clear" w:color="auto" w:fill="BFBFBF"/>
            <w:vAlign w:val="center"/>
          </w:tcPr>
          <w:p w14:paraId="24019787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6C1ECFBC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117" w:type="dxa"/>
            <w:vAlign w:val="center"/>
          </w:tcPr>
          <w:p w14:paraId="75145A40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501" w:type="dxa"/>
            <w:vAlign w:val="center"/>
          </w:tcPr>
          <w:p w14:paraId="28D74C4D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661BB2" w:rsidRPr="0048038D" w14:paraId="5E513AA0" w14:textId="77777777" w:rsidTr="00F947BF">
        <w:trPr>
          <w:trHeight w:val="567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481A74AB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NOVI MENTOR</w:t>
            </w:r>
          </w:p>
          <w:p w14:paraId="39FA9C76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6863D8">
              <w:rPr>
                <w:rFonts w:ascii="Cambria" w:hAnsi="Cambria" w:cs="Arial"/>
              </w:rPr>
              <w:t>(Ispuniti samo ako se želi promijeniti mentora.)</w:t>
            </w:r>
          </w:p>
        </w:tc>
      </w:tr>
      <w:tr w:rsidR="00661BB2" w:rsidRPr="0048038D" w14:paraId="2733B82E" w14:textId="77777777" w:rsidTr="00F947BF">
        <w:trPr>
          <w:trHeight w:val="238"/>
          <w:jc w:val="center"/>
        </w:trPr>
        <w:tc>
          <w:tcPr>
            <w:tcW w:w="2698" w:type="dxa"/>
            <w:gridSpan w:val="3"/>
            <w:vMerge w:val="restart"/>
            <w:shd w:val="clear" w:color="auto" w:fill="BFBFBF"/>
            <w:vAlign w:val="center"/>
          </w:tcPr>
          <w:p w14:paraId="6D42EB35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Prvi mentor:</w:t>
            </w:r>
          </w:p>
          <w:p w14:paraId="3B463D5A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10AC6B28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41979F9E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Titula, ime i prezime:</w:t>
            </w:r>
          </w:p>
        </w:tc>
        <w:tc>
          <w:tcPr>
            <w:tcW w:w="2117" w:type="dxa"/>
            <w:vAlign w:val="center"/>
          </w:tcPr>
          <w:p w14:paraId="70D3522D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Ustanova:</w:t>
            </w:r>
          </w:p>
        </w:tc>
        <w:tc>
          <w:tcPr>
            <w:tcW w:w="2501" w:type="dxa"/>
            <w:vAlign w:val="center"/>
          </w:tcPr>
          <w:p w14:paraId="76048A1F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E-pošta:</w:t>
            </w:r>
          </w:p>
        </w:tc>
      </w:tr>
      <w:tr w:rsidR="00661BB2" w:rsidRPr="0048038D" w14:paraId="4DCC88A1" w14:textId="77777777" w:rsidTr="00F947BF">
        <w:trPr>
          <w:trHeight w:val="238"/>
          <w:jc w:val="center"/>
        </w:trPr>
        <w:tc>
          <w:tcPr>
            <w:tcW w:w="2698" w:type="dxa"/>
            <w:gridSpan w:val="3"/>
            <w:vMerge/>
            <w:shd w:val="clear" w:color="auto" w:fill="BFBFBF"/>
            <w:vAlign w:val="center"/>
          </w:tcPr>
          <w:p w14:paraId="062D8C5D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1C6E827C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117" w:type="dxa"/>
            <w:vAlign w:val="center"/>
          </w:tcPr>
          <w:p w14:paraId="56909973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501" w:type="dxa"/>
            <w:vAlign w:val="center"/>
          </w:tcPr>
          <w:p w14:paraId="045BB8C8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661BB2" w:rsidRPr="0048038D" w14:paraId="5B3F5300" w14:textId="77777777" w:rsidTr="00F947BF">
        <w:trPr>
          <w:trHeight w:val="125"/>
          <w:jc w:val="center"/>
        </w:trPr>
        <w:tc>
          <w:tcPr>
            <w:tcW w:w="2698" w:type="dxa"/>
            <w:gridSpan w:val="3"/>
            <w:vMerge w:val="restart"/>
            <w:shd w:val="clear" w:color="auto" w:fill="BFBFBF"/>
            <w:vAlign w:val="center"/>
          </w:tcPr>
          <w:p w14:paraId="3AA25644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00D43703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Drugi mentor:</w:t>
            </w:r>
          </w:p>
          <w:p w14:paraId="684F2C6E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40685699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Titula, ime i prezime:</w:t>
            </w:r>
          </w:p>
        </w:tc>
        <w:tc>
          <w:tcPr>
            <w:tcW w:w="2117" w:type="dxa"/>
            <w:vAlign w:val="center"/>
          </w:tcPr>
          <w:p w14:paraId="7DCEFA54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Ustanova:</w:t>
            </w:r>
          </w:p>
        </w:tc>
        <w:tc>
          <w:tcPr>
            <w:tcW w:w="2501" w:type="dxa"/>
            <w:vAlign w:val="center"/>
          </w:tcPr>
          <w:p w14:paraId="0866650D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E-pošta:</w:t>
            </w:r>
          </w:p>
        </w:tc>
      </w:tr>
      <w:tr w:rsidR="00661BB2" w:rsidRPr="0048038D" w14:paraId="3C548076" w14:textId="77777777" w:rsidTr="00F947BF">
        <w:trPr>
          <w:trHeight w:val="125"/>
          <w:jc w:val="center"/>
        </w:trPr>
        <w:tc>
          <w:tcPr>
            <w:tcW w:w="2698" w:type="dxa"/>
            <w:gridSpan w:val="3"/>
            <w:vMerge/>
            <w:shd w:val="clear" w:color="auto" w:fill="BFBFBF"/>
            <w:vAlign w:val="center"/>
          </w:tcPr>
          <w:p w14:paraId="27601871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2C96810B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117" w:type="dxa"/>
            <w:vAlign w:val="center"/>
          </w:tcPr>
          <w:p w14:paraId="24E13C3E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501" w:type="dxa"/>
            <w:vAlign w:val="center"/>
          </w:tcPr>
          <w:p w14:paraId="6FD0E7AB" w14:textId="77777777" w:rsidR="00661BB2" w:rsidRPr="0048038D" w:rsidRDefault="00661BB2" w:rsidP="00F947BF">
            <w:pPr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038D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038D">
              <w:rPr>
                <w:rFonts w:ascii="Cambria" w:hAnsi="Cambria" w:cs="Arial"/>
                <w:sz w:val="22"/>
                <w:szCs w:val="22"/>
              </w:rPr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038D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661BB2" w:rsidRPr="0048038D" w14:paraId="3B22FDA3" w14:textId="77777777" w:rsidTr="00F947BF">
        <w:trPr>
          <w:trHeight w:val="567"/>
          <w:jc w:val="center"/>
        </w:trPr>
        <w:tc>
          <w:tcPr>
            <w:tcW w:w="9924" w:type="dxa"/>
            <w:gridSpan w:val="6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0D0F3BB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OČITOVANJE MENTORA ILI VODITELJA STUDIJA O ZAHTJEVU</w:t>
            </w:r>
          </w:p>
        </w:tc>
      </w:tr>
      <w:tr w:rsidR="00661BB2" w:rsidRPr="0048038D" w14:paraId="4AA6C6AC" w14:textId="77777777" w:rsidTr="00F947BF">
        <w:trPr>
          <w:trHeight w:val="567"/>
          <w:jc w:val="center"/>
        </w:trPr>
        <w:tc>
          <w:tcPr>
            <w:tcW w:w="9924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69329A" w14:textId="77777777" w:rsidR="00661BB2" w:rsidRPr="005768AE" w:rsidRDefault="00661BB2" w:rsidP="00F947BF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...</w:t>
            </w:r>
          </w:p>
          <w:p w14:paraId="06C7165D" w14:textId="77777777" w:rsidR="00661BB2" w:rsidRPr="005768AE" w:rsidRDefault="00661BB2" w:rsidP="00F947BF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1EB1AE27" w14:textId="77777777" w:rsidR="00661BB2" w:rsidRPr="005768AE" w:rsidRDefault="00661BB2" w:rsidP="00F947BF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172C2C5" w14:textId="77777777" w:rsidR="00661BB2" w:rsidRPr="005768AE" w:rsidRDefault="00661BB2" w:rsidP="00F947BF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661BB2" w:rsidRPr="0048038D" w14:paraId="2D2B9EDE" w14:textId="77777777" w:rsidTr="00F947BF">
        <w:trPr>
          <w:trHeight w:val="567"/>
          <w:jc w:val="center"/>
        </w:trPr>
        <w:tc>
          <w:tcPr>
            <w:tcW w:w="9924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09CC8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Mjesto, datum i potpis:</w:t>
            </w:r>
          </w:p>
        </w:tc>
      </w:tr>
      <w:tr w:rsidR="00661BB2" w:rsidRPr="0048038D" w14:paraId="15EF87D8" w14:textId="77777777" w:rsidTr="00F947BF">
        <w:trPr>
          <w:trHeight w:val="567"/>
          <w:jc w:val="center"/>
        </w:trPr>
        <w:tc>
          <w:tcPr>
            <w:tcW w:w="9924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7A6803" w14:textId="77777777" w:rsidR="00661BB2" w:rsidRPr="0048038D" w:rsidRDefault="00661BB2" w:rsidP="00F947BF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t>U Zagrebu,</w:t>
            </w:r>
          </w:p>
          <w:p w14:paraId="5BF53239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6894ADB7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2AD92CBC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t>Potpis</w:t>
            </w:r>
            <w:r>
              <w:rPr>
                <w:rFonts w:ascii="Cambria" w:hAnsi="Cambria" w:cs="Arial"/>
                <w:sz w:val="22"/>
                <w:szCs w:val="22"/>
              </w:rPr>
              <w:t>:</w:t>
            </w:r>
          </w:p>
          <w:p w14:paraId="6895E74F" w14:textId="77777777" w:rsidR="00661BB2" w:rsidRPr="0048038D" w:rsidRDefault="00661BB2" w:rsidP="00F947BF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59D7B8AF" w14:textId="77777777" w:rsidR="00661BB2" w:rsidRPr="0048038D" w:rsidRDefault="00661BB2" w:rsidP="00F947BF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__________________________________________________</w:t>
            </w:r>
          </w:p>
          <w:p w14:paraId="43D4FC7F" w14:textId="77777777" w:rsidR="00661BB2" w:rsidRPr="00240A2E" w:rsidRDefault="00661BB2" w:rsidP="00F947BF">
            <w:pPr>
              <w:jc w:val="right"/>
              <w:rPr>
                <w:rFonts w:ascii="Cambria" w:hAnsi="Cambria" w:cs="Arial"/>
              </w:rPr>
            </w:pPr>
            <w:r w:rsidRPr="00240A2E">
              <w:rPr>
                <w:rFonts w:ascii="Cambria" w:hAnsi="Cambria" w:cs="Arial"/>
              </w:rPr>
              <w:t>(ime i prezime pristupnika/pristupnice)</w:t>
            </w:r>
          </w:p>
          <w:p w14:paraId="5CE775B1" w14:textId="77777777" w:rsidR="00661BB2" w:rsidRDefault="00661BB2" w:rsidP="00F947BF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369AF42C" w14:textId="77777777" w:rsidR="00661BB2" w:rsidRPr="0048038D" w:rsidRDefault="00661BB2" w:rsidP="00F947BF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719612E6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t>Potpis</w:t>
            </w:r>
            <w:r>
              <w:rPr>
                <w:rFonts w:ascii="Cambria" w:hAnsi="Cambria" w:cs="Arial"/>
                <w:sz w:val="22"/>
                <w:szCs w:val="22"/>
              </w:rPr>
              <w:t>:</w:t>
            </w:r>
          </w:p>
          <w:p w14:paraId="255FF65F" w14:textId="77777777" w:rsidR="00661BB2" w:rsidRPr="0048038D" w:rsidRDefault="00661BB2" w:rsidP="00F947BF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6D7B54E1" w14:textId="77777777" w:rsidR="00661BB2" w:rsidRPr="0048038D" w:rsidRDefault="00661BB2" w:rsidP="00F947BF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__________________________________________________</w:t>
            </w:r>
          </w:p>
          <w:p w14:paraId="2F7428AF" w14:textId="77777777" w:rsidR="00661BB2" w:rsidRPr="00240A2E" w:rsidRDefault="00661BB2" w:rsidP="00F947BF">
            <w:pPr>
              <w:jc w:val="right"/>
              <w:rPr>
                <w:rFonts w:ascii="Cambria" w:hAnsi="Cambria" w:cs="Arial"/>
              </w:rPr>
            </w:pPr>
            <w:r w:rsidRPr="00240A2E">
              <w:rPr>
                <w:rFonts w:ascii="Cambria" w:hAnsi="Cambria" w:cs="Arial"/>
              </w:rPr>
              <w:t>(ime i prezime mentora ili voditelja studija)</w:t>
            </w:r>
          </w:p>
          <w:p w14:paraId="16499F9D" w14:textId="77777777" w:rsidR="00661BB2" w:rsidRPr="0048038D" w:rsidRDefault="00661BB2" w:rsidP="00F947BF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217CFBF1" w14:textId="77777777" w:rsidR="00661BB2" w:rsidRDefault="00661BB2" w:rsidP="00F947BF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52D9FEFA" w14:textId="77777777" w:rsidR="00661BB2" w:rsidRPr="0048038D" w:rsidRDefault="00661BB2" w:rsidP="00F947BF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1017A007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8038D">
              <w:rPr>
                <w:rFonts w:ascii="Cambria" w:hAnsi="Cambria" w:cs="Arial"/>
                <w:sz w:val="22"/>
                <w:szCs w:val="22"/>
              </w:rPr>
              <w:t>Potpis</w:t>
            </w:r>
            <w:r>
              <w:rPr>
                <w:rFonts w:ascii="Cambria" w:hAnsi="Cambria" w:cs="Arial"/>
                <w:sz w:val="22"/>
                <w:szCs w:val="22"/>
              </w:rPr>
              <w:t>:</w:t>
            </w:r>
          </w:p>
          <w:p w14:paraId="7562F2E6" w14:textId="77777777" w:rsidR="00661BB2" w:rsidRPr="0048038D" w:rsidRDefault="00661BB2" w:rsidP="00F947BF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700D50E5" w14:textId="77777777" w:rsidR="00661BB2" w:rsidRPr="0048038D" w:rsidRDefault="00661BB2" w:rsidP="00F947BF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__________________________________________________</w:t>
            </w:r>
          </w:p>
          <w:p w14:paraId="49E55E65" w14:textId="77777777" w:rsidR="00661BB2" w:rsidRPr="00240A2E" w:rsidRDefault="00661BB2" w:rsidP="00F947BF">
            <w:pPr>
              <w:jc w:val="right"/>
              <w:rPr>
                <w:rFonts w:ascii="Cambria" w:hAnsi="Cambria" w:cs="Arial"/>
              </w:rPr>
            </w:pPr>
            <w:r w:rsidRPr="00240A2E">
              <w:rPr>
                <w:rFonts w:ascii="Cambria" w:hAnsi="Cambria" w:cs="Arial"/>
              </w:rPr>
              <w:t>(ime i prezime novog mentora)</w:t>
            </w:r>
          </w:p>
          <w:p w14:paraId="7F63369C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1C32EA6C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6857EC80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1018DE58" w14:textId="77777777" w:rsidR="00661BB2" w:rsidRPr="0048038D" w:rsidRDefault="00661BB2" w:rsidP="00F947B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8038D">
              <w:rPr>
                <w:rFonts w:ascii="Cambria" w:hAnsi="Cambria" w:cs="Arial"/>
                <w:b/>
                <w:sz w:val="22"/>
                <w:szCs w:val="22"/>
              </w:rPr>
              <w:t>M.P.</w:t>
            </w:r>
          </w:p>
          <w:p w14:paraId="25168267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6B95783D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6032BFA8" w14:textId="77777777" w:rsidR="00661BB2" w:rsidRPr="0048038D" w:rsidRDefault="00661BB2" w:rsidP="00F947BF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</w:tbl>
    <w:p w14:paraId="7F2BB102" w14:textId="77777777" w:rsidR="00FC6C5F" w:rsidRDefault="00FC6C5F"/>
    <w:sectPr w:rsidR="00FC6C5F" w:rsidSect="006A13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84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F3393" w14:textId="77777777" w:rsidR="00867E65" w:rsidRDefault="00867E65">
      <w:r>
        <w:separator/>
      </w:r>
    </w:p>
  </w:endnote>
  <w:endnote w:type="continuationSeparator" w:id="0">
    <w:p w14:paraId="361F48C7" w14:textId="77777777" w:rsidR="00867E65" w:rsidRDefault="00867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1A317" w14:textId="77777777" w:rsidR="00867E65" w:rsidRDefault="00867E65">
      <w:r>
        <w:separator/>
      </w:r>
    </w:p>
  </w:footnote>
  <w:footnote w:type="continuationSeparator" w:id="0">
    <w:p w14:paraId="3E84802F" w14:textId="77777777" w:rsidR="00867E65" w:rsidRDefault="00867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5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3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33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34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5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6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9639D"/>
    <w:rsid w:val="00326F90"/>
    <w:rsid w:val="00376C4A"/>
    <w:rsid w:val="0041107A"/>
    <w:rsid w:val="004A19C3"/>
    <w:rsid w:val="004C7A4D"/>
    <w:rsid w:val="00504C3E"/>
    <w:rsid w:val="005277EC"/>
    <w:rsid w:val="00601894"/>
    <w:rsid w:val="00661BB2"/>
    <w:rsid w:val="006A1326"/>
    <w:rsid w:val="006D564B"/>
    <w:rsid w:val="007A1388"/>
    <w:rsid w:val="008045D0"/>
    <w:rsid w:val="008104E2"/>
    <w:rsid w:val="0082595E"/>
    <w:rsid w:val="0084644A"/>
    <w:rsid w:val="00867E65"/>
    <w:rsid w:val="00956011"/>
    <w:rsid w:val="00A0668E"/>
    <w:rsid w:val="00AA1D8D"/>
    <w:rsid w:val="00AE3E35"/>
    <w:rsid w:val="00B47730"/>
    <w:rsid w:val="00C7370A"/>
    <w:rsid w:val="00C827FD"/>
    <w:rsid w:val="00CB0664"/>
    <w:rsid w:val="00D93D6A"/>
    <w:rsid w:val="00DE42E4"/>
    <w:rsid w:val="00E56703"/>
    <w:rsid w:val="00F051F3"/>
    <w:rsid w:val="00F51CB9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2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9</cp:revision>
  <dcterms:created xsi:type="dcterms:W3CDTF">2026-09-17T13:49:00Z</dcterms:created>
  <dcterms:modified xsi:type="dcterms:W3CDTF">2026-09-18T13:28:00Z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