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20C5F" w14:textId="77777777" w:rsidR="00704CC8" w:rsidRDefault="00704CC8" w:rsidP="00704CC8">
      <w:pPr>
        <w:ind w:hanging="567"/>
        <w:rPr>
          <w:rFonts w:ascii="Cambria" w:eastAsia="Calibri" w:hAnsi="Cambria"/>
          <w:b/>
        </w:rPr>
      </w:pPr>
      <w:r>
        <w:rPr>
          <w:rFonts w:ascii="Cambria" w:eastAsia="Calibri" w:hAnsi="Cambria"/>
          <w:b/>
        </w:rPr>
        <w:t>Referada poslijediplomskog studija</w:t>
      </w:r>
    </w:p>
    <w:p w14:paraId="24C1671D" w14:textId="77777777" w:rsidR="00704CC8" w:rsidRDefault="00704CC8" w:rsidP="00704CC8">
      <w:pPr>
        <w:ind w:left="-567"/>
        <w:outlineLvl w:val="0"/>
      </w:pPr>
      <w:r>
        <w:rPr>
          <w:rFonts w:ascii="Cambria" w:eastAsia="Calibri" w:hAnsi="Cambria"/>
        </w:rPr>
        <w:t xml:space="preserve">E-mail: </w:t>
      </w:r>
      <w:hyperlink r:id="rId11" w:history="1">
        <w:r w:rsidRPr="0093209F">
          <w:rPr>
            <w:rStyle w:val="Hiperveza"/>
            <w:rFonts w:ascii="Cambria" w:eastAsia="Calibri" w:hAnsi="Cambria"/>
          </w:rPr>
          <w:t>poslijediplomski@kbf.unizg.hr</w:t>
        </w:r>
      </w:hyperlink>
      <w:r>
        <w:t xml:space="preserve"> </w:t>
      </w:r>
    </w:p>
    <w:p w14:paraId="7907BBEF" w14:textId="3CFA73A5" w:rsidR="00704CC8" w:rsidRPr="00704CC8" w:rsidRDefault="00704CC8" w:rsidP="00704CC8">
      <w:pPr>
        <w:pStyle w:val="Bezproreda"/>
        <w:ind w:left="-567"/>
        <w:rPr>
          <w:b/>
        </w:rPr>
      </w:pPr>
      <w:r>
        <w:rPr>
          <w:sz w:val="20"/>
          <w:szCs w:val="20"/>
        </w:rPr>
        <w:t>Tel.: +385 1 21 17 629</w:t>
      </w:r>
      <w:r w:rsidRPr="00782153">
        <w:rPr>
          <w:sz w:val="20"/>
          <w:szCs w:val="20"/>
        </w:rPr>
        <w:t xml:space="preserve"> </w:t>
      </w:r>
    </w:p>
    <w:p w14:paraId="38C1C8F2" w14:textId="77777777" w:rsidR="00704CC8" w:rsidRDefault="00704CC8" w:rsidP="00704CC8">
      <w:pPr>
        <w:pStyle w:val="Bezproreda"/>
        <w:rPr>
          <w:b/>
        </w:rPr>
      </w:pPr>
    </w:p>
    <w:p w14:paraId="7D46AEF9" w14:textId="2AFBBACA" w:rsidR="00704CC8" w:rsidRDefault="00704CC8" w:rsidP="00704CC8">
      <w:pPr>
        <w:pStyle w:val="Bezproreda"/>
        <w:ind w:firstLine="4962"/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  <w:t xml:space="preserve">          SVEUČILIŠTE U ZAGREBU</w:t>
      </w:r>
    </w:p>
    <w:p w14:paraId="1BB3761A" w14:textId="77777777" w:rsidR="00704CC8" w:rsidRDefault="00704CC8" w:rsidP="00704CC8">
      <w:pPr>
        <w:pStyle w:val="Bezproreda"/>
        <w:ind w:firstLine="4962"/>
        <w:jc w:val="right"/>
        <w:rPr>
          <w:b/>
          <w:bCs/>
        </w:rPr>
      </w:pPr>
      <w:r>
        <w:rPr>
          <w:b/>
          <w:bCs/>
        </w:rPr>
        <w:t>KATOLIČKI BOGOSLOVNI FAKULTET</w:t>
      </w:r>
    </w:p>
    <w:p w14:paraId="4EC68FCC" w14:textId="77777777" w:rsidR="00704CC8" w:rsidRDefault="00704CC8" w:rsidP="00704CC8">
      <w:pPr>
        <w:pStyle w:val="Bezproreda"/>
        <w:ind w:firstLine="4962"/>
        <w:jc w:val="right"/>
        <w:rPr>
          <w:b/>
          <w:bCs/>
        </w:rPr>
      </w:pPr>
      <w:r>
        <w:rPr>
          <w:b/>
          <w:bCs/>
        </w:rPr>
        <w:t>Fakultetsko vijeće</w:t>
      </w:r>
    </w:p>
    <w:p w14:paraId="6F3728CA" w14:textId="77777777" w:rsidR="000E1EB5" w:rsidRDefault="00704CC8" w:rsidP="00704CC8">
      <w:pPr>
        <w:pStyle w:val="Bezproreda"/>
        <w:ind w:firstLine="4962"/>
        <w:jc w:val="right"/>
        <w:rPr>
          <w:b/>
          <w:bCs/>
        </w:rPr>
      </w:pPr>
      <w:r>
        <w:rPr>
          <w:b/>
          <w:bCs/>
        </w:rPr>
        <w:t>Vlaška 38, p.p. 5</w:t>
      </w:r>
      <w:r w:rsidR="000E1EB5">
        <w:rPr>
          <w:b/>
          <w:bCs/>
        </w:rPr>
        <w:t xml:space="preserve"> </w:t>
      </w:r>
    </w:p>
    <w:p w14:paraId="0ED97BE0" w14:textId="03D3CB9E" w:rsidR="00704CC8" w:rsidRPr="00704CC8" w:rsidRDefault="00704CC8" w:rsidP="00704CC8">
      <w:pPr>
        <w:pStyle w:val="Bezproreda"/>
        <w:ind w:firstLine="4962"/>
        <w:jc w:val="right"/>
        <w:rPr>
          <w:b/>
          <w:bCs/>
        </w:rPr>
      </w:pPr>
      <w:r>
        <w:rPr>
          <w:b/>
          <w:bCs/>
        </w:rPr>
        <w:t>HR–10000 Zagreb</w:t>
      </w:r>
    </w:p>
    <w:p w14:paraId="4871F187" w14:textId="77777777" w:rsidR="00704CC8" w:rsidRDefault="00704CC8" w:rsidP="00704CC8">
      <w:pPr>
        <w:pStyle w:val="Bezproreda"/>
        <w:rPr>
          <w:b/>
        </w:rPr>
      </w:pPr>
    </w:p>
    <w:p w14:paraId="21D7E931" w14:textId="77777777" w:rsidR="00704CC8" w:rsidRDefault="00704CC8" w:rsidP="00704CC8">
      <w:pPr>
        <w:pStyle w:val="Bezproreda"/>
        <w:rPr>
          <w:b/>
        </w:rPr>
      </w:pPr>
    </w:p>
    <w:p w14:paraId="564BA7E0" w14:textId="703A4BE1" w:rsidR="00704CC8" w:rsidRDefault="00704CC8" w:rsidP="00704CC8">
      <w:pPr>
        <w:pStyle w:val="Bezproreda"/>
        <w:rPr>
          <w:b/>
        </w:rPr>
      </w:pPr>
      <w:r>
        <w:rPr>
          <w:b/>
        </w:rPr>
        <w:t xml:space="preserve">Predmet: Molba za imenovanje </w:t>
      </w:r>
      <w:r>
        <w:rPr>
          <w:b/>
          <w:i/>
          <w:iCs/>
        </w:rPr>
        <w:t xml:space="preserve">Povjerenstva za </w:t>
      </w:r>
      <w:r w:rsidR="000E1EB5">
        <w:rPr>
          <w:b/>
          <w:i/>
          <w:iCs/>
        </w:rPr>
        <w:t>ocjen</w:t>
      </w:r>
      <w:r>
        <w:rPr>
          <w:b/>
          <w:i/>
          <w:iCs/>
        </w:rPr>
        <w:t>u doktorskoga rada</w:t>
      </w:r>
    </w:p>
    <w:p w14:paraId="2F74226E" w14:textId="77777777" w:rsidR="00704CC8" w:rsidRDefault="00704CC8" w:rsidP="00704CC8">
      <w:pPr>
        <w:pStyle w:val="Bezproreda"/>
        <w:rPr>
          <w:b/>
        </w:rPr>
      </w:pPr>
    </w:p>
    <w:tbl>
      <w:tblPr>
        <w:tblpPr w:leftFromText="180" w:rightFromText="180" w:vertAnchor="text" w:tblpXSpec="center" w:tblpY="1"/>
        <w:tblOverlap w:val="never"/>
        <w:tblW w:w="97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96"/>
        <w:gridCol w:w="5131"/>
      </w:tblGrid>
      <w:tr w:rsidR="00704CC8" w14:paraId="55D3B3BF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599893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Titula, ime i prezime kandidata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F053D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71B8B3B9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24A91678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383D3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Adresa stanovanja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04FC88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2358E72B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2EDC0479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CFB5C4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Broj mobitela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CCE36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2AFFB553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587C48F6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46F32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E-pošta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B7D1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017AA0ED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44852F07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07ED4C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Matični broj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73913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45C57E25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6F56F7FB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9F45D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Naslov teme doktorskoga rada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05EF1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67D6FE25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3DE0ACEE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  <w:tr w:rsidR="00704CC8" w14:paraId="7E26705C" w14:textId="77777777" w:rsidTr="00704CC8">
        <w:tc>
          <w:tcPr>
            <w:tcW w:w="4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449FF" w14:textId="77777777" w:rsidR="00704CC8" w:rsidRDefault="00704CC8" w:rsidP="0077037E">
            <w:pPr>
              <w:pStyle w:val="Bezproreda"/>
              <w:rPr>
                <w:b/>
              </w:rPr>
            </w:pPr>
            <w:r>
              <w:rPr>
                <w:b/>
              </w:rPr>
              <w:t>Mentor doktorskoga rada</w:t>
            </w:r>
          </w:p>
        </w:tc>
        <w:tc>
          <w:tcPr>
            <w:tcW w:w="5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7B88A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  <w:p w14:paraId="687F7E8A" w14:textId="77777777" w:rsidR="00704CC8" w:rsidRDefault="00704CC8" w:rsidP="0077037E">
            <w:pPr>
              <w:pStyle w:val="Bezproreda"/>
              <w:jc w:val="both"/>
              <w:rPr>
                <w:b/>
              </w:rPr>
            </w:pPr>
          </w:p>
        </w:tc>
      </w:tr>
    </w:tbl>
    <w:p w14:paraId="13E8F668" w14:textId="77777777" w:rsidR="00704CC8" w:rsidRDefault="00704CC8" w:rsidP="00704CC8">
      <w:pPr>
        <w:pStyle w:val="Bezproreda"/>
        <w:jc w:val="center"/>
        <w:rPr>
          <w:b/>
        </w:rPr>
      </w:pPr>
    </w:p>
    <w:p w14:paraId="2B4CD851" w14:textId="77777777" w:rsidR="00704CC8" w:rsidRDefault="00704CC8" w:rsidP="00704CC8">
      <w:pPr>
        <w:pStyle w:val="Bezproreda"/>
        <w:jc w:val="center"/>
        <w:rPr>
          <w:b/>
        </w:rPr>
      </w:pPr>
    </w:p>
    <w:p w14:paraId="6B41B63E" w14:textId="77777777" w:rsidR="00704CC8" w:rsidRDefault="00704CC8" w:rsidP="00704CC8">
      <w:pPr>
        <w:pStyle w:val="Bezproreda"/>
        <w:rPr>
          <w:b/>
        </w:rPr>
      </w:pPr>
      <w:r>
        <w:rPr>
          <w:b/>
        </w:rPr>
        <w:t>Kratko obrazloženje molbe:</w:t>
      </w:r>
    </w:p>
    <w:p w14:paraId="52F946C8" w14:textId="77777777" w:rsidR="00704CC8" w:rsidRDefault="00704CC8" w:rsidP="00704CC8">
      <w:pPr>
        <w:pStyle w:val="Bezproreda"/>
        <w:rPr>
          <w:b/>
          <w:sz w:val="14"/>
          <w:szCs w:val="14"/>
        </w:rPr>
      </w:pPr>
    </w:p>
    <w:p w14:paraId="401D53FA" w14:textId="77777777" w:rsidR="00704CC8" w:rsidRDefault="00704CC8" w:rsidP="00704CC8">
      <w:pPr>
        <w:rPr>
          <w:rFonts w:ascii="Cambria" w:hAnsi="Cambria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2457E7" wp14:editId="574D0E43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187440" cy="1462405"/>
                <wp:effectExtent l="9525" t="9525" r="13335" b="13970"/>
                <wp:wrapNone/>
                <wp:docPr id="2122022145" name="Tekstni okvi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87440" cy="1462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73A796" w14:textId="77777777" w:rsidR="00704CC8" w:rsidRDefault="00704CC8" w:rsidP="00704CC8">
                            <w:pPr>
                              <w:jc w:val="both"/>
                            </w:pPr>
                          </w:p>
                          <w:p w14:paraId="75F0FD15" w14:textId="77777777" w:rsidR="00704CC8" w:rsidRDefault="00704CC8" w:rsidP="00704CC8"/>
                          <w:p w14:paraId="3929F56E" w14:textId="77777777" w:rsidR="00704CC8" w:rsidRDefault="00704CC8" w:rsidP="00704CC8"/>
                          <w:p w14:paraId="19B95EE5" w14:textId="77777777" w:rsidR="00704CC8" w:rsidRDefault="00704CC8" w:rsidP="00704CC8"/>
                          <w:p w14:paraId="777A3A2D" w14:textId="77777777" w:rsidR="00704CC8" w:rsidRDefault="00704CC8" w:rsidP="00704CC8"/>
                          <w:p w14:paraId="2716B906" w14:textId="77777777" w:rsidR="00704CC8" w:rsidRDefault="00704CC8" w:rsidP="00704CC8"/>
                          <w:p w14:paraId="2DC4EB94" w14:textId="77777777" w:rsidR="00704CC8" w:rsidRDefault="00704CC8" w:rsidP="00704CC8"/>
                          <w:p w14:paraId="768E62C8" w14:textId="77777777" w:rsidR="00704CC8" w:rsidRDefault="00704CC8" w:rsidP="00704CC8"/>
                          <w:p w14:paraId="4F708093" w14:textId="77777777" w:rsidR="00704CC8" w:rsidRDefault="00704CC8" w:rsidP="00704CC8"/>
                          <w:p w14:paraId="2A01733A" w14:textId="77777777" w:rsidR="00704CC8" w:rsidRDefault="00704CC8" w:rsidP="00704CC8"/>
                          <w:p w14:paraId="14AE3A29" w14:textId="77777777" w:rsidR="00704CC8" w:rsidRDefault="00704CC8" w:rsidP="00704CC8"/>
                          <w:p w14:paraId="7AF9F24F" w14:textId="77777777" w:rsidR="00704CC8" w:rsidRDefault="00704CC8" w:rsidP="00704CC8"/>
                          <w:p w14:paraId="61D1C279" w14:textId="77777777" w:rsidR="00704CC8" w:rsidRDefault="00704CC8" w:rsidP="00704CC8"/>
                          <w:p w14:paraId="471E8CE0" w14:textId="77777777" w:rsidR="00704CC8" w:rsidRDefault="00704CC8" w:rsidP="00704CC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22457E7" id="_x0000_t202" coordsize="21600,21600" o:spt="202" path="m,l,21600r21600,l21600,xe">
                <v:stroke joinstyle="miter"/>
                <v:path gradientshapeok="t" o:connecttype="rect"/>
              </v:shapetype>
              <v:shape id="Tekstni okvir 1" o:spid="_x0000_s1026" type="#_x0000_t202" style="position:absolute;margin-left:0;margin-top:0;width:487.2pt;height:115.15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">
                <v:textbox>
                  <w:txbxContent>
                    <w:p w14:paraId="3E73A796" w14:textId="77777777" w:rsidR="00704CC8" w:rsidRDefault="00704CC8" w:rsidP="00704CC8">
                      <w:pPr>
                        <w:jc w:val="both"/>
                      </w:pPr>
                    </w:p>
                    <w:p w14:paraId="75F0FD15" w14:textId="77777777" w:rsidR="00704CC8" w:rsidRDefault="00704CC8" w:rsidP="00704CC8"/>
                    <w:p w14:paraId="3929F56E" w14:textId="77777777" w:rsidR="00704CC8" w:rsidRDefault="00704CC8" w:rsidP="00704CC8"/>
                    <w:p w14:paraId="19B95EE5" w14:textId="77777777" w:rsidR="00704CC8" w:rsidRDefault="00704CC8" w:rsidP="00704CC8"/>
                    <w:p w14:paraId="777A3A2D" w14:textId="77777777" w:rsidR="00704CC8" w:rsidRDefault="00704CC8" w:rsidP="00704CC8"/>
                    <w:p w14:paraId="2716B906" w14:textId="77777777" w:rsidR="00704CC8" w:rsidRDefault="00704CC8" w:rsidP="00704CC8"/>
                    <w:p w14:paraId="2DC4EB94" w14:textId="77777777" w:rsidR="00704CC8" w:rsidRDefault="00704CC8" w:rsidP="00704CC8"/>
                    <w:p w14:paraId="768E62C8" w14:textId="77777777" w:rsidR="00704CC8" w:rsidRDefault="00704CC8" w:rsidP="00704CC8"/>
                    <w:p w14:paraId="4F708093" w14:textId="77777777" w:rsidR="00704CC8" w:rsidRDefault="00704CC8" w:rsidP="00704CC8"/>
                    <w:p w14:paraId="2A01733A" w14:textId="77777777" w:rsidR="00704CC8" w:rsidRDefault="00704CC8" w:rsidP="00704CC8"/>
                    <w:p w14:paraId="14AE3A29" w14:textId="77777777" w:rsidR="00704CC8" w:rsidRDefault="00704CC8" w:rsidP="00704CC8"/>
                    <w:p w14:paraId="7AF9F24F" w14:textId="77777777" w:rsidR="00704CC8" w:rsidRDefault="00704CC8" w:rsidP="00704CC8"/>
                    <w:p w14:paraId="61D1C279" w14:textId="77777777" w:rsidR="00704CC8" w:rsidRDefault="00704CC8" w:rsidP="00704CC8"/>
                    <w:p w14:paraId="471E8CE0" w14:textId="77777777" w:rsidR="00704CC8" w:rsidRDefault="00704CC8" w:rsidP="00704CC8"/>
                  </w:txbxContent>
                </v:textbox>
              </v:shape>
            </w:pict>
          </mc:Fallback>
        </mc:AlternateContent>
      </w:r>
    </w:p>
    <w:p w14:paraId="402B782F" w14:textId="77777777" w:rsidR="00704CC8" w:rsidRDefault="00704CC8" w:rsidP="00704CC8">
      <w:pPr>
        <w:rPr>
          <w:rFonts w:ascii="Cambria" w:hAnsi="Cambria"/>
        </w:rPr>
      </w:pPr>
    </w:p>
    <w:p w14:paraId="5EAE7F29" w14:textId="77777777" w:rsidR="00704CC8" w:rsidRDefault="00704CC8" w:rsidP="00704CC8">
      <w:pPr>
        <w:rPr>
          <w:rFonts w:ascii="Cambria" w:hAnsi="Cambria"/>
        </w:rPr>
      </w:pPr>
    </w:p>
    <w:p w14:paraId="67512ACC" w14:textId="77777777" w:rsidR="00704CC8" w:rsidRDefault="00704CC8" w:rsidP="00704CC8">
      <w:pPr>
        <w:rPr>
          <w:rFonts w:ascii="Cambria" w:hAnsi="Cambria"/>
        </w:rPr>
      </w:pPr>
    </w:p>
    <w:p w14:paraId="2FE3CB52" w14:textId="77777777" w:rsidR="00704CC8" w:rsidRDefault="00704CC8" w:rsidP="00704CC8">
      <w:pPr>
        <w:rPr>
          <w:rFonts w:ascii="Cambria" w:hAnsi="Cambria"/>
        </w:rPr>
      </w:pPr>
    </w:p>
    <w:p w14:paraId="50FBE241" w14:textId="77777777" w:rsidR="00704CC8" w:rsidRDefault="00704CC8" w:rsidP="00704CC8">
      <w:pPr>
        <w:rPr>
          <w:rFonts w:ascii="Cambria" w:hAnsi="Cambria"/>
        </w:rPr>
      </w:pPr>
    </w:p>
    <w:p w14:paraId="6A23ACCE" w14:textId="77777777" w:rsidR="00704CC8" w:rsidRDefault="00704CC8" w:rsidP="00704CC8">
      <w:pPr>
        <w:rPr>
          <w:rFonts w:ascii="Cambria" w:hAnsi="Cambria"/>
        </w:rPr>
      </w:pPr>
    </w:p>
    <w:p w14:paraId="75A948D4" w14:textId="77777777" w:rsidR="00704CC8" w:rsidRDefault="00704CC8" w:rsidP="00704CC8">
      <w:pPr>
        <w:rPr>
          <w:rFonts w:ascii="Cambria" w:hAnsi="Cambria"/>
        </w:rPr>
      </w:pPr>
    </w:p>
    <w:p w14:paraId="7A5BDFBA" w14:textId="77777777" w:rsidR="00704CC8" w:rsidRDefault="00704CC8" w:rsidP="00704CC8">
      <w:pPr>
        <w:pStyle w:val="Bezproreda"/>
      </w:pPr>
    </w:p>
    <w:p w14:paraId="31A2E65F" w14:textId="77777777" w:rsidR="00704CC8" w:rsidRDefault="00704CC8" w:rsidP="00704CC8">
      <w:pPr>
        <w:pStyle w:val="Bezproreda"/>
      </w:pPr>
    </w:p>
    <w:p w14:paraId="5B53E80F" w14:textId="77777777" w:rsidR="00704CC8" w:rsidRDefault="00704CC8" w:rsidP="00704CC8">
      <w:pPr>
        <w:pStyle w:val="Bezproreda"/>
      </w:pPr>
    </w:p>
    <w:p w14:paraId="516C9178" w14:textId="18161634" w:rsidR="00704CC8" w:rsidRDefault="00704CC8" w:rsidP="00704CC8">
      <w:pPr>
        <w:pStyle w:val="Bezproreda"/>
      </w:pPr>
      <w:r>
        <w:t>U Zagrebu, _____________________________</w:t>
      </w:r>
    </w:p>
    <w:p w14:paraId="0C764CE6" w14:textId="77777777" w:rsidR="00704CC8" w:rsidRDefault="00704CC8" w:rsidP="00704CC8">
      <w:pPr>
        <w:ind w:firstLine="4962"/>
        <w:rPr>
          <w:rFonts w:ascii="Cambria" w:hAnsi="Cambria"/>
          <w:sz w:val="16"/>
          <w:szCs w:val="16"/>
        </w:rPr>
      </w:pPr>
    </w:p>
    <w:p w14:paraId="5D621FAF" w14:textId="77777777" w:rsidR="00704CC8" w:rsidRPr="00704CC8" w:rsidRDefault="00704CC8" w:rsidP="00704CC8">
      <w:pPr>
        <w:ind w:firstLine="4962"/>
        <w:rPr>
          <w:rFonts w:ascii="Cambria" w:hAnsi="Cambria"/>
          <w:sz w:val="16"/>
          <w:szCs w:val="16"/>
        </w:rPr>
      </w:pPr>
    </w:p>
    <w:p w14:paraId="435995D6" w14:textId="593B85EE" w:rsidR="00704CC8" w:rsidRDefault="00704CC8"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</w:r>
      <w:r>
        <w:rPr>
          <w:rFonts w:ascii="Cambria" w:hAnsi="Cambria"/>
        </w:rPr>
        <w:tab/>
        <w:t>________________________________________________</w:t>
      </w:r>
    </w:p>
    <w:p w14:paraId="52CA9787" w14:textId="77777777" w:rsidR="00704CC8" w:rsidRDefault="00704CC8"/>
    <w:p w14:paraId="7212B12F" w14:textId="689475F5" w:rsidR="00704CC8" w:rsidRDefault="00704CC8" w:rsidP="00704CC8">
      <w:pPr>
        <w:ind w:firstLine="4962"/>
        <w:rPr>
          <w:rFonts w:ascii="Cambria" w:hAnsi="Cambria"/>
        </w:rPr>
      </w:pPr>
      <w:r>
        <w:rPr>
          <w:rFonts w:ascii="Cambria" w:hAnsi="Cambria"/>
        </w:rPr>
        <w:t xml:space="preserve">    (Vlastoručni potpis podnositelja molbe)</w:t>
      </w:r>
    </w:p>
    <w:p w14:paraId="7F2BB102" w14:textId="77777777" w:rsidR="00FC6C5F" w:rsidRDefault="00FC6C5F"/>
    <w:sectPr w:rsidR="00FC6C5F" w:rsidSect="00704CC8">
      <w:headerReference w:type="default" r:id="rId12"/>
      <w:footerReference w:type="default" r:id="rId13"/>
      <w:headerReference w:type="first" r:id="rId14"/>
      <w:pgSz w:w="11909" w:h="16834"/>
      <w:pgMar w:top="2602" w:right="1561" w:bottom="1656" w:left="156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2FA433" w14:textId="77777777" w:rsidR="00450CB2" w:rsidRDefault="00450CB2">
      <w:r>
        <w:separator/>
      </w:r>
    </w:p>
  </w:endnote>
  <w:endnote w:type="continuationSeparator" w:id="0">
    <w:p w14:paraId="11588464" w14:textId="77777777" w:rsidR="00450CB2" w:rsidRDefault="00450C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PODNOZJE_KBF"/>
      <w:tag w:val="PODNOZJE_KBF"/>
      <w:id w:val="1300100003"/>
      <w:lock w:val="sdtContentLocked"/>
      <w:group/>
    </w:sdtPr>
    <w:sdtContent>
      <w:p w14:paraId="2EE54F1C" w14:textId="77777777" w:rsidR="00F760FB" w:rsidRDefault="00116D48">
        <w:pPr>
          <w:pStyle w:val="Podnoje"/>
          <w:jc w:val="right"/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 \* MERGEFORMAT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3266F3" w14:textId="77777777" w:rsidR="00450CB2" w:rsidRDefault="00450CB2">
      <w:r>
        <w:separator/>
      </w:r>
    </w:p>
  </w:footnote>
  <w:footnote w:type="continuationSeparator" w:id="0">
    <w:p w14:paraId="6F0C304B" w14:textId="77777777" w:rsidR="00450CB2" w:rsidRDefault="00450C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"/>
      <w:tag w:val="ZAGLAVLJE_KBF"/>
      <w:id w:val="1300100001"/>
      <w:lock w:val="sdtContentLocked"/>
      <w:group/>
    </w:sdtPr>
    <w:sdtContent>
      <w:p w14:paraId="5FA0AFF7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201" behindDoc="1" locked="1" layoutInCell="1" allowOverlap="1" wp14:anchorId="10192423" wp14:editId="2F8BFBB4">
              <wp:simplePos x="0" y="0"/>
              <wp:positionH relativeFrom="page">
                <wp:posOffset>722630</wp:posOffset>
              </wp:positionH>
              <wp:positionV relativeFrom="page">
                <wp:posOffset>680720</wp:posOffset>
              </wp:positionV>
              <wp:extent cx="506730" cy="511810"/>
              <wp:effectExtent l="0" t="0" r="0" b="0"/>
              <wp:wrapNone/>
              <wp:docPr id="2122022179" name="Grb KBF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1181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202" behindDoc="1" locked="1" layoutInCell="1" allowOverlap="1" wp14:anchorId="2843E994" wp14:editId="5064ADA7">
              <wp:simplePos x="0" y="0"/>
              <wp:positionH relativeFrom="page">
                <wp:posOffset>1366520</wp:posOffset>
              </wp:positionH>
              <wp:positionV relativeFrom="page">
                <wp:posOffset>680720</wp:posOffset>
              </wp:positionV>
              <wp:extent cx="506730" cy="502920"/>
              <wp:effectExtent l="0" t="0" r="0" b="0"/>
              <wp:wrapNone/>
              <wp:docPr id="2122022180" name="Grb Sveucilista mal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06730" cy="50292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alias w:val="ZAGLAVLJE_KBF_PRVA"/>
      <w:tag w:val="ZAGLAVLJE_KBF_PRVA"/>
      <w:id w:val="1300100002"/>
      <w:lock w:val="sdtContentLocked"/>
      <w:group/>
    </w:sdtPr>
    <w:sdtContent>
      <w:p w14:paraId="071F7F5C" w14:textId="77777777" w:rsidR="00E56703" w:rsidRDefault="00000000">
        <w:pPr>
          <w:pStyle w:val="Zaglavlje"/>
          <w:spacing w:line="14" w:lineRule="exact"/>
        </w:pPr>
        <w:r>
          <w:rPr>
            <w:noProof/>
          </w:rPr>
          <w:drawing>
            <wp:anchor distT="0" distB="0" distL="0" distR="0" simplePos="0" relativeHeight="251650101" behindDoc="1" locked="1" layoutInCell="1" allowOverlap="1" wp14:anchorId="4166C62C" wp14:editId="1ECD4C0B">
              <wp:simplePos x="0" y="0"/>
              <wp:positionH relativeFrom="page">
                <wp:posOffset>393065</wp:posOffset>
              </wp:positionH>
              <wp:positionV relativeFrom="page">
                <wp:posOffset>667258</wp:posOffset>
              </wp:positionV>
              <wp:extent cx="845439" cy="808863"/>
              <wp:effectExtent l="0" t="0" r="0" b="0"/>
              <wp:wrapNone/>
              <wp:docPr id="2122022181" name="Grb KBF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KBF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5439" cy="808863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2" behindDoc="1" locked="1" layoutInCell="1" allowOverlap="1" wp14:anchorId="44EB1577" wp14:editId="09A35D69">
              <wp:simplePos x="0" y="0"/>
              <wp:positionH relativeFrom="page">
                <wp:posOffset>6137910</wp:posOffset>
              </wp:positionH>
              <wp:positionV relativeFrom="page">
                <wp:posOffset>667258</wp:posOffset>
              </wp:positionV>
              <wp:extent cx="786130" cy="776859"/>
              <wp:effectExtent l="0" t="0" r="0" b="0"/>
              <wp:wrapNone/>
              <wp:docPr id="2122022182" name="Grb Sveucilista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UniZg"/>
                      <pic:cNvPicPr/>
                    </pic:nvPicPr>
                    <pic:blipFill>
                      <a:blip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86130" cy="77685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3" behindDoc="1" locked="1" layoutInCell="1" allowOverlap="1" wp14:anchorId="5B433D31" wp14:editId="3D8F558C">
              <wp:simplePos x="0" y="0"/>
              <wp:positionH relativeFrom="page">
                <wp:posOffset>1320800</wp:posOffset>
              </wp:positionH>
              <wp:positionV relativeFrom="page">
                <wp:posOffset>787400</wp:posOffset>
              </wp:positionV>
              <wp:extent cx="4140200" cy="431800"/>
              <wp:effectExtent l="0" t="0" r="0" b="0"/>
              <wp:wrapNone/>
              <wp:docPr id="2122022183" name="Naziv ustanove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Naziv ustanove"/>
                      <pic:cNvPicPr/>
                    </pic:nvPicPr>
                    <pic:blipFill>
                      <a:blip r:embed="rId3">
                        <a:extLst>
                          <a:ext uri="{96DAC541-7B7A-43D3-8B79-37D633B846F1}">
                            <asvg:svgBlip xmlns:asvg="http://schemas.microsoft.com/office/drawing/2016/SVG/main" r:embed="rId4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4140200" cy="431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  <w:r>
          <w:rPr>
            <w:noProof/>
          </w:rPr>
          <w:drawing>
            <wp:anchor distT="0" distB="0" distL="0" distR="0" simplePos="0" relativeHeight="251650104" behindDoc="1" locked="1" layoutInCell="1" allowOverlap="1" wp14:anchorId="3ED1A00B" wp14:editId="0AF5AB14">
              <wp:simplePos x="0" y="0"/>
              <wp:positionH relativeFrom="page">
                <wp:posOffset>1257300</wp:posOffset>
              </wp:positionH>
              <wp:positionV relativeFrom="page">
                <wp:posOffset>9601200</wp:posOffset>
              </wp:positionV>
              <wp:extent cx="2946400" cy="685800"/>
              <wp:effectExtent l="0" t="0" r="0" b="0"/>
              <wp:wrapNone/>
              <wp:docPr id="2122022184" name="Kontakt podaci"/>
              <wp:cNvGraphicFramePr>
                <a:graphicFrameLocks xmlns:a="http://schemas.openxmlformats.org/drawingml/2006/main" noSelect="1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Kontakt podaci"/>
                      <pic:cNvPicPr/>
                    </pic:nvPicPr>
                    <pic:blipFill>
                      <a:blip r:embed="rId5">
                        <a:extLst>
                          <a:ext uri="{96DAC541-7B7A-43D3-8B79-37D633B846F1}">
                            <asvg:svgBlip xmlns:asvg="http://schemas.microsoft.com/office/drawing/2016/SVG/main" r:embed="rId6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946400" cy="685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1228108">
    <w:abstractNumId w:val="8"/>
  </w:num>
  <w:num w:numId="2" w16cid:durableId="1215965629">
    <w:abstractNumId w:val="6"/>
  </w:num>
  <w:num w:numId="3" w16cid:durableId="2053067883">
    <w:abstractNumId w:val="5"/>
  </w:num>
  <w:num w:numId="4" w16cid:durableId="1122572514">
    <w:abstractNumId w:val="4"/>
  </w:num>
  <w:num w:numId="5" w16cid:durableId="833028119">
    <w:abstractNumId w:val="7"/>
  </w:num>
  <w:num w:numId="6" w16cid:durableId="58524328">
    <w:abstractNumId w:val="3"/>
  </w:num>
  <w:num w:numId="7" w16cid:durableId="744647256">
    <w:abstractNumId w:val="2"/>
  </w:num>
  <w:num w:numId="8" w16cid:durableId="1078284997">
    <w:abstractNumId w:val="1"/>
  </w:num>
  <w:num w:numId="9" w16cid:durableId="17846884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7EC"/>
    <w:rsid w:val="000326ED"/>
    <w:rsid w:val="00034616"/>
    <w:rsid w:val="0006063C"/>
    <w:rsid w:val="00063C97"/>
    <w:rsid w:val="000E1EB5"/>
    <w:rsid w:val="00116D48"/>
    <w:rsid w:val="0015074B"/>
    <w:rsid w:val="001766A1"/>
    <w:rsid w:val="001E7C38"/>
    <w:rsid w:val="001F2AE2"/>
    <w:rsid w:val="0029639D"/>
    <w:rsid w:val="00326F90"/>
    <w:rsid w:val="00376C4A"/>
    <w:rsid w:val="0041107A"/>
    <w:rsid w:val="00450CB2"/>
    <w:rsid w:val="005277EC"/>
    <w:rsid w:val="006D564B"/>
    <w:rsid w:val="00704CC8"/>
    <w:rsid w:val="007A1388"/>
    <w:rsid w:val="008104E2"/>
    <w:rsid w:val="0082595E"/>
    <w:rsid w:val="0084644A"/>
    <w:rsid w:val="00956011"/>
    <w:rsid w:val="00A0668E"/>
    <w:rsid w:val="00AA1D8D"/>
    <w:rsid w:val="00B20A7B"/>
    <w:rsid w:val="00B47730"/>
    <w:rsid w:val="00C827FD"/>
    <w:rsid w:val="00CB0664"/>
    <w:rsid w:val="00DE42E4"/>
    <w:rsid w:val="00E56703"/>
    <w:rsid w:val="00F051F3"/>
    <w:rsid w:val="00F760FB"/>
    <w:rsid w:val="00FC693F"/>
    <w:rsid w:val="00FC6C5F"/>
    <w:rsid w:val="00FD3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9C157F"/>
  <w14:defaultImageDpi w14:val="300"/>
  <w15:docId w15:val="{592C673F-428D-4269-A9C5-8FA6FF0E4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77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line="252" w:lineRule="auto"/>
      <w:outlineLvl w:val="0"/>
    </w:pPr>
    <w:rPr>
      <w:rFonts w:ascii="Cambria" w:eastAsia="Cambria" w:hAnsi="Cambr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line="252" w:lineRule="auto"/>
      <w:outlineLvl w:val="1"/>
    </w:pPr>
    <w:rPr>
      <w:rFonts w:ascii="Cambria" w:eastAsia="Cambria" w:hAnsi="Cambria" w:cstheme="majorBidi"/>
      <w:b/>
      <w:bCs/>
      <w:color w:val="4F81BD" w:themeColor="accent1"/>
      <w:sz w:val="26"/>
      <w:szCs w:val="26"/>
      <w:lang w:eastAsia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line="252" w:lineRule="auto"/>
      <w:outlineLvl w:val="2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line="252" w:lineRule="auto"/>
      <w:outlineLvl w:val="3"/>
    </w:pPr>
    <w:rPr>
      <w:rFonts w:ascii="Cambria" w:eastAsia="Cambria" w:hAnsi="Cambria" w:cstheme="majorBidi"/>
      <w:b/>
      <w:bCs/>
      <w:color w:val="4F81BD" w:themeColor="accent1"/>
      <w:sz w:val="25"/>
      <w:szCs w:val="22"/>
      <w:lang w:eastAsia="en-US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line="252" w:lineRule="auto"/>
      <w:outlineLvl w:val="4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line="252" w:lineRule="auto"/>
      <w:outlineLvl w:val="5"/>
    </w:pPr>
    <w:rPr>
      <w:rFonts w:ascii="Cambria" w:eastAsia="Cambria" w:hAnsi="Cambria" w:cstheme="majorBidi"/>
      <w:color w:val="243F60" w:themeColor="accent1" w:themeShade="7F"/>
      <w:sz w:val="25"/>
      <w:szCs w:val="22"/>
      <w:lang w:eastAsia="en-US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line="252" w:lineRule="auto"/>
      <w:outlineLvl w:val="6"/>
    </w:pPr>
    <w:rPr>
      <w:rFonts w:ascii="Cambria" w:eastAsia="Cambria" w:hAnsi="Cambria" w:cstheme="majorBidi"/>
      <w:color w:val="404040" w:themeColor="text1" w:themeTint="BF"/>
      <w:sz w:val="25"/>
      <w:szCs w:val="22"/>
      <w:lang w:eastAsia="en-US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line="252" w:lineRule="auto"/>
      <w:outlineLvl w:val="7"/>
    </w:pPr>
    <w:rPr>
      <w:rFonts w:ascii="Cambria" w:eastAsia="Cambria" w:hAnsi="Cambria" w:cstheme="majorBidi"/>
      <w:color w:val="4F81BD" w:themeColor="accent1"/>
      <w:lang w:eastAsia="en-US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line="252" w:lineRule="auto"/>
      <w:outlineLvl w:val="8"/>
    </w:pPr>
    <w:rPr>
      <w:rFonts w:ascii="Cambria" w:eastAsia="Cambria" w:hAnsi="Cambria" w:cstheme="majorBidi"/>
      <w:color w:val="404040" w:themeColor="text1" w:themeTint="BF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="Cambria" w:eastAsia="Cambria" w:hAnsi="Cambria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="Cambria" w:eastAsia="Cambria" w:hAnsi="Cambria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="Cambria" w:eastAsia="Cambria" w:hAnsi="Cambria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="Cambria" w:eastAsia="Cambria" w:hAnsi="Cambria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  <w:spacing w:line="252" w:lineRule="auto"/>
    </w:pPr>
    <w:rPr>
      <w:rFonts w:ascii="Cambria" w:eastAsia="Cambria" w:hAnsi="Cambria" w:cstheme="majorBidi"/>
      <w:color w:val="4F81BD" w:themeColor="accent1"/>
      <w:spacing w:val="15"/>
      <w:sz w:val="24"/>
      <w:szCs w:val="24"/>
      <w:lang w:eastAsia="en-US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="Cambria" w:eastAsia="Cambria" w:hAnsi="Cambria" w:cstheme="majorBidi"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spacing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  <w:rPr>
      <w:rFonts w:ascii="Cambria" w:eastAsia="Cambria" w:hAnsi="Cambria" w:cs="Cambria"/>
      <w:sz w:val="25"/>
      <w:szCs w:val="22"/>
      <w:lang w:eastAsia="en-US"/>
    </w:r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 w:line="252" w:lineRule="auto"/>
    </w:pPr>
    <w:rPr>
      <w:rFonts w:ascii="Cambria" w:eastAsia="Cambria" w:hAnsi="Cambria" w:cs="Cambria"/>
      <w:sz w:val="16"/>
      <w:szCs w:val="16"/>
      <w:lang w:eastAsia="en-US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spacing w:line="252" w:lineRule="auto"/>
      <w:ind w:left="36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2">
    <w:name w:val="List 2"/>
    <w:basedOn w:val="Normal"/>
    <w:uiPriority w:val="99"/>
    <w:unhideWhenUsed/>
    <w:rsid w:val="00326F90"/>
    <w:pPr>
      <w:spacing w:line="252" w:lineRule="auto"/>
      <w:ind w:left="72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Popis3">
    <w:name w:val="List 3"/>
    <w:basedOn w:val="Normal"/>
    <w:uiPriority w:val="99"/>
    <w:unhideWhenUsed/>
    <w:rsid w:val="00326F90"/>
    <w:pPr>
      <w:spacing w:line="252" w:lineRule="auto"/>
      <w:ind w:left="1080" w:hanging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spacing w:line="252" w:lineRule="auto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">
    <w:name w:val="List Continue"/>
    <w:basedOn w:val="Normal"/>
    <w:uiPriority w:val="99"/>
    <w:unhideWhenUsed/>
    <w:rsid w:val="0029639D"/>
    <w:pPr>
      <w:spacing w:after="120" w:line="252" w:lineRule="auto"/>
      <w:ind w:left="36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2">
    <w:name w:val="List Continue 2"/>
    <w:basedOn w:val="Normal"/>
    <w:uiPriority w:val="99"/>
    <w:unhideWhenUsed/>
    <w:rsid w:val="0029639D"/>
    <w:pPr>
      <w:spacing w:after="120" w:line="252" w:lineRule="auto"/>
      <w:ind w:left="72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Nastavakpopisa3">
    <w:name w:val="List Continue 3"/>
    <w:basedOn w:val="Normal"/>
    <w:uiPriority w:val="99"/>
    <w:unhideWhenUsed/>
    <w:rsid w:val="0029639D"/>
    <w:pPr>
      <w:spacing w:after="120" w:line="252" w:lineRule="auto"/>
      <w:ind w:left="1080"/>
      <w:contextualSpacing/>
    </w:pPr>
    <w:rPr>
      <w:rFonts w:ascii="Cambria" w:eastAsia="Cambria" w:hAnsi="Cambria" w:cs="Cambria"/>
      <w:sz w:val="25"/>
      <w:szCs w:val="22"/>
      <w:lang w:eastAsia="en-US"/>
    </w:r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cs="Cambria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ambria" w:eastAsia="Cambria" w:hAnsi="Cambria" w:cs="Cambria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pPr>
      <w:spacing w:line="252" w:lineRule="auto"/>
    </w:pPr>
    <w:rPr>
      <w:rFonts w:ascii="Cambria" w:eastAsia="Cambria" w:hAnsi="Cambria" w:cs="Cambria"/>
      <w:color w:val="000000" w:themeColor="text1"/>
      <w:sz w:val="25"/>
      <w:szCs w:val="22"/>
      <w:lang w:eastAsia="en-US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="Cambria" w:eastAsia="Cambria" w:hAnsi="Cambria" w:cstheme="majorBidi"/>
      <w:b/>
      <w:b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="Cambria" w:eastAsia="Cambria" w:hAnsi="Cambria" w:cstheme="majorBidi"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="Cambria" w:eastAsia="Cambria" w:hAnsi="Cambria" w:cstheme="majorBidi"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="Cambria" w:eastAsia="Cambria" w:hAnsi="Cambria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="Cambria" w:eastAsia="Cambria" w:hAnsi="Cambria" w:cstheme="majorBidi"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rPr>
      <w:rFonts w:ascii="Cambria" w:eastAsia="Cambria" w:hAnsi="Cambria" w:cs="Cambria"/>
      <w:b/>
      <w:bCs/>
      <w:color w:val="4F81BD" w:themeColor="accent1"/>
      <w:sz w:val="18"/>
      <w:szCs w:val="18"/>
      <w:lang w:eastAsia="en-US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 w:line="252" w:lineRule="auto"/>
      <w:ind w:left="936" w:right="936"/>
    </w:pPr>
    <w:rPr>
      <w:rFonts w:ascii="Cambria" w:eastAsia="Cambria" w:hAnsi="Cambria" w:cs="Cambria"/>
      <w:b/>
      <w:bCs/>
      <w:color w:val="4F81BD" w:themeColor="accent1"/>
      <w:sz w:val="25"/>
      <w:szCs w:val="22"/>
      <w:lang w:eastAsia="en-US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Cambria" w:eastAsia="Cambria" w:hAnsi="Cambria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Cambria" w:eastAsia="Cambria" w:hAnsi="Cambria" w:cstheme="majorBidi"/>
        <w:b/>
        <w:bCs/>
      </w:rPr>
    </w:tblStylePr>
    <w:tblStylePr w:type="lastCol">
      <w:rPr>
        <w:rFonts w:ascii="Cambria" w:eastAsia="Cambria" w:hAnsi="Cambria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Cambria" w:eastAsia="Cambria" w:hAnsi="Cambria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FormPlaceholder">
    <w:name w:val="FormPlaceholder"/>
    <w:rPr>
      <w:rFonts w:ascii="Cambria" w:eastAsia="Cambria" w:hAnsi="Cambria" w:cs="Cambria"/>
      <w:color w:val="000000"/>
      <w:sz w:val="25"/>
    </w:rPr>
  </w:style>
  <w:style w:type="character" w:styleId="Hiperveza">
    <w:name w:val="Hyperlink"/>
    <w:rsid w:val="00704C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oslijediplomski@kbf.unizg.hr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svg"/><Relationship Id="rId5" Type="http://schemas.openxmlformats.org/officeDocument/2006/relationships/image" Target="media/image5.png"/><Relationship Id="rId4" Type="http://schemas.openxmlformats.org/officeDocument/2006/relationships/image" Target="media/image4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keresa\OneDrive%20-%20kbf.hr\Desktop\Obrasci%20s%20weba\KBF_memorandum_2026_praz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F083A5185567B4A874F4F27B5EA56D5" ma:contentTypeVersion="12" ma:contentTypeDescription="Stvaranje novog dokumenta." ma:contentTypeScope="" ma:versionID="cedfdd96a32077881b56ee199935921e">
  <xsd:schema xmlns:xsd="http://www.w3.org/2001/XMLSchema" xmlns:xs="http://www.w3.org/2001/XMLSchema" xmlns:p="http://schemas.microsoft.com/office/2006/metadata/properties" xmlns:ns2="64e87b53-eeb6-4f1b-b64a-a71184714749" xmlns:ns3="79e3d9cf-1858-4d2b-9a76-b668d86adea0" targetNamespace="http://schemas.microsoft.com/office/2006/metadata/properties" ma:root="true" ma:fieldsID="f1a5eb45ea3083b3f9c47499ead34531" ns2:_="" ns3:_="">
    <xsd:import namespace="64e87b53-eeb6-4f1b-b64a-a71184714749"/>
    <xsd:import namespace="79e3d9cf-1858-4d2b-9a76-b668d86ade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e87b53-eeb6-4f1b-b64a-a7118471474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Oznake slika" ma:readOnly="false" ma:fieldId="{5cf76f15-5ced-4ddc-b409-7134ff3c332f}" ma:taxonomyMulti="true" ma:sspId="d02825fa-fad5-47e3-87b0-561ed47aac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e3d9cf-1858-4d2b-9a76-b668d86adea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1984ff-0189-47c4-bff6-293c7e96a393}" ma:internalName="TaxCatchAll" ma:showField="CatchAllData" ma:web="79e3d9cf-1858-4d2b-9a76-b668d86ade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e3d9cf-1858-4d2b-9a76-b668d86adea0" xsi:nil="true"/>
    <lcf76f155ced4ddcb4097134ff3c332f xmlns="64e87b53-eeb6-4f1b-b64a-a7118471474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63C729C-6894-4327-B6EF-766FEAB5217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498C00-2CB1-4FEA-B219-2CA64A7C55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e87b53-eeb6-4f1b-b64a-a71184714749"/>
    <ds:schemaRef ds:uri="79e3d9cf-1858-4d2b-9a76-b668d86ade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4BFDB6F-F43A-461A-9C0D-A8A35BB94905}">
  <ds:schemaRefs>
    <ds:schemaRef ds:uri="http://schemas.microsoft.com/office/2006/metadata/properties"/>
    <ds:schemaRef ds:uri="http://schemas.microsoft.com/office/infopath/2007/PartnerControls"/>
    <ds:schemaRef ds:uri="79e3d9cf-1858-4d2b-9a76-b668d86adea0"/>
    <ds:schemaRef ds:uri="64e87b53-eeb6-4f1b-b64a-a7118471474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KBF_memorandum_2026_prazan.dotx</Template>
  <TotalTime>14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KBF memorandum – prazan</dc:title>
  <dc:subject/>
  <dc:creator>Maja MK. Keresa</dc:creator>
  <cp:keywords/>
  <dc:description>generated by python-docx</dc:description>
  <cp:lastModifiedBy>Maja Kereša</cp:lastModifiedBy>
  <cp:revision>5</cp:revision>
  <dcterms:created xsi:type="dcterms:W3CDTF">2026-09-17T13:49:00Z</dcterms:created>
  <dcterms:modified xsi:type="dcterms:W3CDTF">2026-09-18T09:53:00Z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0x0101003F083A5185567B4A874F4F27B5EA56D5</vt:lpwstr>
  </property>
  <property fmtid="{D5CDD505-2E9C-101B-9397-08002B2CF9AE}" pid="3" name="MediaServiceImageTags">
    <vt:lpwstr/>
  </property>
</Properties>
</file>