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B29A" w14:textId="77777777" w:rsidR="005277EC" w:rsidRDefault="005277EC"/>
    <w:p w14:paraId="5F66D932" w14:textId="77777777" w:rsidR="005277EC" w:rsidRDefault="005277EC"/>
    <w:p w14:paraId="37110786" w14:textId="77777777" w:rsidR="005277EC" w:rsidRDefault="005277EC"/>
    <w:tbl>
      <w:tblPr>
        <w:tblpPr w:leftFromText="180" w:rightFromText="180" w:vertAnchor="text" w:horzAnchor="margin" w:tblpX="-431" w:tblpY="1096"/>
        <w:tblOverlap w:val="never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6"/>
        <w:gridCol w:w="5423"/>
      </w:tblGrid>
      <w:tr w:rsidR="00FC6C5F" w:rsidRPr="000F23FF" w14:paraId="3B05077A" w14:textId="77777777" w:rsidTr="00FC6C5F">
        <w:tc>
          <w:tcPr>
            <w:tcW w:w="3786" w:type="dxa"/>
            <w:shd w:val="clear" w:color="auto" w:fill="auto"/>
            <w:vAlign w:val="center"/>
          </w:tcPr>
          <w:p w14:paraId="6432F9AC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>
              <w:rPr>
                <w:b/>
              </w:rPr>
              <w:t>I</w:t>
            </w:r>
            <w:r w:rsidRPr="000F23FF">
              <w:rPr>
                <w:b/>
              </w:rPr>
              <w:t xml:space="preserve">me i prezime 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12A13120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4CE652D8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761306A7" w14:textId="77777777" w:rsidTr="00FC6C5F">
        <w:tc>
          <w:tcPr>
            <w:tcW w:w="3786" w:type="dxa"/>
            <w:shd w:val="clear" w:color="auto" w:fill="auto"/>
            <w:vAlign w:val="center"/>
          </w:tcPr>
          <w:p w14:paraId="4AFCB972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Adresa stanovanja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C633A5B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65C29D2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23EB3A0D" w14:textId="77777777" w:rsidTr="00FC6C5F">
        <w:tc>
          <w:tcPr>
            <w:tcW w:w="3786" w:type="dxa"/>
            <w:shd w:val="clear" w:color="auto" w:fill="auto"/>
            <w:vAlign w:val="center"/>
          </w:tcPr>
          <w:p w14:paraId="52F324AF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Broj mobitela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54D33CB1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46CC3A73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018F2D78" w14:textId="77777777" w:rsidTr="00FC6C5F">
        <w:tc>
          <w:tcPr>
            <w:tcW w:w="3786" w:type="dxa"/>
            <w:shd w:val="clear" w:color="auto" w:fill="auto"/>
            <w:vAlign w:val="center"/>
          </w:tcPr>
          <w:p w14:paraId="121ECA42" w14:textId="77777777" w:rsidR="00FC6C5F" w:rsidRPr="007D4562" w:rsidRDefault="00FC6C5F" w:rsidP="00FC6C5F">
            <w:pPr>
              <w:pStyle w:val="Bezproreda"/>
              <w:rPr>
                <w:b/>
              </w:rPr>
            </w:pPr>
            <w:r w:rsidRPr="007D4562">
              <w:rPr>
                <w:b/>
              </w:rPr>
              <w:t>E-pošta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42420F08" w14:textId="77777777" w:rsidR="00FC6C5F" w:rsidRDefault="00FC6C5F" w:rsidP="00FC6C5F">
            <w:pPr>
              <w:pStyle w:val="Bezproreda"/>
              <w:rPr>
                <w:b/>
              </w:rPr>
            </w:pPr>
          </w:p>
          <w:p w14:paraId="7B478390" w14:textId="77777777" w:rsidR="00FC6C5F" w:rsidRDefault="00FC6C5F" w:rsidP="00FC6C5F">
            <w:pPr>
              <w:pStyle w:val="Bezproreda"/>
              <w:rPr>
                <w:b/>
              </w:rPr>
            </w:pPr>
          </w:p>
        </w:tc>
      </w:tr>
      <w:tr w:rsidR="00FC6C5F" w:rsidRPr="000F23FF" w14:paraId="4495CD58" w14:textId="77777777" w:rsidTr="00FC6C5F">
        <w:tc>
          <w:tcPr>
            <w:tcW w:w="3786" w:type="dxa"/>
            <w:shd w:val="clear" w:color="auto" w:fill="auto"/>
            <w:vAlign w:val="center"/>
          </w:tcPr>
          <w:p w14:paraId="6CCFF556" w14:textId="77777777" w:rsidR="00FC6C5F" w:rsidRPr="000F23FF" w:rsidRDefault="00FC6C5F" w:rsidP="00FC6C5F">
            <w:pPr>
              <w:pStyle w:val="Bezproreda"/>
              <w:rPr>
                <w:b/>
              </w:rPr>
            </w:pPr>
            <w:r w:rsidRPr="000F23FF">
              <w:rPr>
                <w:b/>
              </w:rPr>
              <w:t>Matični broj</w:t>
            </w:r>
          </w:p>
        </w:tc>
        <w:tc>
          <w:tcPr>
            <w:tcW w:w="5423" w:type="dxa"/>
            <w:shd w:val="clear" w:color="auto" w:fill="auto"/>
            <w:vAlign w:val="center"/>
          </w:tcPr>
          <w:p w14:paraId="0103CC8C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  <w:p w14:paraId="09CACFE2" w14:textId="77777777" w:rsidR="00FC6C5F" w:rsidRPr="000F23FF" w:rsidRDefault="00FC6C5F" w:rsidP="00FC6C5F">
            <w:pPr>
              <w:pStyle w:val="Bezproreda"/>
              <w:rPr>
                <w:b/>
              </w:rPr>
            </w:pPr>
          </w:p>
        </w:tc>
      </w:tr>
    </w:tbl>
    <w:p w14:paraId="6C600BB3" w14:textId="77777777" w:rsidR="00FC6C5F" w:rsidRDefault="00FC6C5F" w:rsidP="00FC6C5F">
      <w:pPr>
        <w:pStyle w:val="Bezproreda"/>
        <w:rPr>
          <w:b/>
        </w:rPr>
      </w:pPr>
    </w:p>
    <w:p w14:paraId="161C368C" w14:textId="77777777" w:rsidR="00FC6C5F" w:rsidRDefault="00FC6C5F" w:rsidP="00FC6C5F">
      <w:pPr>
        <w:pStyle w:val="Bezproreda"/>
        <w:rPr>
          <w:b/>
        </w:rPr>
      </w:pPr>
    </w:p>
    <w:p w14:paraId="6FF7B35E" w14:textId="77777777" w:rsidR="00FC6C5F" w:rsidRDefault="00FC6C5F" w:rsidP="00FC6C5F">
      <w:pPr>
        <w:pStyle w:val="Bezproreda"/>
        <w:rPr>
          <w:b/>
        </w:rPr>
      </w:pPr>
    </w:p>
    <w:p w14:paraId="161911C5" w14:textId="53654AE9" w:rsidR="00FC6C5F" w:rsidRPr="00596B58" w:rsidRDefault="00FC6C5F" w:rsidP="00FC6C5F">
      <w:pPr>
        <w:pStyle w:val="Bezproreda"/>
        <w:ind w:left="-426"/>
        <w:rPr>
          <w:b/>
        </w:rPr>
      </w:pPr>
      <w:r w:rsidRPr="000F59D9">
        <w:rPr>
          <w:b/>
        </w:rPr>
        <w:t xml:space="preserve">Referada poslijediplomskog </w:t>
      </w:r>
      <w:r>
        <w:rPr>
          <w:b/>
        </w:rPr>
        <w:t xml:space="preserve"> </w:t>
      </w:r>
      <w:r w:rsidRPr="000F59D9">
        <w:rPr>
          <w:b/>
        </w:rPr>
        <w:t>studija</w:t>
      </w:r>
    </w:p>
    <w:p w14:paraId="71F4E6DE" w14:textId="77777777" w:rsidR="0041107A" w:rsidRDefault="0041107A"/>
    <w:p w14:paraId="51684EAC" w14:textId="77777777" w:rsidR="00FC6C5F" w:rsidRDefault="00FC6C5F"/>
    <w:p w14:paraId="533CD5BC" w14:textId="77777777" w:rsidR="00FC6C5F" w:rsidRDefault="00FC6C5F"/>
    <w:p w14:paraId="4262530A" w14:textId="77777777" w:rsidR="00FC6C5F" w:rsidRDefault="00FC6C5F"/>
    <w:p w14:paraId="30FD568C" w14:textId="77777777" w:rsidR="00FC6C5F" w:rsidRDefault="00FC6C5F"/>
    <w:p w14:paraId="2E74795C" w14:textId="77777777" w:rsidR="00FC6C5F" w:rsidRPr="00FC6C5F" w:rsidRDefault="00FC6C5F" w:rsidP="00FC6C5F">
      <w:pPr>
        <w:pStyle w:val="Bezproreda"/>
        <w:ind w:left="709" w:hanging="1134"/>
        <w:rPr>
          <w:sz w:val="24"/>
          <w:szCs w:val="24"/>
        </w:rPr>
      </w:pPr>
      <w:r w:rsidRPr="00FC6C5F">
        <w:rPr>
          <w:b/>
          <w:sz w:val="24"/>
          <w:szCs w:val="24"/>
        </w:rPr>
        <w:t xml:space="preserve">Predmet: </w:t>
      </w:r>
      <w:r w:rsidRPr="00FC6C5F">
        <w:rPr>
          <w:sz w:val="24"/>
          <w:szCs w:val="24"/>
        </w:rPr>
        <w:t>Molba za izdavanje potvrde</w:t>
      </w:r>
    </w:p>
    <w:p w14:paraId="456085AE" w14:textId="77777777" w:rsidR="00FC6C5F" w:rsidRDefault="00FC6C5F" w:rsidP="00FC6C5F">
      <w:pPr>
        <w:rPr>
          <w:rFonts w:ascii="Cambria" w:hAnsi="Cambria"/>
        </w:rPr>
      </w:pPr>
    </w:p>
    <w:p w14:paraId="22F53416" w14:textId="77777777" w:rsidR="00FC6C5F" w:rsidRDefault="00FC6C5F" w:rsidP="00FC6C5F">
      <w:pPr>
        <w:rPr>
          <w:rFonts w:ascii="Cambria" w:hAnsi="Cambria"/>
        </w:rPr>
      </w:pPr>
    </w:p>
    <w:p w14:paraId="33DBFB99" w14:textId="77777777" w:rsidR="00FC6C5F" w:rsidRPr="00FC6C5F" w:rsidRDefault="00FC6C5F" w:rsidP="00FC6C5F">
      <w:pPr>
        <w:ind w:left="-426"/>
        <w:rPr>
          <w:rFonts w:ascii="Cambria" w:hAnsi="Cambria"/>
          <w:sz w:val="22"/>
          <w:szCs w:val="22"/>
        </w:rPr>
      </w:pPr>
      <w:r w:rsidRPr="00FC6C5F">
        <w:rPr>
          <w:rFonts w:ascii="Cambria" w:hAnsi="Cambria"/>
          <w:sz w:val="22"/>
          <w:szCs w:val="22"/>
        </w:rPr>
        <w:t xml:space="preserve">Kratko obrazloženje s obaveznim navođenjem </w:t>
      </w:r>
      <w:r w:rsidRPr="00FC6C5F">
        <w:rPr>
          <w:rFonts w:ascii="Cambria" w:hAnsi="Cambria"/>
          <w:b/>
          <w:sz w:val="22"/>
          <w:szCs w:val="22"/>
        </w:rPr>
        <w:t>svrhe potvrde</w:t>
      </w:r>
      <w:r w:rsidRPr="00FC6C5F">
        <w:rPr>
          <w:rFonts w:ascii="Cambria" w:hAnsi="Cambria"/>
          <w:sz w:val="22"/>
          <w:szCs w:val="22"/>
        </w:rPr>
        <w:t>:</w:t>
      </w:r>
    </w:p>
    <w:p w14:paraId="194FDAA0" w14:textId="4F620AA5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C7474A" wp14:editId="55523FAF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5831840" cy="1562100"/>
                <wp:effectExtent l="8890" t="11430" r="7620" b="7620"/>
                <wp:wrapNone/>
                <wp:docPr id="1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1840" cy="1562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6B2A7" w14:textId="77777777" w:rsidR="00FC6C5F" w:rsidRDefault="00FC6C5F" w:rsidP="00FC6C5F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C7474A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left:0;text-align:left;margin-left:0;margin-top:0;width:459.2pt;height:123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">
                <v:textbox>
                  <w:txbxContent>
                    <w:p w14:paraId="5E06B2A7" w14:textId="77777777" w:rsidR="00FC6C5F" w:rsidRDefault="00FC6C5F" w:rsidP="00FC6C5F"/>
                  </w:txbxContent>
                </v:textbox>
              </v:shape>
            </w:pict>
          </mc:Fallback>
        </mc:AlternateContent>
      </w:r>
    </w:p>
    <w:p w14:paraId="2782EEE3" w14:textId="77777777" w:rsidR="00FC6C5F" w:rsidRPr="00B55B87" w:rsidRDefault="00FC6C5F" w:rsidP="00FC6C5F">
      <w:pPr>
        <w:jc w:val="both"/>
        <w:rPr>
          <w:rFonts w:ascii="Cambria" w:hAnsi="Cambria"/>
          <w:sz w:val="22"/>
          <w:szCs w:val="22"/>
        </w:rPr>
      </w:pPr>
    </w:p>
    <w:p w14:paraId="65134E3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30AD307C" w14:textId="77777777" w:rsidR="00FC6C5F" w:rsidRPr="00B55B87" w:rsidRDefault="00FC6C5F" w:rsidP="00FC6C5F">
      <w:pPr>
        <w:rPr>
          <w:rFonts w:ascii="Cambria" w:hAnsi="Cambria"/>
          <w:sz w:val="22"/>
          <w:szCs w:val="22"/>
        </w:rPr>
      </w:pPr>
    </w:p>
    <w:p w14:paraId="7F29D2F8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028F70B4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3E35F90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54D5FDAA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071583F" w14:textId="77777777" w:rsidR="00FC6C5F" w:rsidRDefault="00FC6C5F" w:rsidP="00FC6C5F">
      <w:pPr>
        <w:ind w:left="6372" w:firstLine="574"/>
        <w:rPr>
          <w:rFonts w:ascii="Cambria" w:hAnsi="Cambria"/>
          <w:sz w:val="22"/>
          <w:szCs w:val="22"/>
        </w:rPr>
      </w:pPr>
    </w:p>
    <w:p w14:paraId="320A555B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0EC8BB0E" w14:textId="77777777" w:rsidR="00FC6C5F" w:rsidRDefault="00FC6C5F" w:rsidP="00FC6C5F">
      <w:pPr>
        <w:spacing w:line="276" w:lineRule="auto"/>
        <w:rPr>
          <w:rFonts w:ascii="Cambria" w:hAnsi="Cambria"/>
        </w:rPr>
      </w:pPr>
    </w:p>
    <w:p w14:paraId="517949AB" w14:textId="3DEB8136" w:rsidR="00FC6C5F" w:rsidRDefault="00FC6C5F" w:rsidP="00FC6C5F">
      <w:pPr>
        <w:spacing w:line="276" w:lineRule="auto"/>
        <w:rPr>
          <w:rFonts w:ascii="Cambria" w:hAnsi="Cambria"/>
        </w:rPr>
      </w:pPr>
      <w:r w:rsidRPr="00FC6C5F">
        <w:rPr>
          <w:rFonts w:ascii="Cambria" w:hAnsi="Cambria"/>
          <w:sz w:val="24"/>
          <w:szCs w:val="24"/>
        </w:rPr>
        <w:t>Zagreb, _________________________</w:t>
      </w:r>
      <w:r w:rsidRPr="00FC6C5F">
        <w:rPr>
          <w:rFonts w:ascii="Cambria" w:hAnsi="Cambria"/>
          <w:sz w:val="24"/>
          <w:szCs w:val="24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</w:p>
    <w:p w14:paraId="350BF525" w14:textId="597C266C" w:rsidR="00FC6C5F" w:rsidRPr="00230C1A" w:rsidRDefault="00FC6C5F" w:rsidP="00FC6C5F">
      <w:pPr>
        <w:spacing w:line="276" w:lineRule="auto"/>
        <w:ind w:left="708" w:firstLine="285"/>
        <w:rPr>
          <w:rFonts w:ascii="Cambria" w:hAnsi="Cambria"/>
        </w:rPr>
      </w:pPr>
      <w:r>
        <w:rPr>
          <w:rFonts w:ascii="Cambria" w:hAnsi="Cambria"/>
        </w:rPr>
        <w:t xml:space="preserve">     </w:t>
      </w:r>
      <w:r w:rsidRPr="009269DE">
        <w:rPr>
          <w:rFonts w:ascii="Cambria" w:hAnsi="Cambria"/>
        </w:rPr>
        <w:t>(datum i godina)</w:t>
      </w:r>
    </w:p>
    <w:p w14:paraId="2544AF38" w14:textId="77777777" w:rsidR="00FC6C5F" w:rsidRDefault="00FC6C5F"/>
    <w:p w14:paraId="4A329715" w14:textId="77777777" w:rsidR="00FC6C5F" w:rsidRDefault="00FC6C5F" w:rsidP="00FC6C5F"/>
    <w:p w14:paraId="09291DB0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11DAD620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135546C5" w14:textId="77777777" w:rsidR="00FC6C5F" w:rsidRDefault="00FC6C5F" w:rsidP="00FC6C5F">
      <w:pPr>
        <w:rPr>
          <w:rFonts w:ascii="Cambria" w:hAnsi="Cambria"/>
          <w:sz w:val="22"/>
          <w:szCs w:val="22"/>
        </w:rPr>
      </w:pPr>
    </w:p>
    <w:p w14:paraId="7A6F1477" w14:textId="77777777" w:rsidR="00FC6C5F" w:rsidRDefault="00FC6C5F" w:rsidP="00FC6C5F"/>
    <w:p w14:paraId="1BBF1430" w14:textId="105F0FDD" w:rsidR="00FC6C5F" w:rsidRPr="00FC6C5F" w:rsidRDefault="00FC6C5F" w:rsidP="00FC6C5F">
      <w:pPr>
        <w:ind w:left="4536"/>
        <w:rPr>
          <w:rFonts w:ascii="Cambria" w:hAnsi="Cambria"/>
          <w:sz w:val="22"/>
          <w:szCs w:val="22"/>
        </w:rPr>
      </w:pPr>
      <w:r>
        <w:rPr>
          <w:rFonts w:ascii="Cambria" w:hAnsi="Cambria"/>
        </w:rPr>
        <w:t xml:space="preserve">__________________________________________________       </w:t>
      </w:r>
      <w:r w:rsidRPr="00FC6C5F">
        <w:rPr>
          <w:rFonts w:ascii="Cambria" w:hAnsi="Cambria"/>
          <w:sz w:val="22"/>
          <w:szCs w:val="22"/>
        </w:rPr>
        <w:t>(vlastoručni potpis podnositelja molbe)</w:t>
      </w:r>
    </w:p>
    <w:p w14:paraId="7F2BB102" w14:textId="77777777" w:rsidR="00FC6C5F" w:rsidRDefault="00FC6C5F"/>
    <w:sectPr w:rsidR="00FC6C5F" w:rsidSect="00FC6C5F">
      <w:headerReference w:type="default" r:id="rId11"/>
      <w:footerReference w:type="default" r:id="rId12"/>
      <w:headerReference w:type="first" r:id="rId13"/>
      <w:pgSz w:w="11909" w:h="16834"/>
      <w:pgMar w:top="2602" w:right="1757" w:bottom="1656" w:left="1843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9B83EE" w14:textId="77777777" w:rsidR="008104E2" w:rsidRDefault="008104E2">
      <w:r>
        <w:separator/>
      </w:r>
    </w:p>
  </w:endnote>
  <w:endnote w:type="continuationSeparator" w:id="0">
    <w:p w14:paraId="09528AFB" w14:textId="77777777" w:rsidR="008104E2" w:rsidRDefault="00810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88EF7D" w14:textId="77777777" w:rsidR="008104E2" w:rsidRDefault="008104E2">
      <w:r>
        <w:separator/>
      </w:r>
    </w:p>
  </w:footnote>
  <w:footnote w:type="continuationSeparator" w:id="0">
    <w:p w14:paraId="06462EBE" w14:textId="77777777" w:rsidR="008104E2" w:rsidRDefault="00810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32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33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34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35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36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37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116D48"/>
    <w:rsid w:val="0015074B"/>
    <w:rsid w:val="001766A1"/>
    <w:rsid w:val="0029639D"/>
    <w:rsid w:val="00326F90"/>
    <w:rsid w:val="00376C4A"/>
    <w:rsid w:val="0041107A"/>
    <w:rsid w:val="005277EC"/>
    <w:rsid w:val="006D564B"/>
    <w:rsid w:val="007A1388"/>
    <w:rsid w:val="008104E2"/>
    <w:rsid w:val="0084644A"/>
    <w:rsid w:val="00A0668E"/>
    <w:rsid w:val="00AA1D8D"/>
    <w:rsid w:val="00B47730"/>
    <w:rsid w:val="00C827FD"/>
    <w:rsid w:val="00CB0664"/>
    <w:rsid w:val="00DE42E4"/>
    <w:rsid w:val="00E5670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5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2</cp:revision>
  <dcterms:created xsi:type="dcterms:W3CDTF">2026-09-17T13:49:00Z</dcterms:created>
  <dcterms:modified xsi:type="dcterms:W3CDTF">2026-09-17T13:58:00Z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