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B29A" w14:textId="77777777" w:rsidR="005277EC" w:rsidRDefault="005277EC"/>
    <w:p w14:paraId="5F66D932" w14:textId="77777777" w:rsidR="005277EC" w:rsidRDefault="005277EC"/>
    <w:p w14:paraId="37110786" w14:textId="77777777" w:rsidR="005277EC" w:rsidRDefault="005277EC"/>
    <w:tbl>
      <w:tblPr>
        <w:tblpPr w:leftFromText="180" w:rightFromText="180" w:vertAnchor="text" w:horzAnchor="margin" w:tblpX="-431" w:tblpY="1096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423"/>
      </w:tblGrid>
      <w:tr w:rsidR="00FC6C5F" w:rsidRPr="000F23FF" w14:paraId="3B05077A" w14:textId="77777777" w:rsidTr="00FC6C5F">
        <w:tc>
          <w:tcPr>
            <w:tcW w:w="3786" w:type="dxa"/>
            <w:shd w:val="clear" w:color="auto" w:fill="auto"/>
            <w:vAlign w:val="center"/>
          </w:tcPr>
          <w:p w14:paraId="6432F9AC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>
              <w:rPr>
                <w:b/>
              </w:rPr>
              <w:t>I</w:t>
            </w:r>
            <w:r w:rsidRPr="000F23FF">
              <w:rPr>
                <w:b/>
              </w:rPr>
              <w:t xml:space="preserve">me i prezime 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12A13120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  <w:p w14:paraId="4CE652D8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761306A7" w14:textId="77777777" w:rsidTr="00FC6C5F">
        <w:tc>
          <w:tcPr>
            <w:tcW w:w="3786" w:type="dxa"/>
            <w:shd w:val="clear" w:color="auto" w:fill="auto"/>
            <w:vAlign w:val="center"/>
          </w:tcPr>
          <w:p w14:paraId="4AFCB972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Adresa stanovanja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5C633A5B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65C29D22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23EB3A0D" w14:textId="77777777" w:rsidTr="00FC6C5F">
        <w:tc>
          <w:tcPr>
            <w:tcW w:w="3786" w:type="dxa"/>
            <w:shd w:val="clear" w:color="auto" w:fill="auto"/>
            <w:vAlign w:val="center"/>
          </w:tcPr>
          <w:p w14:paraId="52F324AF" w14:textId="77777777" w:rsidR="00FC6C5F" w:rsidRPr="007D4562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Broj mobitela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54D33CB1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46CC3A73" w14:textId="77777777" w:rsidR="00FC6C5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018F2D78" w14:textId="77777777" w:rsidTr="00FC6C5F">
        <w:tc>
          <w:tcPr>
            <w:tcW w:w="3786" w:type="dxa"/>
            <w:shd w:val="clear" w:color="auto" w:fill="auto"/>
            <w:vAlign w:val="center"/>
          </w:tcPr>
          <w:p w14:paraId="121ECA42" w14:textId="77777777" w:rsidR="00FC6C5F" w:rsidRPr="007D4562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E-pošta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42420F08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7B478390" w14:textId="77777777" w:rsidR="00FC6C5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4495CD58" w14:textId="77777777" w:rsidTr="00FC6C5F">
        <w:tc>
          <w:tcPr>
            <w:tcW w:w="3786" w:type="dxa"/>
            <w:shd w:val="clear" w:color="auto" w:fill="auto"/>
            <w:vAlign w:val="center"/>
          </w:tcPr>
          <w:p w14:paraId="6CCFF556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 w:rsidRPr="000F23FF">
              <w:rPr>
                <w:b/>
              </w:rPr>
              <w:t>Matični broj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0103CC8C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  <w:p w14:paraId="09CACFE2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</w:tbl>
    <w:p w14:paraId="6C600BB3" w14:textId="77777777" w:rsidR="00FC6C5F" w:rsidRDefault="00FC6C5F" w:rsidP="00FC6C5F">
      <w:pPr>
        <w:pStyle w:val="Bezproreda"/>
        <w:rPr>
          <w:b/>
        </w:rPr>
      </w:pPr>
    </w:p>
    <w:p w14:paraId="161C368C" w14:textId="77777777" w:rsidR="00FC6C5F" w:rsidRDefault="00FC6C5F" w:rsidP="00FC6C5F">
      <w:pPr>
        <w:pStyle w:val="Bezproreda"/>
        <w:rPr>
          <w:b/>
        </w:rPr>
      </w:pPr>
    </w:p>
    <w:p w14:paraId="6FF7B35E" w14:textId="77777777" w:rsidR="00FC6C5F" w:rsidRDefault="00FC6C5F" w:rsidP="00FC6C5F">
      <w:pPr>
        <w:pStyle w:val="Bezproreda"/>
        <w:rPr>
          <w:b/>
        </w:rPr>
      </w:pPr>
    </w:p>
    <w:p w14:paraId="161911C5" w14:textId="53654AE9" w:rsidR="00FC6C5F" w:rsidRPr="00596B58" w:rsidRDefault="00FC6C5F" w:rsidP="00FC6C5F">
      <w:pPr>
        <w:pStyle w:val="Bezproreda"/>
        <w:ind w:left="-426"/>
        <w:rPr>
          <w:b/>
        </w:rPr>
      </w:pPr>
      <w:r w:rsidRPr="000F59D9">
        <w:rPr>
          <w:b/>
        </w:rPr>
        <w:t xml:space="preserve">Referada poslijediplomskog </w:t>
      </w:r>
      <w:r>
        <w:rPr>
          <w:b/>
        </w:rPr>
        <w:t xml:space="preserve"> </w:t>
      </w:r>
      <w:r w:rsidRPr="000F59D9">
        <w:rPr>
          <w:b/>
        </w:rPr>
        <w:t>studija</w:t>
      </w:r>
    </w:p>
    <w:p w14:paraId="30FD568C" w14:textId="77777777" w:rsidR="00FC6C5F" w:rsidRDefault="00FC6C5F"/>
    <w:p w14:paraId="6361BD3F" w14:textId="77777777" w:rsidR="0082595E" w:rsidRDefault="0082595E" w:rsidP="0082595E">
      <w:pPr>
        <w:pStyle w:val="Bezproreda"/>
        <w:spacing w:line="360" w:lineRule="auto"/>
        <w:ind w:left="-426" w:right="-480" w:firstLine="1"/>
        <w:rPr>
          <w:b/>
          <w:sz w:val="24"/>
          <w:szCs w:val="24"/>
        </w:rPr>
      </w:pPr>
    </w:p>
    <w:p w14:paraId="493CB2C6" w14:textId="4A66C35E" w:rsidR="0082595E" w:rsidRDefault="00FC6C5F" w:rsidP="0082595E">
      <w:pPr>
        <w:pStyle w:val="Bezproreda"/>
        <w:spacing w:line="360" w:lineRule="auto"/>
        <w:ind w:left="-426" w:right="-480" w:firstLine="1"/>
        <w:rPr>
          <w:sz w:val="24"/>
          <w:szCs w:val="24"/>
        </w:rPr>
      </w:pPr>
      <w:r w:rsidRPr="00FC6C5F">
        <w:rPr>
          <w:b/>
          <w:sz w:val="24"/>
          <w:szCs w:val="24"/>
        </w:rPr>
        <w:t xml:space="preserve">Predmet: </w:t>
      </w:r>
      <w:r w:rsidR="0082595E">
        <w:rPr>
          <w:sz w:val="24"/>
          <w:szCs w:val="24"/>
        </w:rPr>
        <w:t>Mo</w:t>
      </w:r>
      <w:r w:rsidRPr="00FC6C5F">
        <w:rPr>
          <w:sz w:val="24"/>
          <w:szCs w:val="24"/>
        </w:rPr>
        <w:t>lba</w:t>
      </w:r>
      <w:r w:rsidR="0082595E">
        <w:rPr>
          <w:sz w:val="24"/>
          <w:szCs w:val="24"/>
        </w:rPr>
        <w:t xml:space="preserve"> za ________________________________________________________________________________</w:t>
      </w:r>
    </w:p>
    <w:p w14:paraId="22F53416" w14:textId="3072EAFB" w:rsidR="00FC6C5F" w:rsidRPr="0082595E" w:rsidRDefault="0082595E" w:rsidP="0082595E">
      <w:pPr>
        <w:pStyle w:val="Bezproreda"/>
        <w:spacing w:line="360" w:lineRule="auto"/>
        <w:ind w:left="-426" w:right="-480" w:firstLine="1"/>
        <w:rPr>
          <w:b/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 </w:t>
      </w:r>
    </w:p>
    <w:p w14:paraId="7A81AA0F" w14:textId="77777777" w:rsidR="0082595E" w:rsidRDefault="0082595E" w:rsidP="0082595E">
      <w:pPr>
        <w:pStyle w:val="Bezproreda"/>
        <w:ind w:left="-426" w:right="-480" w:firstLine="1"/>
        <w:rPr>
          <w:sz w:val="24"/>
          <w:szCs w:val="24"/>
        </w:rPr>
      </w:pPr>
    </w:p>
    <w:p w14:paraId="710A100E" w14:textId="77777777" w:rsidR="0082595E" w:rsidRDefault="0082595E" w:rsidP="0082595E">
      <w:pPr>
        <w:pStyle w:val="Bezproreda"/>
        <w:ind w:left="-426" w:right="-480" w:firstLine="1"/>
        <w:rPr>
          <w:sz w:val="24"/>
          <w:szCs w:val="24"/>
        </w:rPr>
      </w:pPr>
    </w:p>
    <w:p w14:paraId="47F89BFC" w14:textId="77777777" w:rsidR="0082595E" w:rsidRDefault="0082595E" w:rsidP="0082595E">
      <w:pPr>
        <w:pStyle w:val="Bezproreda"/>
        <w:ind w:left="-426" w:right="-480" w:firstLine="1"/>
      </w:pPr>
    </w:p>
    <w:p w14:paraId="33DBFB99" w14:textId="2E0805D7" w:rsidR="00FC6C5F" w:rsidRPr="00FC6C5F" w:rsidRDefault="00FC6C5F" w:rsidP="00FC6C5F">
      <w:pPr>
        <w:ind w:left="-426"/>
        <w:rPr>
          <w:rFonts w:ascii="Cambria" w:hAnsi="Cambria"/>
          <w:sz w:val="22"/>
          <w:szCs w:val="22"/>
        </w:rPr>
      </w:pPr>
      <w:r w:rsidRPr="00FC6C5F">
        <w:rPr>
          <w:rFonts w:ascii="Cambria" w:hAnsi="Cambria"/>
          <w:sz w:val="22"/>
          <w:szCs w:val="22"/>
        </w:rPr>
        <w:t>Kratko obrazloženje</w:t>
      </w:r>
      <w:r w:rsidR="0082595E">
        <w:rPr>
          <w:rFonts w:ascii="Cambria" w:hAnsi="Cambria"/>
          <w:sz w:val="22"/>
          <w:szCs w:val="22"/>
        </w:rPr>
        <w:t xml:space="preserve"> molbe</w:t>
      </w:r>
      <w:r w:rsidRPr="00FC6C5F">
        <w:rPr>
          <w:rFonts w:ascii="Cambria" w:hAnsi="Cambria"/>
          <w:sz w:val="22"/>
          <w:szCs w:val="22"/>
        </w:rPr>
        <w:t>:</w:t>
      </w:r>
    </w:p>
    <w:p w14:paraId="194FDAA0" w14:textId="4F620AA5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7474A" wp14:editId="55523FA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31840" cy="1562100"/>
                <wp:effectExtent l="8890" t="11430" r="7620" b="762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B2A7" w14:textId="77777777" w:rsidR="00FC6C5F" w:rsidRDefault="00FC6C5F" w:rsidP="00FC6C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7474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0;margin-top:0;width:459.2pt;height:123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">
                <v:textbox>
                  <w:txbxContent>
                    <w:p w14:paraId="5E06B2A7" w14:textId="77777777" w:rsidR="00FC6C5F" w:rsidRDefault="00FC6C5F" w:rsidP="00FC6C5F"/>
                  </w:txbxContent>
                </v:textbox>
              </v:shape>
            </w:pict>
          </mc:Fallback>
        </mc:AlternateContent>
      </w:r>
    </w:p>
    <w:p w14:paraId="2782EEE3" w14:textId="77777777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</w:p>
    <w:p w14:paraId="65134E3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30AD307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7F29D2F8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028F70B4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3E35F90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4D5FDAA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071583F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20A555B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0EC8BB0E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517949AB" w14:textId="3DEB8136" w:rsidR="00FC6C5F" w:rsidRDefault="00FC6C5F" w:rsidP="00FC6C5F">
      <w:pPr>
        <w:spacing w:line="276" w:lineRule="auto"/>
        <w:rPr>
          <w:rFonts w:ascii="Cambria" w:hAnsi="Cambria"/>
        </w:rPr>
      </w:pPr>
      <w:r w:rsidRPr="00FC6C5F">
        <w:rPr>
          <w:rFonts w:ascii="Cambria" w:hAnsi="Cambria"/>
          <w:sz w:val="24"/>
          <w:szCs w:val="24"/>
        </w:rPr>
        <w:t>Zagreb, _________________________</w:t>
      </w:r>
      <w:r w:rsidRPr="00FC6C5F">
        <w:rPr>
          <w:rFonts w:ascii="Cambria" w:hAnsi="Cambria"/>
          <w:sz w:val="24"/>
          <w:szCs w:val="24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350BF525" w14:textId="597C266C" w:rsidR="00FC6C5F" w:rsidRPr="00230C1A" w:rsidRDefault="00FC6C5F" w:rsidP="00FC6C5F">
      <w:pPr>
        <w:spacing w:line="276" w:lineRule="auto"/>
        <w:ind w:left="708" w:firstLine="285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Pr="009269DE">
        <w:rPr>
          <w:rFonts w:ascii="Cambria" w:hAnsi="Cambria"/>
        </w:rPr>
        <w:t>(datum i godina)</w:t>
      </w:r>
    </w:p>
    <w:p w14:paraId="2544AF38" w14:textId="77777777" w:rsidR="00FC6C5F" w:rsidRDefault="00FC6C5F"/>
    <w:p w14:paraId="4A329715" w14:textId="77777777" w:rsidR="00FC6C5F" w:rsidRDefault="00FC6C5F" w:rsidP="00FC6C5F"/>
    <w:p w14:paraId="09291DB0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135546C5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7A6F1477" w14:textId="77777777" w:rsidR="00FC6C5F" w:rsidRDefault="00FC6C5F" w:rsidP="00FC6C5F"/>
    <w:p w14:paraId="1BBF1430" w14:textId="105F0FDD" w:rsidR="00FC6C5F" w:rsidRPr="00FC6C5F" w:rsidRDefault="00FC6C5F" w:rsidP="00FC6C5F">
      <w:pPr>
        <w:ind w:left="4536"/>
        <w:rPr>
          <w:rFonts w:ascii="Cambria" w:hAnsi="Cambria"/>
          <w:sz w:val="22"/>
          <w:szCs w:val="22"/>
        </w:rPr>
      </w:pPr>
      <w:r>
        <w:rPr>
          <w:rFonts w:ascii="Cambria" w:hAnsi="Cambria"/>
        </w:rPr>
        <w:t xml:space="preserve">__________________________________________________       </w:t>
      </w:r>
      <w:r w:rsidRPr="00FC6C5F">
        <w:rPr>
          <w:rFonts w:ascii="Cambria" w:hAnsi="Cambria"/>
          <w:sz w:val="22"/>
          <w:szCs w:val="22"/>
        </w:rPr>
        <w:t>(vlastoručni potpis podnositelja molbe)</w:t>
      </w:r>
    </w:p>
    <w:p w14:paraId="7F2BB102" w14:textId="77777777" w:rsidR="00FC6C5F" w:rsidRDefault="00FC6C5F"/>
    <w:sectPr w:rsidR="00FC6C5F" w:rsidSect="00FC6C5F">
      <w:headerReference w:type="default" r:id="rId11"/>
      <w:footerReference w:type="default" r:id="rId12"/>
      <w:headerReference w:type="first" r:id="rId13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0E47B" w14:textId="77777777" w:rsidR="00F051F3" w:rsidRDefault="00F051F3">
      <w:r>
        <w:separator/>
      </w:r>
    </w:p>
  </w:endnote>
  <w:endnote w:type="continuationSeparator" w:id="0">
    <w:p w14:paraId="0D8C1152" w14:textId="77777777" w:rsidR="00F051F3" w:rsidRDefault="00F05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325ED" w14:textId="77777777" w:rsidR="00F051F3" w:rsidRDefault="00F051F3">
      <w:r>
        <w:separator/>
      </w:r>
    </w:p>
  </w:footnote>
  <w:footnote w:type="continuationSeparator" w:id="0">
    <w:p w14:paraId="54195E8B" w14:textId="77777777" w:rsidR="00F051F3" w:rsidRDefault="00F05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32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3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4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5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6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7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277EC"/>
    <w:rsid w:val="006D564B"/>
    <w:rsid w:val="007A1388"/>
    <w:rsid w:val="008104E2"/>
    <w:rsid w:val="0082595E"/>
    <w:rsid w:val="0084644A"/>
    <w:rsid w:val="00956011"/>
    <w:rsid w:val="00A0668E"/>
    <w:rsid w:val="00AA1D8D"/>
    <w:rsid w:val="00B47730"/>
    <w:rsid w:val="00C827FD"/>
    <w:rsid w:val="00CB0664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8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3</cp:revision>
  <dcterms:created xsi:type="dcterms:W3CDTF">2026-09-17T13:49:00Z</dcterms:created>
  <dcterms:modified xsi:type="dcterms:W3CDTF">2026-09-18T07:15:00Z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