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B29A" w14:textId="77777777" w:rsidR="005277EC" w:rsidRDefault="005277EC"/>
    <w:p w14:paraId="5F66D932" w14:textId="77777777" w:rsidR="005277EC" w:rsidRDefault="005277EC"/>
    <w:p w14:paraId="37110786" w14:textId="77777777" w:rsidR="005277EC" w:rsidRDefault="005277EC"/>
    <w:p w14:paraId="6FF7B35E" w14:textId="77777777" w:rsidR="00FC6C5F" w:rsidRDefault="00FC6C5F" w:rsidP="00FC6C5F">
      <w:pPr>
        <w:pStyle w:val="Bezproreda"/>
        <w:rPr>
          <w:b/>
        </w:rPr>
      </w:pPr>
    </w:p>
    <w:p w14:paraId="4262530A" w14:textId="3FAD6882" w:rsidR="00FC6C5F" w:rsidRDefault="00FC6C5F" w:rsidP="00EC7FD6">
      <w:pPr>
        <w:pStyle w:val="Bezproreda"/>
        <w:ind w:left="-426"/>
        <w:rPr>
          <w:b/>
        </w:rPr>
      </w:pPr>
      <w:r w:rsidRPr="000F59D9">
        <w:rPr>
          <w:b/>
        </w:rPr>
        <w:t xml:space="preserve">Referada poslijediplomskog </w:t>
      </w:r>
      <w:r>
        <w:rPr>
          <w:b/>
        </w:rPr>
        <w:t xml:space="preserve"> </w:t>
      </w:r>
      <w:r w:rsidRPr="000F59D9">
        <w:rPr>
          <w:b/>
        </w:rPr>
        <w:t>studija</w:t>
      </w:r>
    </w:p>
    <w:tbl>
      <w:tblPr>
        <w:tblpPr w:leftFromText="180" w:rightFromText="180" w:vertAnchor="text" w:horzAnchor="margin" w:tblpXSpec="center" w:tblpY="139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423"/>
      </w:tblGrid>
      <w:tr w:rsidR="00EC7FD6" w:rsidRPr="000F23FF" w14:paraId="6234BE7C" w14:textId="77777777" w:rsidTr="00EC7FD6">
        <w:tc>
          <w:tcPr>
            <w:tcW w:w="3786" w:type="dxa"/>
            <w:shd w:val="clear" w:color="auto" w:fill="auto"/>
            <w:vAlign w:val="center"/>
          </w:tcPr>
          <w:p w14:paraId="5EBDB5FB" w14:textId="77777777" w:rsidR="00EC7FD6" w:rsidRPr="000F23FF" w:rsidRDefault="00EC7FD6" w:rsidP="00EC7FD6">
            <w:pPr>
              <w:pStyle w:val="Bezproreda"/>
              <w:rPr>
                <w:b/>
              </w:rPr>
            </w:pPr>
            <w:r>
              <w:rPr>
                <w:b/>
              </w:rPr>
              <w:t>I</w:t>
            </w:r>
            <w:r w:rsidRPr="000F23FF">
              <w:rPr>
                <w:b/>
              </w:rPr>
              <w:t xml:space="preserve">me i prezime 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2EFB5013" w14:textId="77777777" w:rsidR="00EC7FD6" w:rsidRPr="000F23FF" w:rsidRDefault="00EC7FD6" w:rsidP="00EC7FD6">
            <w:pPr>
              <w:pStyle w:val="Bezproreda"/>
              <w:rPr>
                <w:b/>
              </w:rPr>
            </w:pPr>
          </w:p>
          <w:p w14:paraId="7A3BC656" w14:textId="77777777" w:rsidR="00EC7FD6" w:rsidRPr="000F23FF" w:rsidRDefault="00EC7FD6" w:rsidP="00EC7FD6">
            <w:pPr>
              <w:pStyle w:val="Bezproreda"/>
              <w:rPr>
                <w:b/>
              </w:rPr>
            </w:pPr>
          </w:p>
        </w:tc>
      </w:tr>
      <w:tr w:rsidR="00EC7FD6" w:rsidRPr="000F23FF" w14:paraId="1E9BF2E5" w14:textId="77777777" w:rsidTr="00EC7FD6">
        <w:tc>
          <w:tcPr>
            <w:tcW w:w="3786" w:type="dxa"/>
            <w:shd w:val="clear" w:color="auto" w:fill="auto"/>
            <w:vAlign w:val="center"/>
          </w:tcPr>
          <w:p w14:paraId="1C7C94F5" w14:textId="77777777" w:rsidR="00EC7FD6" w:rsidRPr="000F23FF" w:rsidRDefault="00EC7FD6" w:rsidP="00EC7FD6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Adresa stanovanja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726B42C8" w14:textId="77777777" w:rsidR="00EC7FD6" w:rsidRDefault="00EC7FD6" w:rsidP="00EC7FD6">
            <w:pPr>
              <w:pStyle w:val="Bezproreda"/>
              <w:rPr>
                <w:b/>
              </w:rPr>
            </w:pPr>
          </w:p>
          <w:p w14:paraId="17EDF350" w14:textId="77777777" w:rsidR="00EC7FD6" w:rsidRPr="000F23FF" w:rsidRDefault="00EC7FD6" w:rsidP="00EC7FD6">
            <w:pPr>
              <w:pStyle w:val="Bezproreda"/>
              <w:rPr>
                <w:b/>
              </w:rPr>
            </w:pPr>
          </w:p>
        </w:tc>
      </w:tr>
      <w:tr w:rsidR="00EC7FD6" w:rsidRPr="000F23FF" w14:paraId="698DC37B" w14:textId="77777777" w:rsidTr="00EC7FD6">
        <w:tc>
          <w:tcPr>
            <w:tcW w:w="3786" w:type="dxa"/>
            <w:shd w:val="clear" w:color="auto" w:fill="auto"/>
            <w:vAlign w:val="center"/>
          </w:tcPr>
          <w:p w14:paraId="5FC202D2" w14:textId="77777777" w:rsidR="00EC7FD6" w:rsidRPr="007D4562" w:rsidRDefault="00EC7FD6" w:rsidP="00EC7FD6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Broj mobitela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30F32501" w14:textId="77777777" w:rsidR="00EC7FD6" w:rsidRDefault="00EC7FD6" w:rsidP="00EC7FD6">
            <w:pPr>
              <w:pStyle w:val="Bezproreda"/>
              <w:rPr>
                <w:b/>
              </w:rPr>
            </w:pPr>
          </w:p>
          <w:p w14:paraId="7ADF74B8" w14:textId="77777777" w:rsidR="00EC7FD6" w:rsidRDefault="00EC7FD6" w:rsidP="00EC7FD6">
            <w:pPr>
              <w:pStyle w:val="Bezproreda"/>
              <w:rPr>
                <w:b/>
              </w:rPr>
            </w:pPr>
          </w:p>
        </w:tc>
      </w:tr>
      <w:tr w:rsidR="00EC7FD6" w:rsidRPr="000F23FF" w14:paraId="28C48AF4" w14:textId="77777777" w:rsidTr="00EC7FD6">
        <w:tc>
          <w:tcPr>
            <w:tcW w:w="3786" w:type="dxa"/>
            <w:shd w:val="clear" w:color="auto" w:fill="auto"/>
            <w:vAlign w:val="center"/>
          </w:tcPr>
          <w:p w14:paraId="7E9143A2" w14:textId="77777777" w:rsidR="00EC7FD6" w:rsidRPr="007D4562" w:rsidRDefault="00EC7FD6" w:rsidP="00EC7FD6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E-pošta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25DCAB05" w14:textId="77777777" w:rsidR="00EC7FD6" w:rsidRDefault="00EC7FD6" w:rsidP="00EC7FD6">
            <w:pPr>
              <w:pStyle w:val="Bezproreda"/>
              <w:rPr>
                <w:b/>
              </w:rPr>
            </w:pPr>
          </w:p>
          <w:p w14:paraId="1D999A63" w14:textId="77777777" w:rsidR="00EC7FD6" w:rsidRDefault="00EC7FD6" w:rsidP="00EC7FD6">
            <w:pPr>
              <w:pStyle w:val="Bezproreda"/>
              <w:rPr>
                <w:b/>
              </w:rPr>
            </w:pPr>
          </w:p>
        </w:tc>
      </w:tr>
      <w:tr w:rsidR="00EC7FD6" w:rsidRPr="000F23FF" w14:paraId="1115B256" w14:textId="77777777" w:rsidTr="00EC7FD6">
        <w:tc>
          <w:tcPr>
            <w:tcW w:w="3786" w:type="dxa"/>
            <w:shd w:val="clear" w:color="auto" w:fill="auto"/>
            <w:vAlign w:val="center"/>
          </w:tcPr>
          <w:p w14:paraId="171374F4" w14:textId="77777777" w:rsidR="00EC7FD6" w:rsidRPr="000F23FF" w:rsidRDefault="00EC7FD6" w:rsidP="00EC7FD6">
            <w:pPr>
              <w:pStyle w:val="Bezproreda"/>
              <w:rPr>
                <w:b/>
              </w:rPr>
            </w:pPr>
            <w:r w:rsidRPr="000F23FF">
              <w:rPr>
                <w:b/>
              </w:rPr>
              <w:t>Matični broj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607A84F6" w14:textId="77777777" w:rsidR="00EC7FD6" w:rsidRPr="000F23FF" w:rsidRDefault="00EC7FD6" w:rsidP="00EC7FD6">
            <w:pPr>
              <w:pStyle w:val="Bezproreda"/>
              <w:rPr>
                <w:b/>
              </w:rPr>
            </w:pPr>
          </w:p>
          <w:p w14:paraId="574BC6C7" w14:textId="77777777" w:rsidR="00EC7FD6" w:rsidRPr="000F23FF" w:rsidRDefault="00EC7FD6" w:rsidP="00EC7FD6">
            <w:pPr>
              <w:pStyle w:val="Bezproreda"/>
              <w:rPr>
                <w:b/>
              </w:rPr>
            </w:pPr>
          </w:p>
        </w:tc>
      </w:tr>
    </w:tbl>
    <w:p w14:paraId="30FD568C" w14:textId="77777777" w:rsidR="00FC6C5F" w:rsidRDefault="00FC6C5F"/>
    <w:p w14:paraId="22F53416" w14:textId="08675241" w:rsidR="00FC6C5F" w:rsidRDefault="00FC6C5F" w:rsidP="00EC7FD6">
      <w:pPr>
        <w:pStyle w:val="Bezproreda"/>
        <w:ind w:left="709" w:hanging="1134"/>
        <w:rPr>
          <w:sz w:val="24"/>
          <w:szCs w:val="24"/>
        </w:rPr>
      </w:pPr>
      <w:r w:rsidRPr="00EC7FD6">
        <w:rPr>
          <w:b/>
        </w:rPr>
        <w:t>Predmet:</w:t>
      </w:r>
      <w:r w:rsidRPr="00FC6C5F">
        <w:rPr>
          <w:b/>
          <w:sz w:val="24"/>
          <w:szCs w:val="24"/>
        </w:rPr>
        <w:t xml:space="preserve"> </w:t>
      </w:r>
      <w:r w:rsidR="00AA7F7F" w:rsidRPr="00EC7FD6">
        <w:t xml:space="preserve">Molba za plaćanje školarine </w:t>
      </w:r>
      <w:r w:rsidR="00AA7F7F" w:rsidRPr="00EC7FD6">
        <w:rPr>
          <w:i/>
          <w:iCs/>
        </w:rPr>
        <w:t>Licencijatskog i doktorskog studija teologije</w:t>
      </w:r>
      <w:r w:rsidR="00AA7F7F" w:rsidRPr="00EC7FD6">
        <w:t xml:space="preserve"> u ratama</w:t>
      </w:r>
    </w:p>
    <w:p w14:paraId="5752FFC2" w14:textId="77777777" w:rsidR="00EC7FD6" w:rsidRPr="00EC7FD6" w:rsidRDefault="00EC7FD6" w:rsidP="00EC7FD6">
      <w:pPr>
        <w:pStyle w:val="Bezproreda"/>
        <w:ind w:left="709" w:hanging="1134"/>
        <w:rPr>
          <w:sz w:val="24"/>
          <w:szCs w:val="24"/>
        </w:rPr>
      </w:pPr>
    </w:p>
    <w:p w14:paraId="33DBFB99" w14:textId="3E789659" w:rsidR="00FC6C5F" w:rsidRPr="00FC6C5F" w:rsidRDefault="00FC6C5F" w:rsidP="00FC6C5F">
      <w:pPr>
        <w:ind w:left="-426"/>
        <w:rPr>
          <w:rFonts w:ascii="Cambria" w:hAnsi="Cambria"/>
          <w:sz w:val="22"/>
          <w:szCs w:val="22"/>
        </w:rPr>
      </w:pPr>
      <w:r w:rsidRPr="00FC6C5F">
        <w:rPr>
          <w:rFonts w:ascii="Cambria" w:hAnsi="Cambria"/>
          <w:sz w:val="22"/>
          <w:szCs w:val="22"/>
        </w:rPr>
        <w:t>Kratko obrazloženje:</w:t>
      </w:r>
    </w:p>
    <w:p w14:paraId="194FDAA0" w14:textId="4F620AA5" w:rsidR="00FC6C5F" w:rsidRPr="00B55B87" w:rsidRDefault="00FC6C5F" w:rsidP="00FC6C5F">
      <w:pPr>
        <w:jc w:val="both"/>
        <w:rPr>
          <w:rFonts w:ascii="Cambria" w:hAnsi="Cambri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7474A" wp14:editId="55523FA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31840" cy="1562100"/>
                <wp:effectExtent l="8890" t="11430" r="7620" b="762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6B2A7" w14:textId="77777777" w:rsidR="00FC6C5F" w:rsidRDefault="00FC6C5F" w:rsidP="00FC6C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7474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0;margin-top:0;width:459.2pt;height:123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">
                <v:textbox>
                  <w:txbxContent>
                    <w:p w14:paraId="5E06B2A7" w14:textId="77777777" w:rsidR="00FC6C5F" w:rsidRDefault="00FC6C5F" w:rsidP="00FC6C5F"/>
                  </w:txbxContent>
                </v:textbox>
              </v:shape>
            </w:pict>
          </mc:Fallback>
        </mc:AlternateContent>
      </w:r>
    </w:p>
    <w:p w14:paraId="2782EEE3" w14:textId="77777777" w:rsidR="00FC6C5F" w:rsidRPr="00B55B87" w:rsidRDefault="00FC6C5F" w:rsidP="00FC6C5F">
      <w:pPr>
        <w:jc w:val="both"/>
        <w:rPr>
          <w:rFonts w:ascii="Cambria" w:hAnsi="Cambria"/>
          <w:sz w:val="22"/>
          <w:szCs w:val="22"/>
        </w:rPr>
      </w:pPr>
    </w:p>
    <w:p w14:paraId="65134E3C" w14:textId="77777777" w:rsidR="00FC6C5F" w:rsidRPr="00B55B87" w:rsidRDefault="00FC6C5F" w:rsidP="00FC6C5F">
      <w:pPr>
        <w:rPr>
          <w:rFonts w:ascii="Cambria" w:hAnsi="Cambria"/>
          <w:sz w:val="22"/>
          <w:szCs w:val="22"/>
        </w:rPr>
      </w:pPr>
    </w:p>
    <w:p w14:paraId="30AD307C" w14:textId="77777777" w:rsidR="00FC6C5F" w:rsidRPr="00B55B87" w:rsidRDefault="00FC6C5F" w:rsidP="00FC6C5F">
      <w:pPr>
        <w:rPr>
          <w:rFonts w:ascii="Cambria" w:hAnsi="Cambria"/>
          <w:sz w:val="22"/>
          <w:szCs w:val="22"/>
        </w:rPr>
      </w:pPr>
    </w:p>
    <w:p w14:paraId="7F29D2F8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028F70B4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53E35F90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54D5FDAA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3071583F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320A555B" w14:textId="77777777" w:rsidR="00FC6C5F" w:rsidRDefault="00FC6C5F" w:rsidP="00FC6C5F">
      <w:pPr>
        <w:spacing w:line="276" w:lineRule="auto"/>
        <w:rPr>
          <w:rFonts w:ascii="Cambria" w:hAnsi="Cambria"/>
        </w:rPr>
      </w:pPr>
    </w:p>
    <w:p w14:paraId="0EC8BB0E" w14:textId="77777777" w:rsidR="00FC6C5F" w:rsidRPr="00EC7FD6" w:rsidRDefault="00FC6C5F" w:rsidP="00FC6C5F">
      <w:pPr>
        <w:spacing w:line="276" w:lineRule="auto"/>
        <w:rPr>
          <w:rFonts w:ascii="Cambria" w:hAnsi="Cambria"/>
          <w:sz w:val="12"/>
          <w:szCs w:val="12"/>
        </w:rPr>
      </w:pPr>
    </w:p>
    <w:p w14:paraId="517949AB" w14:textId="3DEB8136" w:rsidR="00FC6C5F" w:rsidRDefault="00FC6C5F" w:rsidP="00FC6C5F">
      <w:pPr>
        <w:spacing w:line="276" w:lineRule="auto"/>
        <w:rPr>
          <w:rFonts w:ascii="Cambria" w:hAnsi="Cambria"/>
        </w:rPr>
      </w:pPr>
      <w:r w:rsidRPr="00FC6C5F">
        <w:rPr>
          <w:rFonts w:ascii="Cambria" w:hAnsi="Cambria"/>
          <w:sz w:val="24"/>
          <w:szCs w:val="24"/>
        </w:rPr>
        <w:t>Zagreb, _________________________</w:t>
      </w:r>
      <w:r w:rsidRPr="00FC6C5F">
        <w:rPr>
          <w:rFonts w:ascii="Cambria" w:hAnsi="Cambria"/>
          <w:sz w:val="24"/>
          <w:szCs w:val="24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350BF525" w14:textId="597C266C" w:rsidR="00FC6C5F" w:rsidRPr="00230C1A" w:rsidRDefault="00FC6C5F" w:rsidP="00FC6C5F">
      <w:pPr>
        <w:spacing w:line="276" w:lineRule="auto"/>
        <w:ind w:left="708" w:firstLine="285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r w:rsidRPr="009269DE">
        <w:rPr>
          <w:rFonts w:ascii="Cambria" w:hAnsi="Cambria"/>
        </w:rPr>
        <w:t>(datum i godina)</w:t>
      </w:r>
    </w:p>
    <w:p w14:paraId="7A6F1477" w14:textId="77777777" w:rsidR="00FC6C5F" w:rsidRDefault="00FC6C5F" w:rsidP="00FC6C5F"/>
    <w:p w14:paraId="49B1E922" w14:textId="77777777" w:rsidR="00EC7FD6" w:rsidRDefault="00EC7FD6" w:rsidP="00FC6C5F"/>
    <w:p w14:paraId="1BBF1430" w14:textId="105F0FDD" w:rsidR="00FC6C5F" w:rsidRDefault="00FC6C5F" w:rsidP="00FC6C5F">
      <w:pPr>
        <w:ind w:left="4536"/>
        <w:rPr>
          <w:rFonts w:ascii="Cambria" w:hAnsi="Cambria"/>
          <w:sz w:val="22"/>
          <w:szCs w:val="22"/>
        </w:rPr>
      </w:pPr>
      <w:r>
        <w:rPr>
          <w:rFonts w:ascii="Cambria" w:hAnsi="Cambria"/>
        </w:rPr>
        <w:t xml:space="preserve">__________________________________________________       </w:t>
      </w:r>
      <w:r w:rsidRPr="00FC6C5F">
        <w:rPr>
          <w:rFonts w:ascii="Cambria" w:hAnsi="Cambria"/>
          <w:sz w:val="22"/>
          <w:szCs w:val="22"/>
        </w:rPr>
        <w:t>(vlastoručni potpis podnositelja molbe)</w:t>
      </w:r>
    </w:p>
    <w:p w14:paraId="1845201A" w14:textId="77777777" w:rsidR="00EC7FD6" w:rsidRDefault="00EC7FD6" w:rsidP="00FC6C5F">
      <w:pPr>
        <w:ind w:left="4536"/>
        <w:rPr>
          <w:rFonts w:ascii="Cambria" w:hAnsi="Cambria"/>
          <w:sz w:val="22"/>
          <w:szCs w:val="22"/>
        </w:rPr>
      </w:pPr>
    </w:p>
    <w:p w14:paraId="1A8E7DBB" w14:textId="77777777" w:rsidR="00EC7FD6" w:rsidRDefault="00EC7FD6" w:rsidP="00FC6C5F">
      <w:pPr>
        <w:ind w:left="4536"/>
        <w:rPr>
          <w:rFonts w:ascii="Cambria" w:hAnsi="Cambria"/>
          <w:sz w:val="22"/>
          <w:szCs w:val="22"/>
        </w:rPr>
      </w:pPr>
    </w:p>
    <w:p w14:paraId="5791C4C2" w14:textId="77777777" w:rsidR="00EC7FD6" w:rsidRPr="00FC6C5F" w:rsidRDefault="00EC7FD6" w:rsidP="00FC6C5F">
      <w:pPr>
        <w:ind w:left="4536"/>
        <w:rPr>
          <w:rFonts w:ascii="Cambria" w:hAnsi="Cambria"/>
          <w:sz w:val="22"/>
          <w:szCs w:val="22"/>
        </w:rPr>
      </w:pPr>
    </w:p>
    <w:p w14:paraId="110FC99B" w14:textId="70817EE9" w:rsidR="00EC7FD6" w:rsidRPr="00EC7FD6" w:rsidRDefault="00EC7FD6" w:rsidP="00EC7FD6">
      <w:pPr>
        <w:numPr>
          <w:ilvl w:val="0"/>
          <w:numId w:val="10"/>
        </w:numPr>
        <w:ind w:hanging="862"/>
        <w:rPr>
          <w:rFonts w:ascii="Cambria" w:hAnsi="Cambria"/>
          <w:sz w:val="22"/>
          <w:szCs w:val="22"/>
        </w:rPr>
      </w:pPr>
      <w:r w:rsidRPr="00EC7FD6">
        <w:rPr>
          <w:rFonts w:ascii="Cambria" w:hAnsi="Cambria"/>
          <w:sz w:val="22"/>
          <w:szCs w:val="22"/>
        </w:rPr>
        <w:t>ODOBRAVA SE</w:t>
      </w:r>
    </w:p>
    <w:p w14:paraId="25B60A2A" w14:textId="77777777" w:rsidR="00EC7FD6" w:rsidRPr="00B55B87" w:rsidRDefault="00EC7FD6" w:rsidP="00EC7FD6">
      <w:pPr>
        <w:numPr>
          <w:ilvl w:val="0"/>
          <w:numId w:val="10"/>
        </w:numPr>
        <w:ind w:hanging="862"/>
        <w:rPr>
          <w:rFonts w:ascii="Cambria" w:hAnsi="Cambria"/>
          <w:sz w:val="22"/>
          <w:szCs w:val="22"/>
        </w:rPr>
      </w:pPr>
      <w:r w:rsidRPr="00B55B87">
        <w:rPr>
          <w:rFonts w:ascii="Cambria" w:hAnsi="Cambria"/>
          <w:sz w:val="22"/>
          <w:szCs w:val="22"/>
        </w:rPr>
        <w:t xml:space="preserve">NE ODOBRAVA SE </w:t>
      </w:r>
    </w:p>
    <w:p w14:paraId="53B0B257" w14:textId="77777777" w:rsidR="00EC7FD6" w:rsidRDefault="00EC7FD6" w:rsidP="00EC7FD6">
      <w:pPr>
        <w:rPr>
          <w:rFonts w:ascii="Cambria" w:hAnsi="Cambria"/>
          <w:sz w:val="22"/>
          <w:szCs w:val="22"/>
        </w:rPr>
      </w:pPr>
      <w:r w:rsidRPr="00B55B87">
        <w:rPr>
          <w:rFonts w:ascii="Cambria" w:hAnsi="Cambria"/>
          <w:sz w:val="22"/>
          <w:szCs w:val="22"/>
        </w:rPr>
        <w:tab/>
      </w:r>
      <w:r w:rsidRPr="00B55B87">
        <w:rPr>
          <w:rFonts w:ascii="Cambria" w:hAnsi="Cambria"/>
          <w:sz w:val="22"/>
          <w:szCs w:val="22"/>
        </w:rPr>
        <w:tab/>
      </w:r>
      <w:r w:rsidRPr="00B55B87">
        <w:rPr>
          <w:rFonts w:ascii="Cambria" w:hAnsi="Cambria"/>
          <w:sz w:val="22"/>
          <w:szCs w:val="22"/>
        </w:rPr>
        <w:tab/>
      </w:r>
    </w:p>
    <w:p w14:paraId="3CB69F94" w14:textId="77777777" w:rsidR="00EC7FD6" w:rsidRPr="00B55B87" w:rsidRDefault="00EC7FD6" w:rsidP="00EC7FD6">
      <w:pPr>
        <w:rPr>
          <w:rFonts w:ascii="Cambria" w:hAnsi="Cambria"/>
          <w:sz w:val="22"/>
          <w:szCs w:val="22"/>
        </w:rPr>
      </w:pPr>
    </w:p>
    <w:p w14:paraId="4514C0CA" w14:textId="77777777" w:rsidR="00EC7FD6" w:rsidRPr="00B55B87" w:rsidRDefault="00EC7FD6" w:rsidP="00EC7FD6">
      <w:pPr>
        <w:rPr>
          <w:rFonts w:ascii="Cambria" w:hAnsi="Cambria"/>
          <w:sz w:val="22"/>
          <w:szCs w:val="22"/>
        </w:rPr>
      </w:pPr>
      <w:r w:rsidRPr="00B55B87">
        <w:rPr>
          <w:rFonts w:ascii="Cambria" w:hAnsi="Cambria"/>
          <w:sz w:val="22"/>
          <w:szCs w:val="22"/>
          <w:u w:val="single"/>
        </w:rPr>
        <w:tab/>
      </w:r>
      <w:r w:rsidRPr="00B55B87">
        <w:rPr>
          <w:rFonts w:ascii="Cambria" w:hAnsi="Cambria"/>
          <w:sz w:val="22"/>
          <w:szCs w:val="22"/>
          <w:u w:val="single"/>
        </w:rPr>
        <w:tab/>
      </w:r>
      <w:r w:rsidRPr="00B55B87">
        <w:rPr>
          <w:rFonts w:ascii="Cambria" w:hAnsi="Cambria"/>
          <w:sz w:val="22"/>
          <w:szCs w:val="22"/>
          <w:u w:val="single"/>
        </w:rPr>
        <w:tab/>
      </w:r>
      <w:r w:rsidRPr="00B55B87">
        <w:rPr>
          <w:rFonts w:ascii="Cambria" w:hAnsi="Cambria"/>
          <w:sz w:val="22"/>
          <w:szCs w:val="22"/>
          <w:u w:val="single"/>
        </w:rPr>
        <w:tab/>
      </w:r>
    </w:p>
    <w:p w14:paraId="4834DEEC" w14:textId="77777777" w:rsidR="00EC7FD6" w:rsidRPr="00B55B87" w:rsidRDefault="00EC7FD6" w:rsidP="00EC7FD6">
      <w:pPr>
        <w:rPr>
          <w:rFonts w:ascii="Cambria" w:hAnsi="Cambria"/>
          <w:sz w:val="22"/>
          <w:szCs w:val="22"/>
        </w:rPr>
      </w:pPr>
      <w:r w:rsidRPr="00B55B87">
        <w:rPr>
          <w:rFonts w:ascii="Cambria" w:hAnsi="Cambria"/>
          <w:sz w:val="22"/>
          <w:szCs w:val="22"/>
        </w:rPr>
        <w:tab/>
      </w:r>
      <w:r w:rsidRPr="00B55B87">
        <w:rPr>
          <w:rFonts w:ascii="Cambria" w:hAnsi="Cambria"/>
          <w:sz w:val="22"/>
          <w:szCs w:val="22"/>
        </w:rPr>
        <w:tab/>
      </w:r>
      <w:r w:rsidRPr="00B55B87">
        <w:rPr>
          <w:rFonts w:ascii="Cambria" w:hAnsi="Cambria"/>
          <w:sz w:val="22"/>
          <w:szCs w:val="22"/>
        </w:rPr>
        <w:tab/>
      </w:r>
      <w:r w:rsidRPr="00B55B87">
        <w:rPr>
          <w:rFonts w:ascii="Cambria" w:hAnsi="Cambria"/>
          <w:sz w:val="22"/>
          <w:szCs w:val="22"/>
        </w:rPr>
        <w:tab/>
      </w:r>
      <w:r w:rsidRPr="00B55B87">
        <w:rPr>
          <w:rFonts w:ascii="Cambria" w:hAnsi="Cambria"/>
          <w:sz w:val="22"/>
          <w:szCs w:val="22"/>
        </w:rPr>
        <w:tab/>
      </w:r>
      <w:r w:rsidRPr="00B55B87">
        <w:rPr>
          <w:rFonts w:ascii="Cambria" w:hAnsi="Cambria"/>
          <w:sz w:val="22"/>
          <w:szCs w:val="22"/>
        </w:rPr>
        <w:tab/>
      </w:r>
      <w:r w:rsidRPr="00B55B87">
        <w:rPr>
          <w:rFonts w:ascii="Cambria" w:hAnsi="Cambria"/>
          <w:sz w:val="22"/>
          <w:szCs w:val="22"/>
        </w:rPr>
        <w:tab/>
      </w:r>
      <w:r w:rsidRPr="00B55B87">
        <w:rPr>
          <w:rFonts w:ascii="Cambria" w:hAnsi="Cambria"/>
          <w:sz w:val="22"/>
          <w:szCs w:val="22"/>
        </w:rPr>
        <w:tab/>
      </w:r>
    </w:p>
    <w:p w14:paraId="2F58DFE6" w14:textId="51D4927E" w:rsidR="00EC7FD6" w:rsidRDefault="00EC7FD6" w:rsidP="00EC7FD6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Prof. dr. sc. Nenad Malović</w:t>
      </w:r>
      <w:r w:rsidRPr="00B55B87">
        <w:rPr>
          <w:rFonts w:ascii="Cambria" w:hAnsi="Cambria"/>
          <w:sz w:val="22"/>
          <w:szCs w:val="22"/>
        </w:rPr>
        <w:t xml:space="preserve">, </w:t>
      </w:r>
    </w:p>
    <w:p w14:paraId="7F923E10" w14:textId="77777777" w:rsidR="00EC7FD6" w:rsidRPr="00B55B87" w:rsidRDefault="00EC7FD6" w:rsidP="00EC7FD6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prodekan za znanost</w:t>
      </w:r>
    </w:p>
    <w:p w14:paraId="7F2BB102" w14:textId="77777777" w:rsidR="00FC6C5F" w:rsidRDefault="00FC6C5F"/>
    <w:sectPr w:rsidR="00FC6C5F" w:rsidSect="00FC6C5F">
      <w:headerReference w:type="default" r:id="rId11"/>
      <w:footerReference w:type="default" r:id="rId12"/>
      <w:headerReference w:type="first" r:id="rId13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F981A" w14:textId="77777777" w:rsidR="00C95C3C" w:rsidRDefault="00C95C3C">
      <w:r>
        <w:separator/>
      </w:r>
    </w:p>
  </w:endnote>
  <w:endnote w:type="continuationSeparator" w:id="0">
    <w:p w14:paraId="7CACFC8F" w14:textId="77777777" w:rsidR="00C95C3C" w:rsidRDefault="00C95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D29DA" w14:textId="77777777" w:rsidR="00C95C3C" w:rsidRDefault="00C95C3C">
      <w:r>
        <w:separator/>
      </w:r>
    </w:p>
  </w:footnote>
  <w:footnote w:type="continuationSeparator" w:id="0">
    <w:p w14:paraId="2B0FA8B1" w14:textId="77777777" w:rsidR="00C95C3C" w:rsidRDefault="00C95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32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3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4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5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6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7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CB705A"/>
    <w:multiLevelType w:val="hybridMultilevel"/>
    <w:tmpl w:val="EF96F46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  <w:num w:numId="10" w16cid:durableId="15826398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5277EC"/>
    <w:rsid w:val="006D564B"/>
    <w:rsid w:val="007A1388"/>
    <w:rsid w:val="008104E2"/>
    <w:rsid w:val="0084644A"/>
    <w:rsid w:val="0095010D"/>
    <w:rsid w:val="00A0668E"/>
    <w:rsid w:val="00AA1D8D"/>
    <w:rsid w:val="00AA7F7F"/>
    <w:rsid w:val="00B47730"/>
    <w:rsid w:val="00C827FD"/>
    <w:rsid w:val="00C95C3C"/>
    <w:rsid w:val="00CB0664"/>
    <w:rsid w:val="00DE42E4"/>
    <w:rsid w:val="00E56703"/>
    <w:rsid w:val="00E92CFD"/>
    <w:rsid w:val="00EC7FD6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5</cp:revision>
  <dcterms:created xsi:type="dcterms:W3CDTF">2026-09-17T13:49:00Z</dcterms:created>
  <dcterms:modified xsi:type="dcterms:W3CDTF">2026-09-18T07:25:00Z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