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1EFD8" w14:textId="77777777" w:rsidR="001C3A55" w:rsidRDefault="001C3A55" w:rsidP="001C3A55">
      <w:pPr>
        <w:ind w:left="720"/>
        <w:rPr>
          <w:rFonts w:ascii="Cambria" w:hAnsi="Cambria"/>
          <w:sz w:val="22"/>
          <w:szCs w:val="24"/>
        </w:rPr>
      </w:pPr>
    </w:p>
    <w:p w14:paraId="75CB2A66" w14:textId="77777777" w:rsidR="001C3A55" w:rsidRPr="00C83440" w:rsidRDefault="001C3A55" w:rsidP="001C3A55">
      <w:pPr>
        <w:rPr>
          <w:rFonts w:ascii="Cambria" w:hAnsi="Cambria"/>
          <w:sz w:val="22"/>
          <w:szCs w:val="24"/>
        </w:rPr>
      </w:pPr>
    </w:p>
    <w:p w14:paraId="0E2691DB" w14:textId="77777777" w:rsidR="001C3A55" w:rsidRDefault="001C3A55" w:rsidP="001C3A55">
      <w:pPr>
        <w:tabs>
          <w:tab w:val="left" w:pos="1365"/>
        </w:tabs>
        <w:spacing w:line="360" w:lineRule="auto"/>
        <w:jc w:val="center"/>
        <w:rPr>
          <w:rFonts w:ascii="Arial" w:hAnsi="Arial" w:cs="Arial"/>
          <w:b/>
          <w:i/>
          <w:sz w:val="36"/>
          <w:szCs w:val="36"/>
          <w:u w:val="single"/>
        </w:rPr>
      </w:pPr>
      <w:r>
        <w:rPr>
          <w:rFonts w:ascii="Arial" w:hAnsi="Arial" w:cs="Arial"/>
          <w:b/>
          <w:i/>
          <w:sz w:val="36"/>
          <w:szCs w:val="36"/>
          <w:u w:val="single"/>
        </w:rPr>
        <w:t>Preporuke/</w:t>
      </w:r>
      <w:r w:rsidRPr="006F2783">
        <w:rPr>
          <w:rFonts w:ascii="Arial" w:hAnsi="Arial" w:cs="Arial"/>
          <w:b/>
          <w:i/>
          <w:sz w:val="36"/>
          <w:szCs w:val="36"/>
          <w:u w:val="single"/>
        </w:rPr>
        <w:t xml:space="preserve">Upute za oblikovanje </w:t>
      </w:r>
      <w:r>
        <w:rPr>
          <w:rFonts w:ascii="Arial" w:hAnsi="Arial" w:cs="Arial"/>
          <w:b/>
          <w:i/>
          <w:sz w:val="36"/>
          <w:szCs w:val="36"/>
          <w:u w:val="single"/>
        </w:rPr>
        <w:t>istraživačkoga licencijatskog</w:t>
      </w:r>
      <w:r w:rsidRPr="006F2783">
        <w:rPr>
          <w:rFonts w:ascii="Arial" w:hAnsi="Arial" w:cs="Arial"/>
          <w:b/>
          <w:i/>
          <w:sz w:val="36"/>
          <w:szCs w:val="36"/>
          <w:u w:val="single"/>
        </w:rPr>
        <w:t xml:space="preserve"> rada</w:t>
      </w:r>
    </w:p>
    <w:p w14:paraId="78B62957" w14:textId="77777777" w:rsidR="001C3A55" w:rsidRDefault="001C3A55" w:rsidP="001C3A55">
      <w:pPr>
        <w:tabs>
          <w:tab w:val="left" w:pos="1365"/>
        </w:tabs>
        <w:spacing w:line="360" w:lineRule="auto"/>
        <w:rPr>
          <w:rFonts w:ascii="Arial" w:hAnsi="Arial" w:cs="Arial"/>
          <w:b/>
          <w:i/>
          <w:sz w:val="22"/>
          <w:szCs w:val="22"/>
        </w:rPr>
      </w:pPr>
      <w:r w:rsidRPr="007F389C">
        <w:rPr>
          <w:rFonts w:ascii="Arial" w:hAnsi="Arial" w:cs="Arial"/>
          <w:b/>
          <w:i/>
          <w:sz w:val="22"/>
          <w:szCs w:val="22"/>
          <w:highlight w:val="yellow"/>
        </w:rPr>
        <w:t xml:space="preserve">*istraživački </w:t>
      </w:r>
      <w:proofErr w:type="spellStart"/>
      <w:r w:rsidRPr="007F389C">
        <w:rPr>
          <w:rFonts w:ascii="Arial" w:hAnsi="Arial" w:cs="Arial"/>
          <w:b/>
          <w:i/>
          <w:sz w:val="22"/>
          <w:szCs w:val="22"/>
          <w:highlight w:val="yellow"/>
        </w:rPr>
        <w:t>licencijatski</w:t>
      </w:r>
      <w:proofErr w:type="spellEnd"/>
      <w:r w:rsidRPr="007F389C">
        <w:rPr>
          <w:rFonts w:ascii="Arial" w:hAnsi="Arial" w:cs="Arial"/>
          <w:b/>
          <w:i/>
          <w:sz w:val="22"/>
          <w:szCs w:val="22"/>
          <w:highlight w:val="yellow"/>
        </w:rPr>
        <w:t xml:space="preserve"> rad potrebno je spiralno uvezati u dva primjerka</w:t>
      </w:r>
    </w:p>
    <w:p w14:paraId="7F5CE3F1" w14:textId="77777777" w:rsidR="001C3A55" w:rsidRPr="007F389C" w:rsidRDefault="001C3A55" w:rsidP="001C3A55">
      <w:pPr>
        <w:tabs>
          <w:tab w:val="left" w:pos="1365"/>
        </w:tabs>
        <w:spacing w:line="360" w:lineRule="auto"/>
        <w:jc w:val="center"/>
        <w:rPr>
          <w:rFonts w:ascii="Arial" w:hAnsi="Arial" w:cs="Arial"/>
          <w:b/>
          <w:i/>
          <w:sz w:val="22"/>
          <w:szCs w:val="22"/>
        </w:rPr>
      </w:pPr>
    </w:p>
    <w:p w14:paraId="29A17FC6" w14:textId="77777777" w:rsidR="001C3A55" w:rsidRDefault="001C3A55" w:rsidP="001C3A55">
      <w:pPr>
        <w:tabs>
          <w:tab w:val="left" w:pos="1365"/>
        </w:tabs>
        <w:spacing w:line="360" w:lineRule="auto"/>
        <w:rPr>
          <w:rFonts w:ascii="Arial" w:hAnsi="Arial" w:cs="Arial"/>
          <w:b/>
          <w:i/>
        </w:rPr>
      </w:pPr>
      <w:r>
        <w:rPr>
          <w:rFonts w:ascii="Arial" w:hAnsi="Arial" w:cs="Arial"/>
          <w:b/>
          <w:i/>
        </w:rPr>
        <w:t xml:space="preserve">Prema uzoru na: </w:t>
      </w:r>
      <w:hyperlink r:id="rId11" w:history="1">
        <w:r w:rsidRPr="00A15CB7">
          <w:rPr>
            <w:rStyle w:val="Hiperveza"/>
            <w:rFonts w:ascii="Arial" w:hAnsi="Arial" w:cs="Arial"/>
            <w:b/>
            <w:i/>
          </w:rPr>
          <w:t>http://www.unizg.hr/istrazivanje/doktorski-studiji/doktorski-studiji/obrasci-dr-sc-dr-art/znanstvena-podrucja-dr-sc/</w:t>
        </w:r>
      </w:hyperlink>
    </w:p>
    <w:p w14:paraId="33AFA613" w14:textId="77777777" w:rsidR="001C3A55" w:rsidRPr="003C7DEB" w:rsidRDefault="001C3A55" w:rsidP="001C3A55">
      <w:pPr>
        <w:tabs>
          <w:tab w:val="left" w:pos="1365"/>
        </w:tabs>
        <w:spacing w:line="360" w:lineRule="auto"/>
        <w:rPr>
          <w:rFonts w:ascii="Arial" w:hAnsi="Arial" w:cs="Arial"/>
          <w:b/>
          <w:i/>
        </w:rPr>
      </w:pPr>
    </w:p>
    <w:p w14:paraId="7482E3E4" w14:textId="77777777" w:rsidR="001C3A55" w:rsidRPr="006F2783" w:rsidRDefault="001C3A55" w:rsidP="001C3A55">
      <w:pPr>
        <w:tabs>
          <w:tab w:val="left" w:pos="1365"/>
        </w:tabs>
        <w:spacing w:line="360" w:lineRule="auto"/>
        <w:jc w:val="both"/>
        <w:rPr>
          <w:rFonts w:ascii="Arial" w:hAnsi="Arial" w:cs="Arial"/>
          <w:sz w:val="22"/>
        </w:rPr>
      </w:pPr>
      <w:r>
        <w:rPr>
          <w:rFonts w:ascii="Arial" w:hAnsi="Arial" w:cs="Arial"/>
          <w:sz w:val="22"/>
        </w:rPr>
        <w:t xml:space="preserve">Istraživački </w:t>
      </w:r>
      <w:proofErr w:type="spellStart"/>
      <w:r>
        <w:rPr>
          <w:rFonts w:ascii="Arial" w:hAnsi="Arial" w:cs="Arial"/>
          <w:sz w:val="22"/>
        </w:rPr>
        <w:t>licencijatski</w:t>
      </w:r>
      <w:proofErr w:type="spellEnd"/>
      <w:r w:rsidRPr="006F2783">
        <w:rPr>
          <w:rFonts w:ascii="Arial" w:hAnsi="Arial" w:cs="Arial"/>
          <w:sz w:val="22"/>
        </w:rPr>
        <w:t xml:space="preserve"> rad piše se na hrvatskom, ili nekom drugom jeziku kojim se struka služi, i sadrži naslov, prošireni sažetak i ključne riječi na engleskom i hrvatskom, tj. jeziku različitom od onoga na kojem je pisan tekst djela. </w:t>
      </w:r>
    </w:p>
    <w:p w14:paraId="5C6D9C7C" w14:textId="77777777" w:rsidR="001C3A55" w:rsidRPr="006F2783" w:rsidRDefault="001C3A55" w:rsidP="001C3A55">
      <w:pPr>
        <w:tabs>
          <w:tab w:val="left" w:pos="1365"/>
        </w:tabs>
        <w:spacing w:line="360" w:lineRule="auto"/>
        <w:jc w:val="both"/>
        <w:rPr>
          <w:rFonts w:ascii="Arial" w:hAnsi="Arial" w:cs="Arial"/>
          <w:sz w:val="22"/>
        </w:rPr>
      </w:pPr>
      <w:r w:rsidRPr="006F2783">
        <w:rPr>
          <w:rFonts w:ascii="Arial" w:hAnsi="Arial" w:cs="Arial"/>
          <w:sz w:val="22"/>
        </w:rPr>
        <w:t xml:space="preserve">Tekst rada treba biti gramatički i pravopisno ispravan i bez tiskarskih pogrešaka. </w:t>
      </w:r>
    </w:p>
    <w:p w14:paraId="74192838" w14:textId="77777777" w:rsidR="001C3A55" w:rsidRDefault="001C3A55" w:rsidP="001C3A55">
      <w:pPr>
        <w:tabs>
          <w:tab w:val="left" w:pos="1365"/>
        </w:tabs>
        <w:spacing w:line="360" w:lineRule="auto"/>
        <w:jc w:val="both"/>
        <w:rPr>
          <w:rFonts w:ascii="Arial" w:hAnsi="Arial" w:cs="Arial"/>
          <w:sz w:val="22"/>
        </w:rPr>
      </w:pPr>
      <w:r w:rsidRPr="006F2783">
        <w:rPr>
          <w:rFonts w:ascii="Arial" w:hAnsi="Arial" w:cs="Arial"/>
          <w:sz w:val="22"/>
        </w:rPr>
        <w:t xml:space="preserve">Rad treba biti ispisan na papiru formata A4 (210x297). </w:t>
      </w:r>
    </w:p>
    <w:p w14:paraId="0428F11F" w14:textId="77777777" w:rsidR="001C3A55" w:rsidRDefault="001C3A55" w:rsidP="001C3A55">
      <w:pPr>
        <w:tabs>
          <w:tab w:val="left" w:pos="1365"/>
        </w:tabs>
        <w:spacing w:line="360" w:lineRule="auto"/>
        <w:jc w:val="both"/>
        <w:rPr>
          <w:rFonts w:ascii="Arial" w:hAnsi="Arial" w:cs="Arial"/>
          <w:i/>
          <w:sz w:val="22"/>
        </w:rPr>
      </w:pPr>
      <w:r w:rsidRPr="006F2783">
        <w:rPr>
          <w:rFonts w:ascii="Arial" w:hAnsi="Arial" w:cs="Arial"/>
          <w:i/>
          <w:sz w:val="22"/>
        </w:rPr>
        <w:t>Preporu</w:t>
      </w:r>
      <w:r>
        <w:rPr>
          <w:rFonts w:ascii="Arial" w:hAnsi="Arial" w:cs="Arial"/>
          <w:i/>
          <w:sz w:val="22"/>
        </w:rPr>
        <w:t xml:space="preserve">ka: </w:t>
      </w:r>
    </w:p>
    <w:p w14:paraId="31B6E0A5" w14:textId="77777777" w:rsidR="001C3A55" w:rsidRPr="00D63E86" w:rsidRDefault="001C3A55" w:rsidP="001C3A55">
      <w:pPr>
        <w:pStyle w:val="Odlomakpopisa"/>
        <w:numPr>
          <w:ilvl w:val="0"/>
          <w:numId w:val="11"/>
        </w:numPr>
        <w:tabs>
          <w:tab w:val="left" w:pos="1365"/>
        </w:tabs>
        <w:spacing w:line="360" w:lineRule="auto"/>
        <w:jc w:val="both"/>
        <w:rPr>
          <w:rFonts w:ascii="Arial" w:hAnsi="Arial" w:cs="Arial"/>
          <w:i/>
          <w:sz w:val="22"/>
        </w:rPr>
      </w:pPr>
      <w:r w:rsidRPr="00D63E86">
        <w:rPr>
          <w:rFonts w:ascii="Arial" w:hAnsi="Arial" w:cs="Arial"/>
          <w:i/>
          <w:sz w:val="22"/>
        </w:rPr>
        <w:t>nazive poglavlja pisati velikim podebljanim (</w:t>
      </w:r>
      <w:proofErr w:type="spellStart"/>
      <w:r w:rsidRPr="00D63E86">
        <w:rPr>
          <w:rFonts w:ascii="Arial" w:hAnsi="Arial" w:cs="Arial"/>
          <w:b/>
          <w:i/>
          <w:sz w:val="22"/>
        </w:rPr>
        <w:t>bold</w:t>
      </w:r>
      <w:proofErr w:type="spellEnd"/>
      <w:r w:rsidRPr="00D63E86">
        <w:rPr>
          <w:rFonts w:ascii="Arial" w:hAnsi="Arial" w:cs="Arial"/>
          <w:i/>
          <w:sz w:val="22"/>
        </w:rPr>
        <w:t>) slovima</w:t>
      </w:r>
    </w:p>
    <w:p w14:paraId="4FD4DE20" w14:textId="77777777" w:rsidR="001C3A55" w:rsidRPr="00D63E86" w:rsidRDefault="001C3A55" w:rsidP="001C3A55">
      <w:pPr>
        <w:pStyle w:val="Odlomakpopisa"/>
        <w:numPr>
          <w:ilvl w:val="0"/>
          <w:numId w:val="11"/>
        </w:numPr>
        <w:tabs>
          <w:tab w:val="left" w:pos="1365"/>
        </w:tabs>
        <w:spacing w:line="360" w:lineRule="auto"/>
        <w:jc w:val="both"/>
        <w:rPr>
          <w:rFonts w:ascii="Arial" w:hAnsi="Arial" w:cs="Arial"/>
          <w:i/>
          <w:sz w:val="22"/>
        </w:rPr>
      </w:pPr>
      <w:r w:rsidRPr="00D63E86">
        <w:rPr>
          <w:rFonts w:ascii="Arial" w:hAnsi="Arial" w:cs="Arial"/>
          <w:i/>
          <w:sz w:val="22"/>
        </w:rPr>
        <w:t xml:space="preserve">nazive </w:t>
      </w:r>
      <w:proofErr w:type="spellStart"/>
      <w:r w:rsidRPr="00D63E86">
        <w:rPr>
          <w:rFonts w:ascii="Arial" w:hAnsi="Arial" w:cs="Arial"/>
          <w:i/>
          <w:sz w:val="22"/>
        </w:rPr>
        <w:t>potpoglavlja</w:t>
      </w:r>
      <w:proofErr w:type="spellEnd"/>
      <w:r w:rsidRPr="00D63E86">
        <w:rPr>
          <w:rFonts w:ascii="Arial" w:hAnsi="Arial" w:cs="Arial"/>
          <w:i/>
          <w:sz w:val="22"/>
        </w:rPr>
        <w:t xml:space="preserve"> malim slovima.</w:t>
      </w:r>
    </w:p>
    <w:p w14:paraId="345A56B4" w14:textId="77777777" w:rsidR="001C3A55" w:rsidRPr="00D63E86" w:rsidRDefault="001C3A55" w:rsidP="001C3A55">
      <w:pPr>
        <w:pStyle w:val="Odlomakpopisa"/>
        <w:numPr>
          <w:ilvl w:val="0"/>
          <w:numId w:val="11"/>
        </w:numPr>
        <w:tabs>
          <w:tab w:val="left" w:pos="1365"/>
        </w:tabs>
        <w:spacing w:line="360" w:lineRule="auto"/>
        <w:jc w:val="both"/>
        <w:rPr>
          <w:rFonts w:ascii="Arial" w:hAnsi="Arial" w:cs="Arial"/>
          <w:sz w:val="22"/>
        </w:rPr>
      </w:pPr>
      <w:r>
        <w:rPr>
          <w:rFonts w:ascii="Arial" w:hAnsi="Arial" w:cs="Arial"/>
          <w:sz w:val="22"/>
        </w:rPr>
        <w:t>t</w:t>
      </w:r>
      <w:r w:rsidRPr="00D63E86">
        <w:rPr>
          <w:rFonts w:ascii="Arial" w:hAnsi="Arial" w:cs="Arial"/>
          <w:sz w:val="22"/>
        </w:rPr>
        <w:t xml:space="preserve">ekst svake stranice razdijeliti u </w:t>
      </w:r>
      <w:r>
        <w:rPr>
          <w:rFonts w:ascii="Arial" w:hAnsi="Arial" w:cs="Arial"/>
          <w:sz w:val="22"/>
        </w:rPr>
        <w:t>odjeljke</w:t>
      </w:r>
    </w:p>
    <w:p w14:paraId="08BD1282" w14:textId="77777777" w:rsidR="001C3A55" w:rsidRDefault="001C3A55" w:rsidP="001C3A55">
      <w:pPr>
        <w:pStyle w:val="Odlomakpopisa"/>
        <w:numPr>
          <w:ilvl w:val="0"/>
          <w:numId w:val="11"/>
        </w:numPr>
        <w:tabs>
          <w:tab w:val="left" w:pos="1365"/>
        </w:tabs>
        <w:spacing w:line="360" w:lineRule="auto"/>
        <w:jc w:val="both"/>
        <w:rPr>
          <w:rFonts w:ascii="Arial" w:hAnsi="Arial" w:cs="Arial"/>
          <w:sz w:val="22"/>
        </w:rPr>
      </w:pPr>
      <w:r>
        <w:rPr>
          <w:rFonts w:ascii="Arial" w:hAnsi="Arial" w:cs="Arial"/>
          <w:sz w:val="22"/>
        </w:rPr>
        <w:t>numerirati stranice</w:t>
      </w:r>
      <w:r w:rsidRPr="00D63E86">
        <w:rPr>
          <w:rFonts w:ascii="Arial" w:hAnsi="Arial" w:cs="Arial"/>
          <w:sz w:val="22"/>
        </w:rPr>
        <w:t xml:space="preserve"> </w:t>
      </w:r>
      <w:r>
        <w:rPr>
          <w:rFonts w:ascii="Arial" w:hAnsi="Arial" w:cs="Arial"/>
          <w:sz w:val="22"/>
        </w:rPr>
        <w:t>(b</w:t>
      </w:r>
      <w:r w:rsidRPr="00D63E86">
        <w:rPr>
          <w:rFonts w:ascii="Arial" w:hAnsi="Arial" w:cs="Arial"/>
          <w:sz w:val="22"/>
        </w:rPr>
        <w:t xml:space="preserve">roje se sve </w:t>
      </w:r>
      <w:r>
        <w:rPr>
          <w:rFonts w:ascii="Arial" w:hAnsi="Arial" w:cs="Arial"/>
          <w:sz w:val="22"/>
        </w:rPr>
        <w:t xml:space="preserve">stranice od Uvoda do kraja rada) </w:t>
      </w:r>
    </w:p>
    <w:p w14:paraId="587BB3E8" w14:textId="77777777" w:rsidR="001C3A55" w:rsidRPr="00D63E86" w:rsidRDefault="001C3A55" w:rsidP="001C3A55">
      <w:pPr>
        <w:pStyle w:val="Odlomakpopisa"/>
        <w:numPr>
          <w:ilvl w:val="0"/>
          <w:numId w:val="11"/>
        </w:numPr>
        <w:tabs>
          <w:tab w:val="left" w:pos="1365"/>
        </w:tabs>
        <w:spacing w:line="360" w:lineRule="auto"/>
        <w:jc w:val="both"/>
        <w:rPr>
          <w:rFonts w:ascii="Arial" w:hAnsi="Arial" w:cs="Arial"/>
          <w:sz w:val="22"/>
        </w:rPr>
      </w:pPr>
      <w:r>
        <w:rPr>
          <w:rFonts w:ascii="Arial" w:hAnsi="Arial" w:cs="Arial"/>
          <w:sz w:val="22"/>
        </w:rPr>
        <w:t>n</w:t>
      </w:r>
      <w:r w:rsidRPr="00D63E86">
        <w:rPr>
          <w:rFonts w:ascii="Arial" w:hAnsi="Arial" w:cs="Arial"/>
          <w:sz w:val="22"/>
        </w:rPr>
        <w:t>umeracija se piše u donjem desnom kutu.</w:t>
      </w:r>
    </w:p>
    <w:p w14:paraId="1CB1AB58" w14:textId="77777777" w:rsidR="001C3A55" w:rsidRPr="006F2783" w:rsidRDefault="001C3A55" w:rsidP="001C3A55">
      <w:pPr>
        <w:tabs>
          <w:tab w:val="left" w:pos="1365"/>
        </w:tabs>
        <w:spacing w:line="360" w:lineRule="auto"/>
        <w:jc w:val="both"/>
        <w:rPr>
          <w:rFonts w:ascii="Arial" w:hAnsi="Arial" w:cs="Arial"/>
          <w:sz w:val="22"/>
        </w:rPr>
      </w:pPr>
      <w:r>
        <w:rPr>
          <w:rFonts w:ascii="Arial" w:hAnsi="Arial" w:cs="Arial"/>
          <w:sz w:val="22"/>
        </w:rPr>
        <w:t>R</w:t>
      </w:r>
      <w:r w:rsidRPr="006F2783">
        <w:rPr>
          <w:rFonts w:ascii="Arial" w:hAnsi="Arial" w:cs="Arial"/>
          <w:sz w:val="22"/>
        </w:rPr>
        <w:t xml:space="preserve">adovi </w:t>
      </w:r>
      <w:r>
        <w:rPr>
          <w:rFonts w:ascii="Arial" w:hAnsi="Arial" w:cs="Arial"/>
          <w:sz w:val="22"/>
        </w:rPr>
        <w:t>p</w:t>
      </w:r>
      <w:r w:rsidRPr="006F2783">
        <w:rPr>
          <w:rFonts w:ascii="Arial" w:hAnsi="Arial" w:cs="Arial"/>
          <w:sz w:val="22"/>
        </w:rPr>
        <w:t xml:space="preserve">redani </w:t>
      </w:r>
      <w:r>
        <w:rPr>
          <w:rFonts w:ascii="Arial" w:hAnsi="Arial" w:cs="Arial"/>
          <w:sz w:val="22"/>
        </w:rPr>
        <w:t xml:space="preserve">u referadu </w:t>
      </w:r>
      <w:r w:rsidRPr="006F2783">
        <w:rPr>
          <w:rFonts w:ascii="Arial" w:hAnsi="Arial" w:cs="Arial"/>
          <w:sz w:val="22"/>
        </w:rPr>
        <w:t>trebaju biti uvezeni.</w:t>
      </w:r>
    </w:p>
    <w:p w14:paraId="6706FD33" w14:textId="77777777" w:rsidR="001C3A55" w:rsidRPr="006F2783" w:rsidRDefault="001C3A55" w:rsidP="001C3A55">
      <w:pPr>
        <w:tabs>
          <w:tab w:val="left" w:pos="1365"/>
        </w:tabs>
        <w:spacing w:line="360" w:lineRule="auto"/>
        <w:jc w:val="both"/>
        <w:rPr>
          <w:rFonts w:ascii="Arial" w:hAnsi="Arial" w:cs="Arial"/>
          <w:sz w:val="22"/>
          <w:u w:val="single"/>
        </w:rPr>
      </w:pPr>
      <w:r w:rsidRPr="006F2783">
        <w:rPr>
          <w:rFonts w:ascii="Arial" w:hAnsi="Arial" w:cs="Arial"/>
          <w:sz w:val="22"/>
          <w:u w:val="single"/>
        </w:rPr>
        <w:t>Postavke stranice:</w:t>
      </w:r>
    </w:p>
    <w:p w14:paraId="122C6A24" w14:textId="77777777" w:rsidR="001C3A55" w:rsidRPr="00D63E86" w:rsidRDefault="001C3A55" w:rsidP="001C3A55">
      <w:pPr>
        <w:pStyle w:val="Odlomakpopisa"/>
        <w:numPr>
          <w:ilvl w:val="0"/>
          <w:numId w:val="12"/>
        </w:numPr>
        <w:tabs>
          <w:tab w:val="left" w:pos="1365"/>
        </w:tabs>
        <w:spacing w:line="360" w:lineRule="auto"/>
        <w:jc w:val="both"/>
        <w:rPr>
          <w:rFonts w:ascii="Arial" w:hAnsi="Arial" w:cs="Arial"/>
          <w:sz w:val="22"/>
        </w:rPr>
      </w:pPr>
      <w:r w:rsidRPr="00D63E86">
        <w:rPr>
          <w:rFonts w:ascii="Arial" w:hAnsi="Arial" w:cs="Arial"/>
          <w:sz w:val="22"/>
        </w:rPr>
        <w:t>Font (tip pisma): obavezna potpora svih hrvatskih znakova – Times New Roman</w:t>
      </w:r>
    </w:p>
    <w:p w14:paraId="4CF0AE09" w14:textId="77777777" w:rsidR="001C3A55" w:rsidRPr="00D63E86" w:rsidRDefault="001C3A55" w:rsidP="001C3A55">
      <w:pPr>
        <w:pStyle w:val="Odlomakpopisa"/>
        <w:numPr>
          <w:ilvl w:val="0"/>
          <w:numId w:val="12"/>
        </w:numPr>
        <w:tabs>
          <w:tab w:val="left" w:pos="1365"/>
        </w:tabs>
        <w:spacing w:line="360" w:lineRule="auto"/>
        <w:jc w:val="both"/>
        <w:rPr>
          <w:rFonts w:ascii="Arial" w:hAnsi="Arial" w:cs="Arial"/>
          <w:sz w:val="22"/>
        </w:rPr>
      </w:pPr>
      <w:r w:rsidRPr="00D63E86">
        <w:rPr>
          <w:rFonts w:ascii="Arial" w:hAnsi="Arial" w:cs="Arial"/>
          <w:sz w:val="22"/>
        </w:rPr>
        <w:t>Veličina pisma: 12 tipografskih točaka</w:t>
      </w:r>
    </w:p>
    <w:p w14:paraId="485169A2" w14:textId="77777777" w:rsidR="001C3A55" w:rsidRPr="00D63E86" w:rsidRDefault="001C3A55" w:rsidP="001C3A55">
      <w:pPr>
        <w:pStyle w:val="Odlomakpopisa"/>
        <w:numPr>
          <w:ilvl w:val="0"/>
          <w:numId w:val="12"/>
        </w:numPr>
        <w:tabs>
          <w:tab w:val="left" w:pos="1365"/>
        </w:tabs>
        <w:spacing w:line="360" w:lineRule="auto"/>
        <w:jc w:val="both"/>
        <w:rPr>
          <w:rFonts w:ascii="Arial" w:hAnsi="Arial" w:cs="Arial"/>
          <w:sz w:val="22"/>
        </w:rPr>
      </w:pPr>
      <w:r w:rsidRPr="00D63E86">
        <w:rPr>
          <w:rFonts w:ascii="Arial" w:hAnsi="Arial" w:cs="Arial"/>
          <w:sz w:val="22"/>
        </w:rPr>
        <w:t>Prored: 1,5 redak</w:t>
      </w:r>
    </w:p>
    <w:p w14:paraId="764E47EF" w14:textId="77777777" w:rsidR="001C3A55" w:rsidRPr="00D63E86" w:rsidRDefault="001C3A55" w:rsidP="001C3A55">
      <w:pPr>
        <w:pStyle w:val="Odlomakpopisa"/>
        <w:numPr>
          <w:ilvl w:val="0"/>
          <w:numId w:val="12"/>
        </w:numPr>
        <w:tabs>
          <w:tab w:val="left" w:pos="1365"/>
        </w:tabs>
        <w:spacing w:line="360" w:lineRule="auto"/>
        <w:jc w:val="both"/>
        <w:rPr>
          <w:rFonts w:ascii="Arial" w:hAnsi="Arial" w:cs="Arial"/>
          <w:sz w:val="22"/>
        </w:rPr>
      </w:pPr>
      <w:r w:rsidRPr="00D63E86">
        <w:rPr>
          <w:rFonts w:ascii="Arial" w:hAnsi="Arial" w:cs="Arial"/>
          <w:sz w:val="22"/>
        </w:rPr>
        <w:t>Lijeva i desna margina: 2,5 cm</w:t>
      </w:r>
    </w:p>
    <w:p w14:paraId="342AA518" w14:textId="77777777" w:rsidR="001C3A55" w:rsidRPr="00D63E86" w:rsidRDefault="001C3A55" w:rsidP="001C3A55">
      <w:pPr>
        <w:pStyle w:val="Odlomakpopisa"/>
        <w:numPr>
          <w:ilvl w:val="0"/>
          <w:numId w:val="12"/>
        </w:numPr>
        <w:tabs>
          <w:tab w:val="left" w:pos="1365"/>
        </w:tabs>
        <w:spacing w:line="360" w:lineRule="auto"/>
        <w:jc w:val="both"/>
        <w:rPr>
          <w:rFonts w:ascii="Arial" w:hAnsi="Arial" w:cs="Arial"/>
          <w:sz w:val="22"/>
        </w:rPr>
      </w:pPr>
      <w:r w:rsidRPr="00D63E86">
        <w:rPr>
          <w:rFonts w:ascii="Arial" w:hAnsi="Arial" w:cs="Arial"/>
          <w:sz w:val="22"/>
        </w:rPr>
        <w:t>Gornja i donja margina: 2,5 cm</w:t>
      </w:r>
    </w:p>
    <w:p w14:paraId="630C5A91" w14:textId="77777777" w:rsidR="001C3A55" w:rsidRPr="00D63E86" w:rsidRDefault="001C3A55" w:rsidP="001C3A55">
      <w:pPr>
        <w:tabs>
          <w:tab w:val="left" w:pos="1365"/>
        </w:tabs>
        <w:spacing w:line="360" w:lineRule="auto"/>
        <w:jc w:val="both"/>
        <w:rPr>
          <w:rFonts w:ascii="Arial" w:hAnsi="Arial" w:cs="Arial"/>
          <w:b/>
          <w:i/>
          <w:sz w:val="22"/>
        </w:rPr>
      </w:pPr>
      <w:r w:rsidRPr="00D63E86">
        <w:rPr>
          <w:rFonts w:ascii="Arial" w:hAnsi="Arial" w:cs="Arial"/>
          <w:b/>
          <w:i/>
          <w:sz w:val="22"/>
        </w:rPr>
        <w:t>Naslovnica ima drugačije margine!</w:t>
      </w:r>
    </w:p>
    <w:p w14:paraId="6BFB4623" w14:textId="77777777" w:rsidR="001C3A55" w:rsidRPr="006F2783" w:rsidRDefault="001C3A55" w:rsidP="001C3A55">
      <w:pPr>
        <w:tabs>
          <w:tab w:val="left" w:pos="1365"/>
        </w:tabs>
        <w:spacing w:line="360" w:lineRule="auto"/>
        <w:jc w:val="both"/>
        <w:rPr>
          <w:rFonts w:ascii="Arial" w:hAnsi="Arial" w:cs="Arial"/>
          <w:sz w:val="22"/>
          <w:u w:val="single"/>
        </w:rPr>
      </w:pPr>
      <w:r w:rsidRPr="006F2783">
        <w:rPr>
          <w:rFonts w:ascii="Arial" w:hAnsi="Arial" w:cs="Arial"/>
          <w:sz w:val="22"/>
          <w:u w:val="single"/>
        </w:rPr>
        <w:t>Ilustracije (Tablice i slike)</w:t>
      </w:r>
    </w:p>
    <w:p w14:paraId="21BEA846" w14:textId="77777777" w:rsidR="001C3A55" w:rsidRPr="00D63E86" w:rsidRDefault="001C3A55" w:rsidP="001C3A55">
      <w:pPr>
        <w:pStyle w:val="Odlomakpopisa"/>
        <w:numPr>
          <w:ilvl w:val="0"/>
          <w:numId w:val="13"/>
        </w:numPr>
        <w:tabs>
          <w:tab w:val="left" w:pos="1365"/>
        </w:tabs>
        <w:spacing w:line="360" w:lineRule="auto"/>
        <w:jc w:val="both"/>
        <w:rPr>
          <w:rFonts w:ascii="Arial" w:hAnsi="Arial" w:cs="Arial"/>
          <w:sz w:val="22"/>
        </w:rPr>
      </w:pPr>
      <w:r w:rsidRPr="00D63E86">
        <w:rPr>
          <w:rFonts w:ascii="Arial" w:hAnsi="Arial" w:cs="Arial"/>
          <w:sz w:val="22"/>
        </w:rPr>
        <w:t xml:space="preserve">Sve tablice i slike (grafikoni, fotografije, crteži, sheme, dijagrami, </w:t>
      </w:r>
      <w:proofErr w:type="spellStart"/>
      <w:r w:rsidRPr="00D63E86">
        <w:rPr>
          <w:rFonts w:ascii="Arial" w:hAnsi="Arial" w:cs="Arial"/>
          <w:sz w:val="22"/>
        </w:rPr>
        <w:t>histogrami</w:t>
      </w:r>
      <w:proofErr w:type="spellEnd"/>
      <w:r w:rsidRPr="00D63E86">
        <w:rPr>
          <w:rFonts w:ascii="Arial" w:hAnsi="Arial" w:cs="Arial"/>
          <w:sz w:val="22"/>
        </w:rPr>
        <w:t xml:space="preserve">, karte...) trebaju imati odgovarajući naslov i biti numerirane. </w:t>
      </w:r>
    </w:p>
    <w:p w14:paraId="2A4A4D23" w14:textId="77777777" w:rsidR="001C3A55" w:rsidRPr="00D63E86" w:rsidRDefault="001C3A55" w:rsidP="001C3A55">
      <w:pPr>
        <w:pStyle w:val="Odlomakpopisa"/>
        <w:numPr>
          <w:ilvl w:val="0"/>
          <w:numId w:val="13"/>
        </w:numPr>
        <w:tabs>
          <w:tab w:val="left" w:pos="1365"/>
        </w:tabs>
        <w:spacing w:line="360" w:lineRule="auto"/>
        <w:jc w:val="both"/>
        <w:rPr>
          <w:rFonts w:ascii="Arial" w:hAnsi="Arial" w:cs="Arial"/>
          <w:sz w:val="22"/>
        </w:rPr>
      </w:pPr>
      <w:r w:rsidRPr="00D63E86">
        <w:rPr>
          <w:rFonts w:ascii="Arial" w:hAnsi="Arial" w:cs="Arial"/>
          <w:sz w:val="22"/>
        </w:rPr>
        <w:lastRenderedPageBreak/>
        <w:t xml:space="preserve">Brojevi i naslovi tablica nalaze se uvijek iznad tablica. </w:t>
      </w:r>
    </w:p>
    <w:p w14:paraId="7F7E0B08" w14:textId="77777777" w:rsidR="001C3A55" w:rsidRPr="00D63E86" w:rsidRDefault="001C3A55" w:rsidP="001C3A55">
      <w:pPr>
        <w:pStyle w:val="Odlomakpopisa"/>
        <w:numPr>
          <w:ilvl w:val="0"/>
          <w:numId w:val="13"/>
        </w:numPr>
        <w:tabs>
          <w:tab w:val="left" w:pos="1365"/>
        </w:tabs>
        <w:spacing w:line="360" w:lineRule="auto"/>
        <w:jc w:val="both"/>
        <w:rPr>
          <w:rFonts w:ascii="Arial" w:hAnsi="Arial" w:cs="Arial"/>
          <w:sz w:val="22"/>
        </w:rPr>
      </w:pPr>
      <w:r w:rsidRPr="00D63E86">
        <w:rPr>
          <w:rFonts w:ascii="Arial" w:hAnsi="Arial" w:cs="Arial"/>
          <w:sz w:val="22"/>
        </w:rPr>
        <w:t>Brojevi i naslovi slika nalaze se uvijek ispod slika.</w:t>
      </w:r>
    </w:p>
    <w:p w14:paraId="217A3183" w14:textId="77777777" w:rsidR="001C3A55" w:rsidRPr="00D63E86" w:rsidRDefault="001C3A55" w:rsidP="001C3A55">
      <w:pPr>
        <w:pStyle w:val="Odlomakpopisa"/>
        <w:numPr>
          <w:ilvl w:val="0"/>
          <w:numId w:val="13"/>
        </w:numPr>
        <w:tabs>
          <w:tab w:val="left" w:pos="1365"/>
        </w:tabs>
        <w:spacing w:line="360" w:lineRule="auto"/>
        <w:jc w:val="both"/>
        <w:rPr>
          <w:rFonts w:ascii="Arial" w:hAnsi="Arial" w:cs="Arial"/>
          <w:sz w:val="22"/>
        </w:rPr>
      </w:pPr>
      <w:r w:rsidRPr="00D63E86">
        <w:rPr>
          <w:rFonts w:ascii="Arial" w:hAnsi="Arial" w:cs="Arial"/>
          <w:sz w:val="22"/>
        </w:rPr>
        <w:t>Ako ilustracija nije izvoran doprinos autora obavezno je navođenje izvora (ako je ilustracija već objavljena), odnosno autora (ako ilustracija još nije objavljena) od kojeg je preuzeta. Izvor se navodi neposredno ispod ilustracije.</w:t>
      </w:r>
    </w:p>
    <w:p w14:paraId="67CA2EF3" w14:textId="77777777" w:rsidR="001C3A55" w:rsidRPr="00D63E86" w:rsidRDefault="001C3A55" w:rsidP="001C3A55">
      <w:pPr>
        <w:pStyle w:val="Odlomakpopisa"/>
        <w:numPr>
          <w:ilvl w:val="0"/>
          <w:numId w:val="13"/>
        </w:numPr>
        <w:tabs>
          <w:tab w:val="left" w:pos="1365"/>
        </w:tabs>
        <w:spacing w:line="360" w:lineRule="auto"/>
        <w:rPr>
          <w:rFonts w:ascii="Arial" w:hAnsi="Arial" w:cs="Arial"/>
          <w:sz w:val="22"/>
        </w:rPr>
      </w:pPr>
      <w:r w:rsidRPr="00D63E86">
        <w:rPr>
          <w:rFonts w:ascii="Arial" w:hAnsi="Arial" w:cs="Arial"/>
          <w:sz w:val="22"/>
        </w:rPr>
        <w:t>Ako je ilustracija reprodukcija umjetničkog djela, navodi se autor (ako je poznat), naslov te ostali nužni podaci relevantni za pojedine umjetničke vrste.</w:t>
      </w:r>
    </w:p>
    <w:p w14:paraId="5278219A" w14:textId="77777777" w:rsidR="001C3A55"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Opće pravilo je da se u svim pisanim radovima uvijek jasno mora odvojiti tuđi tekst, tuđe spoznaje i tuđi podaci od autorova teksta, njegovih zaključaka, spoznaja, ideja, podataka i sl. Od drugih se autora mogu preuzeti manji dijelovi teksta, ali se to uvijek mora ozna</w:t>
      </w:r>
      <w:r>
        <w:rPr>
          <w:rFonts w:ascii="Arial" w:hAnsi="Arial" w:cs="Arial"/>
          <w:sz w:val="22"/>
        </w:rPr>
        <w:t>čiti na jasan i uobičajen način.</w:t>
      </w:r>
    </w:p>
    <w:p w14:paraId="65ADFE6A" w14:textId="77777777" w:rsidR="001C3A55" w:rsidRPr="00471DF7" w:rsidRDefault="001C3A55" w:rsidP="001C3A55">
      <w:pPr>
        <w:pStyle w:val="Odlomakpopisa"/>
        <w:tabs>
          <w:tab w:val="left" w:pos="1365"/>
        </w:tabs>
        <w:spacing w:line="360" w:lineRule="auto"/>
        <w:rPr>
          <w:rFonts w:ascii="Arial" w:hAnsi="Arial" w:cs="Arial"/>
          <w:sz w:val="22"/>
        </w:rPr>
      </w:pPr>
      <w:r w:rsidRPr="00471DF7">
        <w:rPr>
          <w:rFonts w:ascii="Arial" w:hAnsi="Arial" w:cs="Arial"/>
          <w:b/>
          <w:sz w:val="22"/>
          <w:u w:val="single"/>
        </w:rPr>
        <w:t>Rad mora sadržavati:</w:t>
      </w:r>
    </w:p>
    <w:p w14:paraId="5F0610CE" w14:textId="77777777" w:rsidR="001C3A55"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Naslovnicu na jeziku kojim je rad pisan.</w:t>
      </w:r>
    </w:p>
    <w:p w14:paraId="06BFA90C" w14:textId="77777777" w:rsidR="001C3A55" w:rsidRPr="00234A42" w:rsidRDefault="001C3A55" w:rsidP="001C3A55">
      <w:pPr>
        <w:pStyle w:val="Odlomakpopisa"/>
        <w:numPr>
          <w:ilvl w:val="0"/>
          <w:numId w:val="14"/>
        </w:numPr>
        <w:tabs>
          <w:tab w:val="left" w:pos="1365"/>
        </w:tabs>
        <w:spacing w:line="360" w:lineRule="auto"/>
        <w:rPr>
          <w:rFonts w:ascii="Arial" w:hAnsi="Arial" w:cs="Arial"/>
          <w:sz w:val="22"/>
        </w:rPr>
      </w:pPr>
      <w:r w:rsidRPr="00234A42">
        <w:rPr>
          <w:rFonts w:ascii="Arial" w:hAnsi="Arial" w:cs="Arial"/>
          <w:sz w:val="22"/>
        </w:rPr>
        <w:t>Iza nje slijedi naslovnica na engleskom, ako rad nije pisan engleskim jezikom, a ako jest onda na hrvatskom jeziku.</w:t>
      </w:r>
    </w:p>
    <w:p w14:paraId="01C4EEA8" w14:textId="77777777" w:rsidR="001C3A55" w:rsidRPr="00234A42" w:rsidRDefault="001C3A55" w:rsidP="001C3A55">
      <w:pPr>
        <w:pStyle w:val="Odlomakpopisa"/>
        <w:numPr>
          <w:ilvl w:val="0"/>
          <w:numId w:val="14"/>
        </w:numPr>
        <w:spacing w:line="240" w:lineRule="auto"/>
        <w:rPr>
          <w:rFonts w:ascii="Arial" w:hAnsi="Arial" w:cs="Arial"/>
          <w:sz w:val="22"/>
        </w:rPr>
      </w:pPr>
      <w:r w:rsidRPr="00234A42">
        <w:rPr>
          <w:rFonts w:ascii="Arial" w:hAnsi="Arial" w:cs="Arial"/>
          <w:sz w:val="22"/>
        </w:rPr>
        <w:t xml:space="preserve">Izjavu o autorstvu istraživačkoga </w:t>
      </w:r>
      <w:proofErr w:type="spellStart"/>
      <w:r w:rsidRPr="00234A42">
        <w:rPr>
          <w:rFonts w:ascii="Arial" w:hAnsi="Arial" w:cs="Arial"/>
          <w:sz w:val="22"/>
        </w:rPr>
        <w:t>licencijatskoga</w:t>
      </w:r>
      <w:proofErr w:type="spellEnd"/>
      <w:r w:rsidRPr="00234A42">
        <w:rPr>
          <w:rFonts w:ascii="Arial" w:hAnsi="Arial" w:cs="Arial"/>
          <w:sz w:val="22"/>
        </w:rPr>
        <w:t xml:space="preserve"> rada (obrazac preuzeti s web stranice fakulteta).</w:t>
      </w:r>
    </w:p>
    <w:p w14:paraId="7B044678" w14:textId="77777777" w:rsidR="001C3A55" w:rsidRPr="00D63E86"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Stranica s informacijama o mentoru/mentorima.</w:t>
      </w:r>
    </w:p>
    <w:p w14:paraId="6E106693" w14:textId="77777777" w:rsidR="001C3A55"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Zahvale (neobavezno).</w:t>
      </w:r>
    </w:p>
    <w:p w14:paraId="063C056D" w14:textId="77777777" w:rsidR="001C3A55"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Sažetak na jeziku na kojemu je rad napisan.</w:t>
      </w:r>
    </w:p>
    <w:p w14:paraId="47A8C8FD" w14:textId="77777777" w:rsidR="001C3A55" w:rsidRDefault="001C3A55" w:rsidP="001C3A55">
      <w:pPr>
        <w:pStyle w:val="Odlomakpopisa"/>
        <w:numPr>
          <w:ilvl w:val="0"/>
          <w:numId w:val="14"/>
        </w:numPr>
        <w:tabs>
          <w:tab w:val="left" w:pos="1365"/>
        </w:tabs>
        <w:spacing w:line="360" w:lineRule="auto"/>
        <w:rPr>
          <w:rFonts w:ascii="Arial" w:hAnsi="Arial" w:cs="Arial"/>
          <w:sz w:val="22"/>
        </w:rPr>
      </w:pPr>
      <w:r>
        <w:rPr>
          <w:rFonts w:ascii="Arial" w:hAnsi="Arial" w:cs="Arial"/>
          <w:sz w:val="22"/>
        </w:rPr>
        <w:t>Sažetak na nekom drugom stranom jeziku</w:t>
      </w:r>
    </w:p>
    <w:p w14:paraId="31337A10" w14:textId="77777777" w:rsidR="001C3A55" w:rsidRPr="00AA19FC" w:rsidRDefault="001C3A55" w:rsidP="001C3A55">
      <w:pPr>
        <w:numPr>
          <w:ilvl w:val="1"/>
          <w:numId w:val="10"/>
        </w:numPr>
        <w:tabs>
          <w:tab w:val="left" w:pos="851"/>
          <w:tab w:val="left" w:pos="1134"/>
        </w:tabs>
        <w:spacing w:line="360" w:lineRule="auto"/>
        <w:rPr>
          <w:rFonts w:ascii="Arial" w:hAnsi="Arial" w:cs="Arial"/>
          <w:sz w:val="22"/>
        </w:rPr>
      </w:pPr>
      <w:r w:rsidRPr="006F2783">
        <w:rPr>
          <w:rFonts w:ascii="Arial" w:hAnsi="Arial" w:cs="Arial"/>
          <w:sz w:val="22"/>
        </w:rPr>
        <w:t>Sažetak mora biti napisan na jednoj kartici teksta, sadržavati ključne riječi i omogućiti čitatelju razumijevanje cilja rada, metode istraživanja</w:t>
      </w:r>
      <w:r w:rsidRPr="006F2783">
        <w:rPr>
          <w:rFonts w:ascii="Arial" w:hAnsi="Arial" w:cs="Arial"/>
          <w:color w:val="0000FF"/>
          <w:sz w:val="22"/>
        </w:rPr>
        <w:t xml:space="preserve">, </w:t>
      </w:r>
      <w:r w:rsidRPr="006F2783">
        <w:rPr>
          <w:rFonts w:ascii="Arial" w:hAnsi="Arial" w:cs="Arial"/>
          <w:sz w:val="22"/>
        </w:rPr>
        <w:t>rezultate s bitnim obr</w:t>
      </w:r>
      <w:r>
        <w:rPr>
          <w:rFonts w:ascii="Arial" w:hAnsi="Arial" w:cs="Arial"/>
          <w:sz w:val="22"/>
        </w:rPr>
        <w:t>azloženjima te autorove zaključ</w:t>
      </w:r>
      <w:r w:rsidRPr="006F2783">
        <w:rPr>
          <w:rFonts w:ascii="Arial" w:hAnsi="Arial" w:cs="Arial"/>
          <w:sz w:val="22"/>
        </w:rPr>
        <w:t>ke.</w:t>
      </w:r>
    </w:p>
    <w:p w14:paraId="1EDE7DB9" w14:textId="77777777" w:rsidR="001C3A55" w:rsidRPr="00D63E86"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Ključne riječi.</w:t>
      </w:r>
    </w:p>
    <w:p w14:paraId="5889E7BD" w14:textId="77777777" w:rsidR="001C3A55" w:rsidRPr="00D63E86"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Sadržaj.</w:t>
      </w:r>
    </w:p>
    <w:p w14:paraId="3D8C2D14" w14:textId="77777777" w:rsidR="001C3A55" w:rsidRPr="00D63E86"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Tekst rada (počevši s Uvodom).</w:t>
      </w:r>
    </w:p>
    <w:p w14:paraId="45AA35ED" w14:textId="77777777" w:rsidR="001C3A55" w:rsidRPr="00D63E86"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Zaključak.</w:t>
      </w:r>
    </w:p>
    <w:p w14:paraId="2DE3A0E3" w14:textId="77777777" w:rsidR="001C3A55"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Popis literature.</w:t>
      </w:r>
    </w:p>
    <w:p w14:paraId="109FEB80" w14:textId="77777777" w:rsidR="001C3A55" w:rsidRPr="006F2783" w:rsidRDefault="001C3A55" w:rsidP="001C3A55">
      <w:pPr>
        <w:numPr>
          <w:ilvl w:val="1"/>
          <w:numId w:val="10"/>
        </w:numPr>
        <w:tabs>
          <w:tab w:val="left" w:pos="851"/>
          <w:tab w:val="left" w:pos="1134"/>
        </w:tabs>
        <w:spacing w:line="360" w:lineRule="auto"/>
        <w:rPr>
          <w:rFonts w:ascii="Arial" w:hAnsi="Arial" w:cs="Arial"/>
          <w:sz w:val="22"/>
        </w:rPr>
      </w:pPr>
      <w:r w:rsidRPr="006F2783">
        <w:rPr>
          <w:rFonts w:ascii="Arial" w:hAnsi="Arial" w:cs="Arial"/>
          <w:sz w:val="22"/>
        </w:rPr>
        <w:t>Navode se svi radovi koji su u doktorskom radu citirani, kao i oni na koje se autor poziva. Jednako tako, u popisu ne smiju biti radovi koji nisu citirani, niti oni na koje se u radu ne upućuje.</w:t>
      </w:r>
    </w:p>
    <w:p w14:paraId="621A4878" w14:textId="77777777" w:rsidR="001C3A55" w:rsidRDefault="001C3A55" w:rsidP="001C3A55">
      <w:pPr>
        <w:numPr>
          <w:ilvl w:val="1"/>
          <w:numId w:val="10"/>
        </w:numPr>
        <w:tabs>
          <w:tab w:val="left" w:pos="851"/>
          <w:tab w:val="left" w:pos="1134"/>
        </w:tabs>
        <w:spacing w:line="360" w:lineRule="auto"/>
        <w:rPr>
          <w:rFonts w:ascii="Arial" w:hAnsi="Arial" w:cs="Arial"/>
          <w:sz w:val="22"/>
        </w:rPr>
      </w:pPr>
      <w:r w:rsidRPr="006F2783">
        <w:rPr>
          <w:rFonts w:ascii="Arial" w:hAnsi="Arial" w:cs="Arial"/>
          <w:sz w:val="22"/>
        </w:rPr>
        <w:lastRenderedPageBreak/>
        <w:t>Za detaljnije navođenje literature, doktorande se upućuje na odgovarajuću literaturu.</w:t>
      </w:r>
    </w:p>
    <w:p w14:paraId="255AFB90" w14:textId="77777777" w:rsidR="001C3A55" w:rsidRPr="00471DF7" w:rsidRDefault="001C3A55" w:rsidP="001C3A55">
      <w:pPr>
        <w:numPr>
          <w:ilvl w:val="1"/>
          <w:numId w:val="10"/>
        </w:numPr>
        <w:tabs>
          <w:tab w:val="left" w:pos="851"/>
          <w:tab w:val="left" w:pos="1134"/>
        </w:tabs>
        <w:spacing w:line="360" w:lineRule="auto"/>
        <w:rPr>
          <w:rFonts w:ascii="Arial" w:hAnsi="Arial" w:cs="Arial"/>
          <w:sz w:val="22"/>
        </w:rPr>
      </w:pPr>
      <w:r>
        <w:rPr>
          <w:rFonts w:ascii="Arial" w:hAnsi="Arial" w:cs="Arial"/>
          <w:sz w:val="22"/>
        </w:rPr>
        <w:t xml:space="preserve">Preporuka za citiranje literature i pisanje rada: </w:t>
      </w:r>
      <w:hyperlink r:id="rId12" w:history="1">
        <w:r w:rsidRPr="00A91DCA">
          <w:rPr>
            <w:rStyle w:val="Hiperveza"/>
            <w:rFonts w:ascii="Arial" w:hAnsi="Arial" w:cs="Arial"/>
            <w:sz w:val="22"/>
          </w:rPr>
          <w:t>https://hrcak.srce.hr/bogoslovska-smotra</w:t>
        </w:r>
      </w:hyperlink>
      <w:r>
        <w:rPr>
          <w:rFonts w:ascii="Arial" w:hAnsi="Arial" w:cs="Arial"/>
          <w:sz w:val="22"/>
        </w:rPr>
        <w:t>.</w:t>
      </w:r>
    </w:p>
    <w:p w14:paraId="2E71803B" w14:textId="77777777" w:rsidR="001C3A55" w:rsidRPr="00D63E86"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Prilozi (neobavezno).</w:t>
      </w:r>
    </w:p>
    <w:p w14:paraId="535124C2" w14:textId="77777777" w:rsidR="001C3A55" w:rsidRDefault="001C3A55" w:rsidP="001C3A55">
      <w:pPr>
        <w:pStyle w:val="Odlomakpopisa"/>
        <w:numPr>
          <w:ilvl w:val="0"/>
          <w:numId w:val="14"/>
        </w:numPr>
        <w:tabs>
          <w:tab w:val="left" w:pos="1365"/>
        </w:tabs>
        <w:spacing w:line="360" w:lineRule="auto"/>
        <w:rPr>
          <w:rFonts w:ascii="Arial" w:hAnsi="Arial" w:cs="Arial"/>
          <w:sz w:val="22"/>
        </w:rPr>
      </w:pPr>
      <w:r w:rsidRPr="00D63E86">
        <w:rPr>
          <w:rFonts w:ascii="Arial" w:hAnsi="Arial" w:cs="Arial"/>
          <w:sz w:val="22"/>
        </w:rPr>
        <w:t>Životopis autora s popisom objavljenih djela.</w:t>
      </w:r>
    </w:p>
    <w:p w14:paraId="6AFC11B2" w14:textId="77777777" w:rsidR="001C3A55" w:rsidRDefault="001C3A55" w:rsidP="001C3A55">
      <w:pPr>
        <w:numPr>
          <w:ilvl w:val="1"/>
          <w:numId w:val="10"/>
        </w:numPr>
        <w:tabs>
          <w:tab w:val="left" w:pos="851"/>
          <w:tab w:val="left" w:pos="1134"/>
        </w:tabs>
        <w:spacing w:line="360" w:lineRule="auto"/>
        <w:rPr>
          <w:rFonts w:ascii="Arial" w:hAnsi="Arial" w:cs="Arial"/>
          <w:sz w:val="22"/>
        </w:rPr>
      </w:pPr>
      <w:r w:rsidRPr="006F2783">
        <w:rPr>
          <w:rFonts w:ascii="Arial" w:hAnsi="Arial" w:cs="Arial"/>
          <w:sz w:val="22"/>
        </w:rPr>
        <w:t>Životopis treba biti napisan u trećem licu jednine, a opsegom ne smije prelaziti 1800 znakova.</w:t>
      </w:r>
    </w:p>
    <w:p w14:paraId="633FD718" w14:textId="77777777" w:rsidR="001C3A55" w:rsidRPr="000530C0" w:rsidRDefault="001C3A55" w:rsidP="001C3A55">
      <w:pPr>
        <w:tabs>
          <w:tab w:val="left" w:pos="851"/>
          <w:tab w:val="left" w:pos="1134"/>
        </w:tabs>
        <w:spacing w:line="360" w:lineRule="auto"/>
        <w:rPr>
          <w:rFonts w:ascii="Arial" w:hAnsi="Arial" w:cs="Arial"/>
          <w:sz w:val="22"/>
        </w:rPr>
      </w:pPr>
    </w:p>
    <w:p w14:paraId="232B9042" w14:textId="77777777" w:rsidR="001C3A55" w:rsidRDefault="001C3A55" w:rsidP="001C3A55">
      <w:pPr>
        <w:pStyle w:val="Odlomakpopisa"/>
        <w:numPr>
          <w:ilvl w:val="0"/>
          <w:numId w:val="14"/>
        </w:numPr>
        <w:tabs>
          <w:tab w:val="left" w:pos="1365"/>
        </w:tabs>
        <w:spacing w:line="360" w:lineRule="auto"/>
        <w:rPr>
          <w:rFonts w:ascii="Arial" w:hAnsi="Arial" w:cs="Arial"/>
          <w:sz w:val="22"/>
        </w:rPr>
      </w:pPr>
      <w:r w:rsidRPr="00AA19FC">
        <w:rPr>
          <w:rFonts w:ascii="Arial" w:hAnsi="Arial" w:cs="Arial"/>
          <w:sz w:val="22"/>
        </w:rPr>
        <w:t>Ukoliko se pri izradi rada koriste određeni prilozi (primjerice objavljeni radovi, određene ankete, obrasci i sl.), njih treba dodati na kraju rada. Mogu se označiti PRILOG A, PRILOG B… ili PRILOG 1, PRILOG 2...</w:t>
      </w:r>
    </w:p>
    <w:p w14:paraId="5949F3F7" w14:textId="77777777" w:rsidR="001C3A55" w:rsidRDefault="001C3A55" w:rsidP="001C3A55">
      <w:pPr>
        <w:tabs>
          <w:tab w:val="left" w:pos="1134"/>
        </w:tabs>
        <w:spacing w:line="360" w:lineRule="auto"/>
        <w:rPr>
          <w:rFonts w:ascii="Arial" w:hAnsi="Arial" w:cs="Arial"/>
          <w:sz w:val="22"/>
          <w:szCs w:val="24"/>
        </w:rPr>
      </w:pPr>
    </w:p>
    <w:p w14:paraId="05212938" w14:textId="77777777" w:rsidR="001C3A55" w:rsidRDefault="001C3A55" w:rsidP="001C3A55">
      <w:pPr>
        <w:tabs>
          <w:tab w:val="left" w:pos="1134"/>
        </w:tabs>
        <w:spacing w:line="360" w:lineRule="auto"/>
        <w:rPr>
          <w:rFonts w:ascii="Arial" w:hAnsi="Arial" w:cs="Arial"/>
          <w:sz w:val="22"/>
          <w:szCs w:val="24"/>
        </w:rPr>
      </w:pPr>
    </w:p>
    <w:p w14:paraId="6436FEB1" w14:textId="77777777" w:rsidR="001C3A55" w:rsidRDefault="001C3A55" w:rsidP="001C3A55">
      <w:pPr>
        <w:tabs>
          <w:tab w:val="left" w:pos="1134"/>
        </w:tabs>
        <w:spacing w:line="360" w:lineRule="auto"/>
        <w:rPr>
          <w:rFonts w:ascii="Arial" w:hAnsi="Arial" w:cs="Arial"/>
          <w:sz w:val="22"/>
          <w:szCs w:val="24"/>
        </w:rPr>
      </w:pPr>
    </w:p>
    <w:p w14:paraId="2CD5B2BB" w14:textId="77777777" w:rsidR="001C3A55" w:rsidRDefault="001C3A55" w:rsidP="001C3A55">
      <w:pPr>
        <w:tabs>
          <w:tab w:val="left" w:pos="1134"/>
        </w:tabs>
        <w:spacing w:line="360" w:lineRule="auto"/>
        <w:rPr>
          <w:rFonts w:ascii="Arial" w:hAnsi="Arial" w:cs="Arial"/>
          <w:sz w:val="22"/>
          <w:szCs w:val="24"/>
        </w:rPr>
      </w:pPr>
    </w:p>
    <w:p w14:paraId="1D366F07" w14:textId="77777777" w:rsidR="001C3A55" w:rsidRDefault="001C3A55" w:rsidP="001C3A55">
      <w:pPr>
        <w:tabs>
          <w:tab w:val="left" w:pos="1134"/>
        </w:tabs>
        <w:spacing w:line="360" w:lineRule="auto"/>
        <w:rPr>
          <w:rFonts w:ascii="Arial" w:hAnsi="Arial" w:cs="Arial"/>
          <w:sz w:val="22"/>
          <w:szCs w:val="24"/>
        </w:rPr>
      </w:pPr>
    </w:p>
    <w:p w14:paraId="4C4E10C5" w14:textId="77777777" w:rsidR="001C3A55" w:rsidRDefault="001C3A55" w:rsidP="001C3A55">
      <w:pPr>
        <w:tabs>
          <w:tab w:val="left" w:pos="1134"/>
        </w:tabs>
        <w:spacing w:line="360" w:lineRule="auto"/>
        <w:rPr>
          <w:rFonts w:ascii="Arial" w:hAnsi="Arial" w:cs="Arial"/>
          <w:sz w:val="22"/>
          <w:szCs w:val="24"/>
        </w:rPr>
      </w:pPr>
    </w:p>
    <w:p w14:paraId="69E63C5E" w14:textId="77777777" w:rsidR="001C3A55" w:rsidRDefault="001C3A55" w:rsidP="001C3A55">
      <w:pPr>
        <w:tabs>
          <w:tab w:val="left" w:pos="1134"/>
        </w:tabs>
        <w:spacing w:line="360" w:lineRule="auto"/>
        <w:rPr>
          <w:rFonts w:ascii="Arial" w:hAnsi="Arial" w:cs="Arial"/>
          <w:sz w:val="22"/>
          <w:szCs w:val="24"/>
        </w:rPr>
      </w:pPr>
    </w:p>
    <w:p w14:paraId="40A6C414" w14:textId="77777777" w:rsidR="001C3A55" w:rsidRDefault="001C3A55" w:rsidP="001C3A55">
      <w:pPr>
        <w:spacing w:after="200" w:line="276" w:lineRule="auto"/>
        <w:rPr>
          <w:rFonts w:ascii="Arial" w:hAnsi="Arial" w:cs="Arial"/>
        </w:rPr>
      </w:pPr>
    </w:p>
    <w:p w14:paraId="58BD1C9D" w14:textId="77777777" w:rsidR="001C3A55" w:rsidRPr="006F2783" w:rsidRDefault="001C3A55" w:rsidP="001C3A55">
      <w:pPr>
        <w:tabs>
          <w:tab w:val="left" w:pos="1134"/>
        </w:tabs>
        <w:spacing w:line="360" w:lineRule="auto"/>
        <w:rPr>
          <w:rFonts w:ascii="Arial" w:hAnsi="Arial" w:cs="Arial"/>
        </w:rPr>
      </w:pPr>
    </w:p>
    <w:p w14:paraId="31FBBAA6" w14:textId="77777777" w:rsidR="001C3A55" w:rsidRDefault="001C3A55" w:rsidP="001C3A55">
      <w:pPr>
        <w:tabs>
          <w:tab w:val="left" w:pos="1365"/>
        </w:tabs>
        <w:jc w:val="center"/>
        <w:rPr>
          <w:rFonts w:ascii="Arial" w:hAnsi="Arial" w:cs="Arial"/>
          <w:b/>
          <w:i/>
          <w:u w:val="single"/>
        </w:rPr>
      </w:pPr>
    </w:p>
    <w:p w14:paraId="6B3DBCEF" w14:textId="77777777" w:rsidR="001C3A55" w:rsidRDefault="001C3A55" w:rsidP="001C3A55">
      <w:pPr>
        <w:tabs>
          <w:tab w:val="left" w:pos="1365"/>
        </w:tabs>
        <w:jc w:val="center"/>
        <w:rPr>
          <w:rFonts w:ascii="Arial" w:hAnsi="Arial" w:cs="Arial"/>
          <w:b/>
          <w:i/>
          <w:u w:val="single"/>
        </w:rPr>
      </w:pPr>
    </w:p>
    <w:p w14:paraId="449BD828" w14:textId="77777777" w:rsidR="001C3A55" w:rsidRDefault="001C3A55" w:rsidP="001C3A55">
      <w:pPr>
        <w:tabs>
          <w:tab w:val="left" w:pos="1365"/>
        </w:tabs>
        <w:jc w:val="center"/>
        <w:rPr>
          <w:rFonts w:ascii="Arial" w:hAnsi="Arial" w:cs="Arial"/>
          <w:b/>
          <w:i/>
          <w:u w:val="single"/>
        </w:rPr>
      </w:pPr>
    </w:p>
    <w:p w14:paraId="52313A2C" w14:textId="77777777" w:rsidR="001C3A55" w:rsidRDefault="001C3A55" w:rsidP="001C3A55">
      <w:pPr>
        <w:tabs>
          <w:tab w:val="left" w:pos="1365"/>
        </w:tabs>
        <w:jc w:val="center"/>
        <w:rPr>
          <w:rFonts w:ascii="Arial" w:hAnsi="Arial" w:cs="Arial"/>
          <w:b/>
          <w:i/>
          <w:u w:val="single"/>
        </w:rPr>
      </w:pPr>
    </w:p>
    <w:p w14:paraId="7E43BBBD" w14:textId="77777777" w:rsidR="001C3A55" w:rsidRDefault="001C3A55" w:rsidP="001C3A55">
      <w:pPr>
        <w:tabs>
          <w:tab w:val="left" w:pos="1365"/>
        </w:tabs>
        <w:jc w:val="center"/>
        <w:rPr>
          <w:rFonts w:ascii="Arial" w:hAnsi="Arial" w:cs="Arial"/>
          <w:b/>
          <w:i/>
          <w:u w:val="single"/>
        </w:rPr>
      </w:pPr>
    </w:p>
    <w:p w14:paraId="43603B34" w14:textId="77777777" w:rsidR="001C3A55" w:rsidRDefault="001C3A55" w:rsidP="001C3A55">
      <w:pPr>
        <w:tabs>
          <w:tab w:val="left" w:pos="1365"/>
        </w:tabs>
        <w:jc w:val="center"/>
        <w:rPr>
          <w:rFonts w:ascii="Arial" w:hAnsi="Arial" w:cs="Arial"/>
          <w:b/>
          <w:i/>
          <w:u w:val="single"/>
        </w:rPr>
      </w:pPr>
    </w:p>
    <w:p w14:paraId="7976DA98" w14:textId="77777777" w:rsidR="001C3A55" w:rsidRDefault="001C3A55" w:rsidP="001C3A55">
      <w:pPr>
        <w:tabs>
          <w:tab w:val="left" w:pos="1365"/>
        </w:tabs>
        <w:jc w:val="center"/>
        <w:rPr>
          <w:rFonts w:ascii="Arial" w:hAnsi="Arial" w:cs="Arial"/>
          <w:b/>
          <w:i/>
          <w:u w:val="single"/>
        </w:rPr>
      </w:pPr>
    </w:p>
    <w:p w14:paraId="07F26C8B" w14:textId="77777777" w:rsidR="001C3A55" w:rsidRDefault="001C3A55" w:rsidP="001C3A55">
      <w:pPr>
        <w:tabs>
          <w:tab w:val="left" w:pos="1365"/>
        </w:tabs>
        <w:jc w:val="center"/>
        <w:rPr>
          <w:rFonts w:ascii="Arial" w:hAnsi="Arial" w:cs="Arial"/>
          <w:b/>
          <w:i/>
          <w:u w:val="single"/>
        </w:rPr>
      </w:pPr>
    </w:p>
    <w:p w14:paraId="3A43A73A" w14:textId="77777777" w:rsidR="001C3A55" w:rsidRDefault="001C3A55" w:rsidP="001C3A55">
      <w:pPr>
        <w:tabs>
          <w:tab w:val="left" w:pos="1365"/>
        </w:tabs>
        <w:jc w:val="center"/>
        <w:rPr>
          <w:rFonts w:ascii="Arial" w:hAnsi="Arial" w:cs="Arial"/>
          <w:b/>
          <w:i/>
          <w:u w:val="single"/>
        </w:rPr>
      </w:pPr>
    </w:p>
    <w:p w14:paraId="6D2D513B" w14:textId="77777777" w:rsidR="001C3A55" w:rsidRDefault="001C3A55" w:rsidP="001C3A55">
      <w:pPr>
        <w:tabs>
          <w:tab w:val="left" w:pos="1365"/>
        </w:tabs>
        <w:jc w:val="center"/>
        <w:rPr>
          <w:rFonts w:ascii="Arial" w:hAnsi="Arial" w:cs="Arial"/>
          <w:b/>
          <w:i/>
          <w:u w:val="single"/>
        </w:rPr>
      </w:pPr>
    </w:p>
    <w:p w14:paraId="49AE1200" w14:textId="77777777" w:rsidR="001C3A55" w:rsidRDefault="001C3A55" w:rsidP="001C3A55">
      <w:pPr>
        <w:tabs>
          <w:tab w:val="left" w:pos="1365"/>
        </w:tabs>
        <w:jc w:val="center"/>
        <w:rPr>
          <w:rFonts w:ascii="Arial" w:hAnsi="Arial" w:cs="Arial"/>
          <w:b/>
          <w:i/>
          <w:u w:val="single"/>
        </w:rPr>
      </w:pPr>
    </w:p>
    <w:p w14:paraId="21BF03E2" w14:textId="77777777" w:rsidR="001C3A55" w:rsidRDefault="001C3A55" w:rsidP="001C3A55">
      <w:pPr>
        <w:tabs>
          <w:tab w:val="left" w:pos="1365"/>
        </w:tabs>
        <w:jc w:val="center"/>
        <w:rPr>
          <w:rFonts w:ascii="Arial" w:hAnsi="Arial" w:cs="Arial"/>
          <w:b/>
          <w:i/>
          <w:u w:val="single"/>
        </w:rPr>
      </w:pPr>
    </w:p>
    <w:p w14:paraId="2905A1EF" w14:textId="77777777" w:rsidR="001C3A55" w:rsidRDefault="001C3A55" w:rsidP="001C3A55">
      <w:pPr>
        <w:tabs>
          <w:tab w:val="left" w:pos="1365"/>
        </w:tabs>
        <w:jc w:val="center"/>
        <w:rPr>
          <w:rFonts w:ascii="Arial" w:hAnsi="Arial" w:cs="Arial"/>
          <w:b/>
          <w:i/>
          <w:u w:val="single"/>
        </w:rPr>
      </w:pPr>
    </w:p>
    <w:p w14:paraId="3067014B" w14:textId="77777777" w:rsidR="001C3A55" w:rsidRDefault="001C3A55" w:rsidP="001C3A55">
      <w:pPr>
        <w:tabs>
          <w:tab w:val="left" w:pos="1365"/>
        </w:tabs>
        <w:jc w:val="center"/>
        <w:rPr>
          <w:rFonts w:ascii="Arial" w:hAnsi="Arial" w:cs="Arial"/>
          <w:b/>
          <w:i/>
          <w:u w:val="single"/>
        </w:rPr>
      </w:pPr>
    </w:p>
    <w:p w14:paraId="51E880E3" w14:textId="77777777" w:rsidR="001C3A55" w:rsidRDefault="001C3A55" w:rsidP="001C3A55">
      <w:pPr>
        <w:tabs>
          <w:tab w:val="left" w:pos="1365"/>
        </w:tabs>
        <w:jc w:val="center"/>
        <w:rPr>
          <w:rFonts w:ascii="Arial" w:hAnsi="Arial" w:cs="Arial"/>
          <w:b/>
          <w:i/>
          <w:u w:val="single"/>
        </w:rPr>
      </w:pPr>
    </w:p>
    <w:p w14:paraId="6819913F" w14:textId="77777777" w:rsidR="001C3A55" w:rsidRDefault="001C3A55" w:rsidP="001C3A55">
      <w:pPr>
        <w:tabs>
          <w:tab w:val="left" w:pos="1365"/>
        </w:tabs>
        <w:jc w:val="center"/>
        <w:rPr>
          <w:rFonts w:ascii="Arial" w:hAnsi="Arial" w:cs="Arial"/>
          <w:b/>
          <w:i/>
          <w:u w:val="single"/>
        </w:rPr>
      </w:pPr>
    </w:p>
    <w:p w14:paraId="0CD626D0" w14:textId="77777777" w:rsidR="001C3A55" w:rsidRDefault="001C3A55" w:rsidP="001C3A55">
      <w:pPr>
        <w:tabs>
          <w:tab w:val="left" w:pos="1365"/>
        </w:tabs>
        <w:jc w:val="center"/>
        <w:rPr>
          <w:rFonts w:ascii="Arial" w:hAnsi="Arial" w:cs="Arial"/>
          <w:b/>
          <w:i/>
          <w:u w:val="single"/>
        </w:rPr>
      </w:pPr>
    </w:p>
    <w:p w14:paraId="08078AC1" w14:textId="77777777" w:rsidR="001C3A55" w:rsidRDefault="001C3A55" w:rsidP="001C3A55">
      <w:pPr>
        <w:tabs>
          <w:tab w:val="left" w:pos="1365"/>
        </w:tabs>
        <w:jc w:val="center"/>
        <w:rPr>
          <w:rFonts w:ascii="Arial" w:hAnsi="Arial" w:cs="Arial"/>
          <w:b/>
          <w:i/>
          <w:u w:val="single"/>
        </w:rPr>
      </w:pPr>
    </w:p>
    <w:p w14:paraId="7A61DE44" w14:textId="77777777" w:rsidR="001C3A55" w:rsidRDefault="001C3A55" w:rsidP="001C3A55">
      <w:pPr>
        <w:tabs>
          <w:tab w:val="left" w:pos="1365"/>
        </w:tabs>
        <w:jc w:val="center"/>
        <w:rPr>
          <w:rFonts w:ascii="Arial" w:hAnsi="Arial" w:cs="Arial"/>
          <w:b/>
          <w:i/>
          <w:u w:val="single"/>
        </w:rPr>
      </w:pPr>
    </w:p>
    <w:p w14:paraId="69FF9BB5" w14:textId="2462B90D" w:rsidR="001C3A55" w:rsidRPr="00234A42" w:rsidRDefault="001C3A55" w:rsidP="001C3A55">
      <w:pPr>
        <w:tabs>
          <w:tab w:val="left" w:pos="1365"/>
        </w:tabs>
        <w:jc w:val="center"/>
        <w:rPr>
          <w:rFonts w:ascii="Arial" w:hAnsi="Arial" w:cs="Arial"/>
          <w:b/>
          <w:i/>
          <w:u w:val="single"/>
        </w:rPr>
      </w:pPr>
      <w:r w:rsidRPr="00234A42">
        <w:rPr>
          <w:rFonts w:ascii="Arial" w:hAnsi="Arial" w:cs="Arial"/>
          <w:b/>
          <w:i/>
          <w:u w:val="single"/>
        </w:rPr>
        <w:lastRenderedPageBreak/>
        <w:t>Izgled prve stranice (naslovnica):</w:t>
      </w:r>
    </w:p>
    <w:p w14:paraId="0E056572" w14:textId="77777777" w:rsidR="001C3A55" w:rsidRPr="006F2783" w:rsidRDefault="001C3A55" w:rsidP="001C3A55">
      <w:pPr>
        <w:tabs>
          <w:tab w:val="left" w:pos="1365"/>
        </w:tabs>
        <w:jc w:val="center"/>
        <w:rPr>
          <w:rFonts w:ascii="Arial" w:hAnsi="Arial" w:cs="Arial"/>
          <w:i/>
          <w:color w:val="808080"/>
        </w:rPr>
      </w:pPr>
    </w:p>
    <w:p w14:paraId="00116F1B" w14:textId="77777777" w:rsidR="001C3A55" w:rsidRPr="006F2783" w:rsidRDefault="001C3A55" w:rsidP="001C3A55">
      <w:pPr>
        <w:tabs>
          <w:tab w:val="left" w:pos="1365"/>
        </w:tabs>
        <w:jc w:val="center"/>
        <w:rPr>
          <w:rFonts w:ascii="Arial" w:hAnsi="Arial" w:cs="Arial"/>
          <w:i/>
          <w:color w:val="808080"/>
        </w:rPr>
      </w:pPr>
      <w:r w:rsidRPr="006F2783">
        <w:rPr>
          <w:rFonts w:ascii="Arial" w:hAnsi="Arial" w:cs="Arial"/>
          <w:i/>
          <w:color w:val="808080"/>
        </w:rPr>
        <w:t>Lijeva margina 3.0 cm                           Gornja margina 3.0 cm</w:t>
      </w:r>
    </w:p>
    <w:p w14:paraId="37E00420" w14:textId="77777777" w:rsidR="001C3A55" w:rsidRPr="006F2783" w:rsidRDefault="001C3A55" w:rsidP="001C3A55">
      <w:pPr>
        <w:tabs>
          <w:tab w:val="left" w:pos="0"/>
        </w:tabs>
        <w:jc w:val="center"/>
        <w:rPr>
          <w:rFonts w:ascii="Arial" w:hAnsi="Arial" w:cs="Arial"/>
        </w:rPr>
      </w:pPr>
      <w:r w:rsidRPr="006F2783">
        <w:rPr>
          <w:rFonts w:ascii="Arial" w:hAnsi="Arial" w:cs="Arial"/>
        </w:rPr>
        <w:br w:type="textWrapping" w:clear="all"/>
      </w:r>
    </w:p>
    <w:p w14:paraId="280B04A3" w14:textId="77777777" w:rsidR="001C3A55" w:rsidRPr="006F2783" w:rsidRDefault="001C3A55" w:rsidP="001C3A55">
      <w:pPr>
        <w:tabs>
          <w:tab w:val="left" w:pos="0"/>
        </w:tabs>
        <w:rPr>
          <w:rFonts w:ascii="Arial" w:hAnsi="Arial" w:cs="Arial"/>
        </w:rPr>
      </w:pPr>
    </w:p>
    <w:p w14:paraId="49BDAD7E" w14:textId="77777777" w:rsidR="001C3A55" w:rsidRDefault="001C3A55" w:rsidP="001C3A55">
      <w:pPr>
        <w:tabs>
          <w:tab w:val="left" w:pos="0"/>
          <w:tab w:val="left" w:pos="851"/>
          <w:tab w:val="left" w:pos="1365"/>
        </w:tabs>
        <w:jc w:val="center"/>
        <w:rPr>
          <w:rFonts w:ascii="Arial" w:hAnsi="Arial" w:cs="Arial"/>
          <w:sz w:val="32"/>
          <w:szCs w:val="32"/>
        </w:rPr>
      </w:pPr>
      <w:r>
        <w:rPr>
          <w:rFonts w:ascii="Arial" w:hAnsi="Arial" w:cs="Arial"/>
          <w:sz w:val="32"/>
          <w:szCs w:val="32"/>
        </w:rPr>
        <w:t>Sveučilište u Zagrebu</w:t>
      </w:r>
    </w:p>
    <w:p w14:paraId="0CB5912B" w14:textId="77777777" w:rsidR="001C3A55" w:rsidRPr="006F2783" w:rsidRDefault="001C3A55" w:rsidP="001C3A55">
      <w:pPr>
        <w:tabs>
          <w:tab w:val="left" w:pos="0"/>
          <w:tab w:val="left" w:pos="851"/>
          <w:tab w:val="left" w:pos="1365"/>
        </w:tabs>
        <w:jc w:val="center"/>
        <w:rPr>
          <w:rFonts w:ascii="Arial" w:hAnsi="Arial" w:cs="Arial"/>
          <w:sz w:val="32"/>
          <w:szCs w:val="32"/>
        </w:rPr>
      </w:pPr>
      <w:r>
        <w:rPr>
          <w:rFonts w:ascii="Arial" w:hAnsi="Arial" w:cs="Arial"/>
          <w:sz w:val="32"/>
          <w:szCs w:val="32"/>
        </w:rPr>
        <w:t>Katolički bogoslovni fakultet</w:t>
      </w:r>
    </w:p>
    <w:p w14:paraId="2C8EE2A8" w14:textId="77777777" w:rsidR="001C3A55" w:rsidRPr="006F2783" w:rsidRDefault="001C3A55" w:rsidP="001C3A55">
      <w:pPr>
        <w:tabs>
          <w:tab w:val="left" w:pos="0"/>
          <w:tab w:val="left" w:pos="851"/>
          <w:tab w:val="left" w:pos="1365"/>
        </w:tabs>
        <w:jc w:val="center"/>
        <w:rPr>
          <w:rFonts w:ascii="Arial" w:hAnsi="Arial" w:cs="Arial"/>
          <w:sz w:val="32"/>
          <w:szCs w:val="32"/>
        </w:rPr>
      </w:pPr>
      <w:r w:rsidRPr="006F2783">
        <w:rPr>
          <w:rFonts w:ascii="Arial" w:hAnsi="Arial" w:cs="Arial"/>
          <w:sz w:val="32"/>
          <w:szCs w:val="32"/>
        </w:rPr>
        <w:t>(</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009A1E2D" w14:textId="77777777" w:rsidR="001C3A55" w:rsidRPr="006F2783" w:rsidRDefault="001C3A55" w:rsidP="001C3A55">
      <w:pPr>
        <w:tabs>
          <w:tab w:val="left" w:pos="0"/>
          <w:tab w:val="left" w:pos="851"/>
        </w:tabs>
        <w:jc w:val="center"/>
        <w:rPr>
          <w:rFonts w:ascii="Arial" w:hAnsi="Arial" w:cs="Arial"/>
        </w:rPr>
      </w:pPr>
    </w:p>
    <w:p w14:paraId="33846157" w14:textId="77777777" w:rsidR="001C3A55" w:rsidRPr="006F2783" w:rsidRDefault="001C3A55" w:rsidP="001C3A55">
      <w:pPr>
        <w:tabs>
          <w:tab w:val="left" w:pos="0"/>
          <w:tab w:val="left" w:pos="851"/>
        </w:tabs>
        <w:jc w:val="center"/>
        <w:rPr>
          <w:rFonts w:ascii="Arial" w:hAnsi="Arial" w:cs="Arial"/>
        </w:rPr>
      </w:pPr>
    </w:p>
    <w:p w14:paraId="78971AE6" w14:textId="77777777" w:rsidR="001C3A55" w:rsidRPr="006F2783" w:rsidRDefault="001C3A55" w:rsidP="001C3A55">
      <w:pPr>
        <w:tabs>
          <w:tab w:val="left" w:pos="0"/>
          <w:tab w:val="left" w:pos="851"/>
        </w:tabs>
        <w:jc w:val="center"/>
        <w:rPr>
          <w:rFonts w:ascii="Arial" w:hAnsi="Arial" w:cs="Arial"/>
        </w:rPr>
      </w:pPr>
    </w:p>
    <w:p w14:paraId="57EFDC28" w14:textId="77777777" w:rsidR="001C3A55" w:rsidRPr="006F2783" w:rsidRDefault="001C3A55" w:rsidP="001C3A55">
      <w:pPr>
        <w:tabs>
          <w:tab w:val="left" w:pos="0"/>
          <w:tab w:val="left" w:pos="851"/>
          <w:tab w:val="left" w:pos="1365"/>
        </w:tabs>
        <w:jc w:val="center"/>
        <w:rPr>
          <w:rFonts w:ascii="Arial" w:hAnsi="Arial" w:cs="Arial"/>
          <w:sz w:val="32"/>
          <w:szCs w:val="32"/>
        </w:rPr>
      </w:pPr>
    </w:p>
    <w:p w14:paraId="27DDD0A9" w14:textId="77777777" w:rsidR="001C3A55" w:rsidRPr="006F2783" w:rsidRDefault="001C3A55" w:rsidP="001C3A55">
      <w:pPr>
        <w:tabs>
          <w:tab w:val="left" w:pos="0"/>
        </w:tabs>
        <w:jc w:val="center"/>
        <w:rPr>
          <w:rFonts w:ascii="Arial" w:hAnsi="Arial" w:cs="Arial"/>
          <w:sz w:val="32"/>
          <w:szCs w:val="32"/>
        </w:rPr>
      </w:pPr>
      <w:r w:rsidRPr="006F2783">
        <w:rPr>
          <w:rFonts w:ascii="Arial" w:hAnsi="Arial" w:cs="Arial"/>
          <w:sz w:val="32"/>
          <w:szCs w:val="32"/>
        </w:rPr>
        <w:t>Ime i prezime</w:t>
      </w:r>
    </w:p>
    <w:p w14:paraId="039AACFA" w14:textId="77777777" w:rsidR="001C3A55" w:rsidRPr="006F2783" w:rsidRDefault="001C3A55" w:rsidP="001C3A55">
      <w:pPr>
        <w:tabs>
          <w:tab w:val="left" w:pos="0"/>
          <w:tab w:val="left" w:pos="851"/>
          <w:tab w:val="left" w:pos="1365"/>
        </w:tabs>
        <w:jc w:val="center"/>
        <w:rPr>
          <w:rFonts w:ascii="Arial" w:hAnsi="Arial" w:cs="Arial"/>
          <w:sz w:val="32"/>
          <w:szCs w:val="32"/>
        </w:rPr>
      </w:pPr>
      <w:r w:rsidRPr="006F2783">
        <w:rPr>
          <w:rFonts w:ascii="Arial" w:hAnsi="Arial" w:cs="Arial"/>
          <w:sz w:val="32"/>
          <w:szCs w:val="32"/>
        </w:rPr>
        <w:t>(</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5FEAB488" w14:textId="77777777" w:rsidR="001C3A55" w:rsidRPr="006F2783" w:rsidRDefault="001C3A55" w:rsidP="001C3A55">
      <w:pPr>
        <w:tabs>
          <w:tab w:val="left" w:pos="0"/>
          <w:tab w:val="left" w:pos="1365"/>
        </w:tabs>
        <w:jc w:val="center"/>
        <w:rPr>
          <w:rFonts w:ascii="Arial" w:hAnsi="Arial" w:cs="Arial"/>
          <w:sz w:val="32"/>
          <w:szCs w:val="32"/>
        </w:rPr>
      </w:pPr>
    </w:p>
    <w:p w14:paraId="4A1CAAB6" w14:textId="77777777" w:rsidR="001C3A55" w:rsidRPr="006F2783" w:rsidRDefault="001C3A55" w:rsidP="001C3A55">
      <w:pPr>
        <w:tabs>
          <w:tab w:val="left" w:pos="0"/>
          <w:tab w:val="left" w:pos="1365"/>
        </w:tabs>
        <w:jc w:val="center"/>
        <w:rPr>
          <w:rFonts w:ascii="Arial" w:hAnsi="Arial" w:cs="Arial"/>
          <w:sz w:val="32"/>
          <w:szCs w:val="32"/>
        </w:rPr>
      </w:pPr>
    </w:p>
    <w:p w14:paraId="48CDD1C6" w14:textId="77777777" w:rsidR="001C3A55" w:rsidRPr="006F2783" w:rsidRDefault="001C3A55" w:rsidP="001C3A55">
      <w:pPr>
        <w:tabs>
          <w:tab w:val="left" w:pos="0"/>
          <w:tab w:val="left" w:pos="1365"/>
        </w:tabs>
        <w:jc w:val="center"/>
        <w:rPr>
          <w:rFonts w:ascii="Arial" w:hAnsi="Arial" w:cs="Arial"/>
          <w:sz w:val="32"/>
          <w:szCs w:val="32"/>
        </w:rPr>
      </w:pPr>
    </w:p>
    <w:p w14:paraId="1AF5619D" w14:textId="77777777" w:rsidR="001C3A55" w:rsidRPr="006F2783" w:rsidRDefault="001C3A55" w:rsidP="001C3A55">
      <w:pPr>
        <w:tabs>
          <w:tab w:val="left" w:pos="0"/>
          <w:tab w:val="left" w:pos="1365"/>
        </w:tabs>
        <w:jc w:val="center"/>
        <w:rPr>
          <w:rFonts w:ascii="Arial" w:hAnsi="Arial" w:cs="Arial"/>
          <w:sz w:val="32"/>
          <w:szCs w:val="32"/>
        </w:rPr>
      </w:pPr>
    </w:p>
    <w:p w14:paraId="52AE7EDA" w14:textId="77777777" w:rsidR="001C3A55" w:rsidRPr="006F2783" w:rsidRDefault="001C3A55" w:rsidP="001C3A55">
      <w:pPr>
        <w:tabs>
          <w:tab w:val="left" w:pos="0"/>
          <w:tab w:val="left" w:pos="1365"/>
        </w:tabs>
        <w:jc w:val="center"/>
        <w:rPr>
          <w:rFonts w:ascii="Arial" w:hAnsi="Arial" w:cs="Arial"/>
          <w:sz w:val="32"/>
          <w:szCs w:val="32"/>
        </w:rPr>
      </w:pPr>
    </w:p>
    <w:p w14:paraId="0B456197" w14:textId="77777777" w:rsidR="001C3A55" w:rsidRPr="006F2783" w:rsidRDefault="001C3A55" w:rsidP="001C3A55">
      <w:pPr>
        <w:tabs>
          <w:tab w:val="left" w:pos="0"/>
          <w:tab w:val="left" w:pos="1365"/>
        </w:tabs>
        <w:jc w:val="center"/>
        <w:rPr>
          <w:rFonts w:ascii="Arial" w:hAnsi="Arial" w:cs="Arial"/>
          <w:sz w:val="32"/>
          <w:szCs w:val="32"/>
        </w:rPr>
      </w:pPr>
    </w:p>
    <w:p w14:paraId="7FBDA303" w14:textId="77777777" w:rsidR="001C3A55" w:rsidRPr="006F2783" w:rsidRDefault="001C3A55" w:rsidP="001C3A55">
      <w:pPr>
        <w:tabs>
          <w:tab w:val="left" w:pos="0"/>
          <w:tab w:val="left" w:pos="1365"/>
        </w:tabs>
        <w:jc w:val="center"/>
        <w:rPr>
          <w:rFonts w:ascii="Arial" w:hAnsi="Arial" w:cs="Arial"/>
          <w:b/>
          <w:sz w:val="44"/>
          <w:szCs w:val="44"/>
        </w:rPr>
      </w:pPr>
      <w:r w:rsidRPr="006F2783">
        <w:rPr>
          <w:rFonts w:ascii="Arial" w:hAnsi="Arial" w:cs="Arial"/>
          <w:b/>
          <w:sz w:val="44"/>
          <w:szCs w:val="44"/>
        </w:rPr>
        <w:t>NASLOV RADA</w:t>
      </w:r>
    </w:p>
    <w:p w14:paraId="29239D08" w14:textId="77777777" w:rsidR="001C3A55" w:rsidRPr="006F2783" w:rsidRDefault="001C3A55" w:rsidP="001C3A55">
      <w:pPr>
        <w:tabs>
          <w:tab w:val="left" w:pos="0"/>
          <w:tab w:val="left" w:pos="1365"/>
        </w:tabs>
        <w:jc w:val="center"/>
        <w:rPr>
          <w:rFonts w:ascii="Arial" w:hAnsi="Arial" w:cs="Arial"/>
          <w:sz w:val="44"/>
          <w:szCs w:val="44"/>
        </w:rPr>
      </w:pPr>
      <w:r w:rsidRPr="006F2783">
        <w:rPr>
          <w:rFonts w:ascii="Arial" w:hAnsi="Arial" w:cs="Arial"/>
          <w:sz w:val="44"/>
          <w:szCs w:val="44"/>
        </w:rPr>
        <w:t>(</w:t>
      </w:r>
      <w:proofErr w:type="spellStart"/>
      <w:r w:rsidRPr="006F2783">
        <w:rPr>
          <w:rFonts w:ascii="Arial" w:hAnsi="Arial" w:cs="Arial"/>
          <w:sz w:val="44"/>
          <w:szCs w:val="44"/>
        </w:rPr>
        <w:t>Arial</w:t>
      </w:r>
      <w:proofErr w:type="spellEnd"/>
      <w:r w:rsidRPr="006F2783">
        <w:rPr>
          <w:rFonts w:ascii="Arial" w:hAnsi="Arial" w:cs="Arial"/>
          <w:sz w:val="44"/>
          <w:szCs w:val="44"/>
        </w:rPr>
        <w:t xml:space="preserve"> 22, </w:t>
      </w:r>
      <w:proofErr w:type="spellStart"/>
      <w:r w:rsidRPr="006F2783">
        <w:rPr>
          <w:rFonts w:ascii="Arial" w:hAnsi="Arial" w:cs="Arial"/>
          <w:sz w:val="44"/>
          <w:szCs w:val="44"/>
        </w:rPr>
        <w:t>Bold</w:t>
      </w:r>
      <w:proofErr w:type="spellEnd"/>
      <w:r w:rsidRPr="006F2783">
        <w:rPr>
          <w:rFonts w:ascii="Arial" w:hAnsi="Arial" w:cs="Arial"/>
          <w:sz w:val="44"/>
          <w:szCs w:val="44"/>
        </w:rPr>
        <w:t>)</w:t>
      </w:r>
    </w:p>
    <w:p w14:paraId="564C07F5" w14:textId="77777777" w:rsidR="001C3A55" w:rsidRPr="006F2783" w:rsidRDefault="001C3A55" w:rsidP="001C3A55">
      <w:pPr>
        <w:tabs>
          <w:tab w:val="left" w:pos="0"/>
          <w:tab w:val="left" w:pos="1365"/>
        </w:tabs>
        <w:jc w:val="center"/>
        <w:rPr>
          <w:rFonts w:ascii="Arial" w:hAnsi="Arial" w:cs="Arial"/>
          <w:sz w:val="44"/>
          <w:szCs w:val="44"/>
        </w:rPr>
      </w:pPr>
    </w:p>
    <w:p w14:paraId="3DDA29DB" w14:textId="77777777" w:rsidR="001C3A55" w:rsidRPr="006F2783" w:rsidRDefault="001C3A55" w:rsidP="001C3A55">
      <w:pPr>
        <w:tabs>
          <w:tab w:val="left" w:pos="0"/>
          <w:tab w:val="left" w:pos="1365"/>
        </w:tabs>
        <w:jc w:val="center"/>
        <w:rPr>
          <w:rFonts w:ascii="Arial" w:hAnsi="Arial" w:cs="Arial"/>
          <w:sz w:val="32"/>
          <w:szCs w:val="32"/>
        </w:rPr>
      </w:pPr>
    </w:p>
    <w:p w14:paraId="758486F4" w14:textId="77777777" w:rsidR="001C3A55" w:rsidRPr="006F2783" w:rsidRDefault="001C3A55" w:rsidP="001C3A55">
      <w:pPr>
        <w:tabs>
          <w:tab w:val="left" w:pos="1365"/>
        </w:tabs>
        <w:jc w:val="center"/>
        <w:rPr>
          <w:rFonts w:ascii="Arial" w:hAnsi="Arial" w:cs="Arial"/>
          <w:sz w:val="32"/>
          <w:szCs w:val="32"/>
        </w:rPr>
      </w:pPr>
      <w:r>
        <w:rPr>
          <w:rFonts w:ascii="Arial" w:hAnsi="Arial" w:cs="Arial"/>
          <w:sz w:val="32"/>
          <w:szCs w:val="32"/>
        </w:rPr>
        <w:t>ISTRAŽIVAČKI LICENCIJATSKI</w:t>
      </w:r>
      <w:r w:rsidRPr="006F2783">
        <w:rPr>
          <w:rFonts w:ascii="Arial" w:hAnsi="Arial" w:cs="Arial"/>
          <w:sz w:val="32"/>
          <w:szCs w:val="32"/>
        </w:rPr>
        <w:t xml:space="preserve"> RAD</w:t>
      </w:r>
    </w:p>
    <w:p w14:paraId="783A3B05" w14:textId="77777777" w:rsidR="001C3A55" w:rsidRPr="006F2783" w:rsidRDefault="001C3A55" w:rsidP="001C3A55">
      <w:pPr>
        <w:tabs>
          <w:tab w:val="left" w:pos="0"/>
          <w:tab w:val="left" w:pos="1365"/>
        </w:tabs>
        <w:jc w:val="center"/>
        <w:rPr>
          <w:rFonts w:ascii="Arial" w:hAnsi="Arial" w:cs="Arial"/>
          <w:sz w:val="32"/>
          <w:szCs w:val="32"/>
        </w:rPr>
      </w:pPr>
      <w:r w:rsidRPr="006F2783">
        <w:rPr>
          <w:rFonts w:ascii="Arial" w:hAnsi="Arial" w:cs="Arial"/>
          <w:sz w:val="32"/>
          <w:szCs w:val="32"/>
        </w:rPr>
        <w:t xml:space="preserve"> (</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6CF71CBC" w14:textId="77777777" w:rsidR="001C3A55" w:rsidRPr="006F2783" w:rsidRDefault="001C3A55" w:rsidP="001C3A55">
      <w:pPr>
        <w:tabs>
          <w:tab w:val="left" w:pos="0"/>
          <w:tab w:val="left" w:pos="1365"/>
        </w:tabs>
        <w:rPr>
          <w:rFonts w:ascii="Arial" w:hAnsi="Arial" w:cs="Arial"/>
          <w:sz w:val="32"/>
          <w:szCs w:val="32"/>
        </w:rPr>
      </w:pPr>
    </w:p>
    <w:p w14:paraId="5F16441E" w14:textId="77777777" w:rsidR="001C3A55" w:rsidRDefault="001C3A55" w:rsidP="001C3A55">
      <w:pPr>
        <w:tabs>
          <w:tab w:val="left" w:pos="0"/>
          <w:tab w:val="left" w:pos="1365"/>
        </w:tabs>
        <w:jc w:val="center"/>
        <w:rPr>
          <w:rFonts w:ascii="Arial" w:hAnsi="Arial" w:cs="Arial"/>
          <w:sz w:val="32"/>
          <w:szCs w:val="32"/>
        </w:rPr>
      </w:pPr>
    </w:p>
    <w:p w14:paraId="74401B6C" w14:textId="77777777" w:rsidR="001C3A55" w:rsidRPr="006F2783" w:rsidRDefault="001C3A55" w:rsidP="001C3A55">
      <w:pPr>
        <w:tabs>
          <w:tab w:val="left" w:pos="0"/>
          <w:tab w:val="left" w:pos="1365"/>
        </w:tabs>
        <w:jc w:val="center"/>
        <w:rPr>
          <w:rFonts w:ascii="Arial" w:hAnsi="Arial" w:cs="Arial"/>
          <w:sz w:val="32"/>
          <w:szCs w:val="32"/>
        </w:rPr>
      </w:pPr>
    </w:p>
    <w:p w14:paraId="5A68E6FC" w14:textId="77777777" w:rsidR="001C3A55" w:rsidRDefault="001C3A55" w:rsidP="001C3A55">
      <w:pPr>
        <w:tabs>
          <w:tab w:val="left" w:pos="0"/>
          <w:tab w:val="left" w:pos="1365"/>
        </w:tabs>
        <w:jc w:val="center"/>
        <w:rPr>
          <w:rFonts w:ascii="Arial" w:hAnsi="Arial" w:cs="Arial"/>
          <w:sz w:val="32"/>
          <w:szCs w:val="32"/>
        </w:rPr>
      </w:pPr>
    </w:p>
    <w:p w14:paraId="057228FE" w14:textId="77777777" w:rsidR="001C3A55" w:rsidRPr="006F2783" w:rsidRDefault="001C3A55" w:rsidP="001C3A55">
      <w:pPr>
        <w:tabs>
          <w:tab w:val="left" w:pos="0"/>
          <w:tab w:val="left" w:pos="1365"/>
        </w:tabs>
        <w:rPr>
          <w:rFonts w:ascii="Arial" w:hAnsi="Arial" w:cs="Arial"/>
          <w:sz w:val="32"/>
          <w:szCs w:val="32"/>
        </w:rPr>
      </w:pPr>
    </w:p>
    <w:p w14:paraId="079B4AC7" w14:textId="77777777" w:rsidR="001C3A55" w:rsidRPr="006F2783" w:rsidRDefault="001C3A55" w:rsidP="001C3A55">
      <w:pPr>
        <w:tabs>
          <w:tab w:val="left" w:pos="0"/>
          <w:tab w:val="left" w:pos="1365"/>
        </w:tabs>
        <w:jc w:val="center"/>
        <w:rPr>
          <w:rFonts w:ascii="Arial" w:hAnsi="Arial" w:cs="Arial"/>
          <w:sz w:val="28"/>
          <w:szCs w:val="28"/>
        </w:rPr>
      </w:pPr>
      <w:r w:rsidRPr="006F2783">
        <w:rPr>
          <w:rFonts w:ascii="Arial" w:hAnsi="Arial" w:cs="Arial"/>
          <w:sz w:val="28"/>
          <w:szCs w:val="28"/>
        </w:rPr>
        <w:t>Zagreb, godina</w:t>
      </w:r>
    </w:p>
    <w:p w14:paraId="6B90781A" w14:textId="77777777" w:rsidR="001C3A55" w:rsidRPr="006F2783" w:rsidRDefault="001C3A55" w:rsidP="001C3A55">
      <w:pPr>
        <w:tabs>
          <w:tab w:val="left" w:pos="0"/>
          <w:tab w:val="left" w:pos="1365"/>
        </w:tabs>
        <w:jc w:val="center"/>
        <w:rPr>
          <w:rFonts w:ascii="Arial" w:hAnsi="Arial" w:cs="Arial"/>
          <w:sz w:val="28"/>
          <w:szCs w:val="28"/>
        </w:rPr>
      </w:pPr>
      <w:r>
        <w:rPr>
          <w:rFonts w:ascii="Arial" w:hAnsi="Arial" w:cs="Arial"/>
          <w:sz w:val="28"/>
          <w:szCs w:val="28"/>
        </w:rPr>
        <w:t>(</w:t>
      </w:r>
      <w:proofErr w:type="spellStart"/>
      <w:r>
        <w:rPr>
          <w:rFonts w:ascii="Arial" w:hAnsi="Arial" w:cs="Arial"/>
          <w:sz w:val="28"/>
          <w:szCs w:val="28"/>
        </w:rPr>
        <w:t>Arial</w:t>
      </w:r>
      <w:proofErr w:type="spellEnd"/>
      <w:r>
        <w:rPr>
          <w:rFonts w:ascii="Arial" w:hAnsi="Arial" w:cs="Arial"/>
          <w:sz w:val="28"/>
          <w:szCs w:val="28"/>
        </w:rPr>
        <w:t xml:space="preserve"> 14</w:t>
      </w:r>
      <w:r w:rsidRPr="006F2783">
        <w:rPr>
          <w:rFonts w:ascii="Arial" w:hAnsi="Arial" w:cs="Arial"/>
          <w:sz w:val="28"/>
          <w:szCs w:val="28"/>
        </w:rPr>
        <w:t>)</w:t>
      </w:r>
    </w:p>
    <w:p w14:paraId="205C660C" w14:textId="77777777" w:rsidR="001C3A55" w:rsidRDefault="001C3A55" w:rsidP="001C3A55">
      <w:pPr>
        <w:tabs>
          <w:tab w:val="left" w:pos="1365"/>
        </w:tabs>
        <w:jc w:val="center"/>
        <w:rPr>
          <w:rFonts w:ascii="Arial" w:hAnsi="Arial" w:cs="Arial"/>
          <w:i/>
          <w:color w:val="808080"/>
        </w:rPr>
      </w:pPr>
      <w:r w:rsidRPr="006F2783">
        <w:rPr>
          <w:rFonts w:ascii="Arial" w:hAnsi="Arial" w:cs="Arial"/>
          <w:i/>
          <w:color w:val="808080"/>
        </w:rPr>
        <w:t>Donja margina 3.0 cm                           Desna margina 3.0 cm</w:t>
      </w:r>
    </w:p>
    <w:p w14:paraId="13C3A3B8" w14:textId="77777777" w:rsidR="001C3A55" w:rsidRDefault="001C3A55" w:rsidP="001C3A55">
      <w:pPr>
        <w:tabs>
          <w:tab w:val="left" w:pos="1365"/>
        </w:tabs>
        <w:jc w:val="center"/>
        <w:rPr>
          <w:rFonts w:ascii="Arial" w:hAnsi="Arial" w:cs="Arial"/>
          <w:i/>
          <w:color w:val="808080"/>
        </w:rPr>
      </w:pPr>
    </w:p>
    <w:p w14:paraId="536C76A6" w14:textId="77777777" w:rsidR="001C3A55" w:rsidRDefault="001C3A55" w:rsidP="001C3A55">
      <w:pPr>
        <w:spacing w:after="200" w:line="276" w:lineRule="auto"/>
        <w:rPr>
          <w:rFonts w:ascii="Arial" w:hAnsi="Arial" w:cs="Arial"/>
          <w:i/>
          <w:color w:val="808080"/>
        </w:rPr>
      </w:pPr>
      <w:r>
        <w:rPr>
          <w:rFonts w:ascii="Arial" w:hAnsi="Arial" w:cs="Arial"/>
          <w:i/>
          <w:color w:val="808080"/>
        </w:rPr>
        <w:br w:type="page"/>
      </w:r>
    </w:p>
    <w:p w14:paraId="0310AFFA" w14:textId="77777777" w:rsidR="001C3A55" w:rsidRPr="006F2783" w:rsidRDefault="001C3A55" w:rsidP="001C3A55">
      <w:pPr>
        <w:tabs>
          <w:tab w:val="left" w:pos="1365"/>
        </w:tabs>
        <w:jc w:val="center"/>
        <w:rPr>
          <w:rFonts w:ascii="Arial" w:hAnsi="Arial" w:cs="Arial"/>
          <w:i/>
          <w:color w:val="808080"/>
        </w:rPr>
      </w:pPr>
    </w:p>
    <w:p w14:paraId="323BABFD" w14:textId="77777777" w:rsidR="001C3A55" w:rsidRPr="006F2783" w:rsidRDefault="001C3A55" w:rsidP="001C3A55">
      <w:pPr>
        <w:tabs>
          <w:tab w:val="left" w:pos="1365"/>
        </w:tabs>
        <w:jc w:val="center"/>
        <w:rPr>
          <w:rFonts w:ascii="Arial" w:hAnsi="Arial" w:cs="Arial"/>
          <w:b/>
          <w:i/>
          <w:u w:val="single"/>
        </w:rPr>
      </w:pPr>
      <w:r w:rsidRPr="006F2783">
        <w:rPr>
          <w:rFonts w:ascii="Arial" w:hAnsi="Arial" w:cs="Arial"/>
          <w:b/>
          <w:i/>
          <w:u w:val="single"/>
        </w:rPr>
        <w:t>Prva stranica</w:t>
      </w:r>
    </w:p>
    <w:p w14:paraId="3641DC29" w14:textId="77777777" w:rsidR="001C3A55" w:rsidRPr="006F2783" w:rsidRDefault="001C3A55" w:rsidP="001C3A55">
      <w:pPr>
        <w:tabs>
          <w:tab w:val="left" w:pos="1365"/>
        </w:tabs>
        <w:jc w:val="center"/>
        <w:rPr>
          <w:rFonts w:ascii="Arial" w:hAnsi="Arial" w:cs="Arial"/>
          <w:i/>
          <w:u w:val="single"/>
        </w:rPr>
      </w:pPr>
    </w:p>
    <w:p w14:paraId="17A7D3CF" w14:textId="77777777" w:rsidR="001C3A55" w:rsidRPr="006F2783" w:rsidRDefault="001C3A55" w:rsidP="001C3A55">
      <w:pPr>
        <w:tabs>
          <w:tab w:val="left" w:pos="1365"/>
        </w:tabs>
        <w:jc w:val="center"/>
        <w:rPr>
          <w:rFonts w:ascii="Arial" w:hAnsi="Arial" w:cs="Arial"/>
          <w:i/>
          <w:color w:val="808080"/>
        </w:rPr>
      </w:pPr>
      <w:r w:rsidRPr="006F2783">
        <w:rPr>
          <w:rFonts w:ascii="Arial" w:hAnsi="Arial" w:cs="Arial"/>
          <w:i/>
          <w:color w:val="808080"/>
        </w:rPr>
        <w:t>Lijeva margina 3.0 cm                           Gornja margina 3.0 cm</w:t>
      </w:r>
    </w:p>
    <w:p w14:paraId="1C75678C" w14:textId="77777777" w:rsidR="001C3A55" w:rsidRPr="006F2783" w:rsidRDefault="001C3A55" w:rsidP="001C3A55">
      <w:pPr>
        <w:tabs>
          <w:tab w:val="left" w:pos="851"/>
        </w:tabs>
        <w:jc w:val="center"/>
        <w:rPr>
          <w:rFonts w:ascii="Arial" w:hAnsi="Arial" w:cs="Arial"/>
        </w:rPr>
      </w:pPr>
    </w:p>
    <w:p w14:paraId="5F1213F0" w14:textId="77777777" w:rsidR="001C3A55" w:rsidRPr="006F2783" w:rsidRDefault="001C3A55" w:rsidP="001C3A55">
      <w:pPr>
        <w:tabs>
          <w:tab w:val="left" w:pos="851"/>
        </w:tabs>
        <w:jc w:val="center"/>
        <w:rPr>
          <w:rFonts w:ascii="Arial" w:hAnsi="Arial" w:cs="Arial"/>
          <w:sz w:val="32"/>
          <w:szCs w:val="32"/>
        </w:rPr>
      </w:pPr>
    </w:p>
    <w:p w14:paraId="5393D33A" w14:textId="77777777" w:rsidR="001C3A55" w:rsidRPr="006F2783" w:rsidRDefault="001C3A55" w:rsidP="001C3A55">
      <w:pPr>
        <w:tabs>
          <w:tab w:val="left" w:pos="851"/>
          <w:tab w:val="left" w:pos="1365"/>
        </w:tabs>
        <w:jc w:val="center"/>
        <w:rPr>
          <w:rFonts w:ascii="Arial" w:hAnsi="Arial" w:cs="Arial"/>
          <w:sz w:val="32"/>
          <w:szCs w:val="32"/>
        </w:rPr>
      </w:pPr>
    </w:p>
    <w:p w14:paraId="691B2744" w14:textId="77777777" w:rsidR="001C3A55" w:rsidRDefault="001C3A55" w:rsidP="001C3A55">
      <w:pPr>
        <w:tabs>
          <w:tab w:val="left" w:pos="0"/>
          <w:tab w:val="left" w:pos="851"/>
          <w:tab w:val="left" w:pos="1365"/>
        </w:tabs>
        <w:jc w:val="center"/>
        <w:rPr>
          <w:rFonts w:ascii="Arial" w:hAnsi="Arial" w:cs="Arial"/>
          <w:sz w:val="32"/>
          <w:szCs w:val="32"/>
        </w:rPr>
      </w:pPr>
      <w:r>
        <w:rPr>
          <w:rFonts w:ascii="Arial" w:hAnsi="Arial" w:cs="Arial"/>
          <w:sz w:val="32"/>
          <w:szCs w:val="32"/>
        </w:rPr>
        <w:t>Sveučilište u Zagrebu</w:t>
      </w:r>
    </w:p>
    <w:p w14:paraId="51BE5BAE" w14:textId="77777777" w:rsidR="001C3A55" w:rsidRPr="006F2783" w:rsidRDefault="001C3A55" w:rsidP="001C3A55">
      <w:pPr>
        <w:tabs>
          <w:tab w:val="left" w:pos="0"/>
          <w:tab w:val="left" w:pos="851"/>
          <w:tab w:val="left" w:pos="1365"/>
        </w:tabs>
        <w:jc w:val="center"/>
        <w:rPr>
          <w:rFonts w:ascii="Arial" w:hAnsi="Arial" w:cs="Arial"/>
          <w:sz w:val="32"/>
          <w:szCs w:val="32"/>
        </w:rPr>
      </w:pPr>
      <w:r>
        <w:rPr>
          <w:rFonts w:ascii="Arial" w:hAnsi="Arial" w:cs="Arial"/>
          <w:sz w:val="32"/>
          <w:szCs w:val="32"/>
        </w:rPr>
        <w:t>Katolički bogoslovni fakultet</w:t>
      </w:r>
    </w:p>
    <w:p w14:paraId="0ED00558" w14:textId="77777777" w:rsidR="001C3A55" w:rsidRPr="006F2783" w:rsidRDefault="001C3A55" w:rsidP="001C3A55">
      <w:pPr>
        <w:tabs>
          <w:tab w:val="left" w:pos="851"/>
          <w:tab w:val="left" w:pos="1365"/>
        </w:tabs>
        <w:jc w:val="center"/>
        <w:rPr>
          <w:rFonts w:ascii="Arial" w:hAnsi="Arial" w:cs="Arial"/>
          <w:sz w:val="32"/>
          <w:szCs w:val="32"/>
        </w:rPr>
      </w:pPr>
      <w:r w:rsidRPr="006F2783">
        <w:rPr>
          <w:rFonts w:ascii="Arial" w:hAnsi="Arial" w:cs="Arial"/>
          <w:sz w:val="32"/>
          <w:szCs w:val="32"/>
        </w:rPr>
        <w:t xml:space="preserve"> (</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5D69C05B" w14:textId="77777777" w:rsidR="001C3A55" w:rsidRPr="006F2783" w:rsidRDefault="001C3A55" w:rsidP="001C3A55">
      <w:pPr>
        <w:tabs>
          <w:tab w:val="left" w:pos="851"/>
        </w:tabs>
        <w:jc w:val="center"/>
        <w:rPr>
          <w:rFonts w:ascii="Arial" w:hAnsi="Arial" w:cs="Arial"/>
        </w:rPr>
      </w:pPr>
    </w:p>
    <w:p w14:paraId="3D055686" w14:textId="77777777" w:rsidR="001C3A55" w:rsidRPr="006F2783" w:rsidRDefault="001C3A55" w:rsidP="001C3A55">
      <w:pPr>
        <w:tabs>
          <w:tab w:val="left" w:pos="851"/>
        </w:tabs>
        <w:jc w:val="center"/>
        <w:rPr>
          <w:rFonts w:ascii="Arial" w:hAnsi="Arial" w:cs="Arial"/>
        </w:rPr>
      </w:pPr>
    </w:p>
    <w:p w14:paraId="10D52900" w14:textId="77777777" w:rsidR="001C3A55" w:rsidRPr="006F2783" w:rsidRDefault="001C3A55" w:rsidP="001C3A55">
      <w:pPr>
        <w:tabs>
          <w:tab w:val="left" w:pos="851"/>
          <w:tab w:val="left" w:pos="1365"/>
        </w:tabs>
        <w:jc w:val="center"/>
        <w:rPr>
          <w:rFonts w:ascii="Arial" w:hAnsi="Arial" w:cs="Arial"/>
          <w:sz w:val="32"/>
          <w:szCs w:val="32"/>
        </w:rPr>
      </w:pPr>
    </w:p>
    <w:p w14:paraId="5C92A211" w14:textId="77777777" w:rsidR="001C3A55" w:rsidRPr="006F2783" w:rsidRDefault="001C3A55" w:rsidP="001C3A55">
      <w:pPr>
        <w:tabs>
          <w:tab w:val="left" w:pos="0"/>
        </w:tabs>
        <w:jc w:val="center"/>
        <w:rPr>
          <w:rFonts w:ascii="Arial" w:hAnsi="Arial" w:cs="Arial"/>
          <w:sz w:val="32"/>
          <w:szCs w:val="32"/>
        </w:rPr>
      </w:pPr>
      <w:r w:rsidRPr="006F2783">
        <w:rPr>
          <w:rFonts w:ascii="Arial" w:hAnsi="Arial" w:cs="Arial"/>
          <w:sz w:val="32"/>
          <w:szCs w:val="32"/>
        </w:rPr>
        <w:t>Ime i prezime</w:t>
      </w:r>
    </w:p>
    <w:p w14:paraId="00604171" w14:textId="77777777" w:rsidR="001C3A55" w:rsidRPr="006F2783" w:rsidRDefault="001C3A55" w:rsidP="001C3A55">
      <w:pPr>
        <w:tabs>
          <w:tab w:val="left" w:pos="851"/>
          <w:tab w:val="left" w:pos="1365"/>
        </w:tabs>
        <w:jc w:val="center"/>
        <w:rPr>
          <w:rFonts w:ascii="Arial" w:hAnsi="Arial" w:cs="Arial"/>
          <w:sz w:val="32"/>
          <w:szCs w:val="32"/>
        </w:rPr>
      </w:pPr>
      <w:r w:rsidRPr="006F2783">
        <w:rPr>
          <w:rFonts w:ascii="Arial" w:hAnsi="Arial" w:cs="Arial"/>
          <w:sz w:val="32"/>
          <w:szCs w:val="32"/>
        </w:rPr>
        <w:t>(</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07BB48AC" w14:textId="77777777" w:rsidR="001C3A55" w:rsidRPr="006F2783" w:rsidRDefault="001C3A55" w:rsidP="001C3A55">
      <w:pPr>
        <w:tabs>
          <w:tab w:val="left" w:pos="1365"/>
        </w:tabs>
        <w:jc w:val="center"/>
        <w:rPr>
          <w:rFonts w:ascii="Arial" w:hAnsi="Arial" w:cs="Arial"/>
          <w:sz w:val="32"/>
          <w:szCs w:val="32"/>
        </w:rPr>
      </w:pPr>
    </w:p>
    <w:p w14:paraId="36DF9FF0" w14:textId="77777777" w:rsidR="001C3A55" w:rsidRPr="006F2783" w:rsidRDefault="001C3A55" w:rsidP="001C3A55">
      <w:pPr>
        <w:tabs>
          <w:tab w:val="left" w:pos="1365"/>
        </w:tabs>
        <w:jc w:val="center"/>
        <w:rPr>
          <w:rFonts w:ascii="Arial" w:hAnsi="Arial" w:cs="Arial"/>
          <w:sz w:val="32"/>
          <w:szCs w:val="32"/>
        </w:rPr>
      </w:pPr>
    </w:p>
    <w:p w14:paraId="3C079DE9" w14:textId="77777777" w:rsidR="001C3A55" w:rsidRPr="006F2783" w:rsidRDefault="001C3A55" w:rsidP="001C3A55">
      <w:pPr>
        <w:tabs>
          <w:tab w:val="left" w:pos="1365"/>
        </w:tabs>
        <w:jc w:val="center"/>
        <w:rPr>
          <w:rFonts w:ascii="Arial" w:hAnsi="Arial" w:cs="Arial"/>
          <w:b/>
          <w:sz w:val="44"/>
          <w:szCs w:val="44"/>
        </w:rPr>
      </w:pPr>
      <w:r w:rsidRPr="006F2783">
        <w:rPr>
          <w:rFonts w:ascii="Arial" w:hAnsi="Arial" w:cs="Arial"/>
          <w:b/>
          <w:sz w:val="44"/>
          <w:szCs w:val="44"/>
        </w:rPr>
        <w:t>NASLOV RADA</w:t>
      </w:r>
    </w:p>
    <w:p w14:paraId="0B41B523" w14:textId="77777777" w:rsidR="001C3A55" w:rsidRPr="006F2783" w:rsidRDefault="001C3A55" w:rsidP="001C3A55">
      <w:pPr>
        <w:tabs>
          <w:tab w:val="left" w:pos="1365"/>
        </w:tabs>
        <w:jc w:val="center"/>
        <w:rPr>
          <w:rFonts w:ascii="Arial" w:hAnsi="Arial" w:cs="Arial"/>
          <w:sz w:val="44"/>
          <w:szCs w:val="44"/>
        </w:rPr>
      </w:pPr>
      <w:r w:rsidRPr="006F2783">
        <w:rPr>
          <w:rFonts w:ascii="Arial" w:hAnsi="Arial" w:cs="Arial"/>
          <w:sz w:val="44"/>
          <w:szCs w:val="44"/>
        </w:rPr>
        <w:t>(</w:t>
      </w:r>
      <w:proofErr w:type="spellStart"/>
      <w:r w:rsidRPr="006F2783">
        <w:rPr>
          <w:rFonts w:ascii="Arial" w:hAnsi="Arial" w:cs="Arial"/>
          <w:sz w:val="44"/>
          <w:szCs w:val="44"/>
        </w:rPr>
        <w:t>Arial</w:t>
      </w:r>
      <w:proofErr w:type="spellEnd"/>
      <w:r w:rsidRPr="006F2783">
        <w:rPr>
          <w:rFonts w:ascii="Arial" w:hAnsi="Arial" w:cs="Arial"/>
          <w:sz w:val="44"/>
          <w:szCs w:val="44"/>
        </w:rPr>
        <w:t xml:space="preserve"> 22, </w:t>
      </w:r>
      <w:proofErr w:type="spellStart"/>
      <w:r w:rsidRPr="006F2783">
        <w:rPr>
          <w:rFonts w:ascii="Arial" w:hAnsi="Arial" w:cs="Arial"/>
          <w:sz w:val="44"/>
          <w:szCs w:val="44"/>
        </w:rPr>
        <w:t>Bold</w:t>
      </w:r>
      <w:proofErr w:type="spellEnd"/>
      <w:r w:rsidRPr="006F2783">
        <w:rPr>
          <w:rFonts w:ascii="Arial" w:hAnsi="Arial" w:cs="Arial"/>
          <w:sz w:val="44"/>
          <w:szCs w:val="44"/>
        </w:rPr>
        <w:t>)</w:t>
      </w:r>
    </w:p>
    <w:p w14:paraId="72CEA9BF" w14:textId="77777777" w:rsidR="001C3A55" w:rsidRPr="006F2783" w:rsidRDefault="001C3A55" w:rsidP="001C3A55">
      <w:pPr>
        <w:tabs>
          <w:tab w:val="left" w:pos="1365"/>
        </w:tabs>
        <w:jc w:val="center"/>
        <w:rPr>
          <w:rFonts w:ascii="Arial" w:hAnsi="Arial" w:cs="Arial"/>
          <w:sz w:val="32"/>
          <w:szCs w:val="32"/>
        </w:rPr>
      </w:pPr>
    </w:p>
    <w:p w14:paraId="7D5300C4" w14:textId="77777777" w:rsidR="001C3A55" w:rsidRPr="006F2783" w:rsidRDefault="001C3A55" w:rsidP="001C3A55">
      <w:pPr>
        <w:tabs>
          <w:tab w:val="left" w:pos="1365"/>
        </w:tabs>
        <w:jc w:val="center"/>
        <w:rPr>
          <w:rFonts w:ascii="Arial" w:hAnsi="Arial" w:cs="Arial"/>
          <w:sz w:val="32"/>
          <w:szCs w:val="32"/>
        </w:rPr>
      </w:pPr>
    </w:p>
    <w:p w14:paraId="74514D1F" w14:textId="77777777" w:rsidR="001C3A55" w:rsidRPr="006F2783" w:rsidRDefault="001C3A55" w:rsidP="001C3A55">
      <w:pPr>
        <w:tabs>
          <w:tab w:val="left" w:pos="1365"/>
        </w:tabs>
        <w:jc w:val="center"/>
        <w:rPr>
          <w:rFonts w:ascii="Arial" w:hAnsi="Arial" w:cs="Arial"/>
          <w:sz w:val="32"/>
          <w:szCs w:val="32"/>
        </w:rPr>
      </w:pPr>
    </w:p>
    <w:p w14:paraId="6E088A15" w14:textId="77777777" w:rsidR="001C3A55" w:rsidRPr="006F2783" w:rsidRDefault="001C3A55" w:rsidP="001C3A55">
      <w:pPr>
        <w:tabs>
          <w:tab w:val="left" w:pos="1365"/>
        </w:tabs>
        <w:jc w:val="center"/>
        <w:rPr>
          <w:rFonts w:ascii="Arial" w:hAnsi="Arial" w:cs="Arial"/>
          <w:sz w:val="32"/>
          <w:szCs w:val="32"/>
        </w:rPr>
      </w:pPr>
      <w:r>
        <w:rPr>
          <w:rFonts w:ascii="Arial" w:hAnsi="Arial" w:cs="Arial"/>
          <w:sz w:val="32"/>
          <w:szCs w:val="32"/>
        </w:rPr>
        <w:t>ISTRAŽIVAČKI LICENCIJATSKI</w:t>
      </w:r>
      <w:r w:rsidRPr="006F2783">
        <w:rPr>
          <w:rFonts w:ascii="Arial" w:hAnsi="Arial" w:cs="Arial"/>
          <w:sz w:val="32"/>
          <w:szCs w:val="32"/>
        </w:rPr>
        <w:t xml:space="preserve"> RAD</w:t>
      </w:r>
    </w:p>
    <w:p w14:paraId="58A63027" w14:textId="77777777" w:rsidR="001C3A55" w:rsidRPr="006F2783" w:rsidRDefault="001C3A55" w:rsidP="001C3A55">
      <w:pPr>
        <w:tabs>
          <w:tab w:val="left" w:pos="1365"/>
        </w:tabs>
        <w:jc w:val="center"/>
        <w:rPr>
          <w:rFonts w:ascii="Arial" w:hAnsi="Arial" w:cs="Arial"/>
          <w:sz w:val="32"/>
          <w:szCs w:val="32"/>
        </w:rPr>
      </w:pPr>
      <w:r w:rsidRPr="006F2783">
        <w:rPr>
          <w:rFonts w:ascii="Arial" w:hAnsi="Arial" w:cs="Arial"/>
          <w:sz w:val="32"/>
          <w:szCs w:val="32"/>
        </w:rPr>
        <w:t>(</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7A9230FD" w14:textId="77777777" w:rsidR="001C3A55" w:rsidRPr="006F2783" w:rsidRDefault="001C3A55" w:rsidP="001C3A55">
      <w:pPr>
        <w:tabs>
          <w:tab w:val="left" w:pos="1365"/>
        </w:tabs>
        <w:jc w:val="center"/>
        <w:rPr>
          <w:rFonts w:ascii="Arial" w:hAnsi="Arial" w:cs="Arial"/>
          <w:sz w:val="32"/>
          <w:szCs w:val="32"/>
        </w:rPr>
      </w:pPr>
    </w:p>
    <w:p w14:paraId="556E5E88" w14:textId="77777777" w:rsidR="001C3A55" w:rsidRPr="006F2783" w:rsidRDefault="001C3A55" w:rsidP="001C3A55">
      <w:pPr>
        <w:tabs>
          <w:tab w:val="left" w:pos="1365"/>
        </w:tabs>
        <w:jc w:val="center"/>
        <w:rPr>
          <w:rFonts w:ascii="Arial" w:hAnsi="Arial" w:cs="Arial"/>
          <w:sz w:val="32"/>
          <w:szCs w:val="32"/>
        </w:rPr>
      </w:pPr>
    </w:p>
    <w:p w14:paraId="062D74BB" w14:textId="77777777" w:rsidR="001C3A55" w:rsidRPr="006F2783" w:rsidRDefault="001C3A55" w:rsidP="001C3A55">
      <w:pPr>
        <w:tabs>
          <w:tab w:val="left" w:pos="1365"/>
        </w:tabs>
        <w:jc w:val="center"/>
        <w:rPr>
          <w:rFonts w:ascii="Arial" w:hAnsi="Arial" w:cs="Arial"/>
          <w:sz w:val="32"/>
          <w:szCs w:val="32"/>
        </w:rPr>
      </w:pPr>
      <w:r w:rsidRPr="006F2783">
        <w:rPr>
          <w:rFonts w:ascii="Arial" w:hAnsi="Arial" w:cs="Arial"/>
          <w:sz w:val="32"/>
          <w:szCs w:val="32"/>
        </w:rPr>
        <w:t>Mentor(i):</w:t>
      </w:r>
    </w:p>
    <w:p w14:paraId="18E3DDF0" w14:textId="77777777" w:rsidR="001C3A55" w:rsidRPr="006F2783" w:rsidRDefault="001C3A55" w:rsidP="001C3A55">
      <w:pPr>
        <w:tabs>
          <w:tab w:val="left" w:pos="1365"/>
        </w:tabs>
        <w:jc w:val="center"/>
        <w:rPr>
          <w:rFonts w:ascii="Arial" w:hAnsi="Arial" w:cs="Arial"/>
          <w:sz w:val="32"/>
          <w:szCs w:val="32"/>
        </w:rPr>
      </w:pPr>
      <w:r w:rsidRPr="006F2783">
        <w:rPr>
          <w:rFonts w:ascii="Arial" w:hAnsi="Arial" w:cs="Arial"/>
          <w:sz w:val="32"/>
          <w:szCs w:val="32"/>
        </w:rPr>
        <w:t>(</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78C5F5E8" w14:textId="77777777" w:rsidR="001C3A55" w:rsidRPr="006F2783" w:rsidRDefault="001C3A55" w:rsidP="001C3A55">
      <w:pPr>
        <w:tabs>
          <w:tab w:val="left" w:pos="1365"/>
        </w:tabs>
        <w:jc w:val="center"/>
        <w:rPr>
          <w:rFonts w:ascii="Arial" w:hAnsi="Arial" w:cs="Arial"/>
          <w:sz w:val="32"/>
          <w:szCs w:val="32"/>
        </w:rPr>
      </w:pPr>
    </w:p>
    <w:p w14:paraId="5D77CE8C" w14:textId="77777777" w:rsidR="001C3A55" w:rsidRPr="006F2783" w:rsidRDefault="001C3A55" w:rsidP="001C3A55">
      <w:pPr>
        <w:tabs>
          <w:tab w:val="left" w:pos="1365"/>
        </w:tabs>
        <w:jc w:val="center"/>
        <w:rPr>
          <w:rFonts w:ascii="Arial" w:hAnsi="Arial" w:cs="Arial"/>
          <w:sz w:val="32"/>
          <w:szCs w:val="32"/>
        </w:rPr>
      </w:pPr>
    </w:p>
    <w:p w14:paraId="583BC812" w14:textId="77777777" w:rsidR="001C3A55" w:rsidRPr="006F2783" w:rsidRDefault="001C3A55" w:rsidP="001C3A55">
      <w:pPr>
        <w:tabs>
          <w:tab w:val="left" w:pos="1365"/>
        </w:tabs>
        <w:jc w:val="center"/>
        <w:rPr>
          <w:rFonts w:ascii="Arial" w:hAnsi="Arial" w:cs="Arial"/>
          <w:sz w:val="32"/>
          <w:szCs w:val="32"/>
        </w:rPr>
      </w:pPr>
    </w:p>
    <w:p w14:paraId="6012DF8E" w14:textId="77777777" w:rsidR="001C3A55" w:rsidRPr="006F2783" w:rsidRDefault="001C3A55" w:rsidP="001C3A55">
      <w:pPr>
        <w:spacing w:after="200" w:line="276" w:lineRule="auto"/>
        <w:rPr>
          <w:rFonts w:ascii="Arial" w:hAnsi="Arial" w:cs="Arial"/>
          <w:sz w:val="32"/>
          <w:szCs w:val="32"/>
        </w:rPr>
      </w:pPr>
    </w:p>
    <w:p w14:paraId="4F173894" w14:textId="77777777" w:rsidR="001C3A55" w:rsidRPr="006F2783" w:rsidRDefault="001C3A55" w:rsidP="001C3A55">
      <w:pPr>
        <w:tabs>
          <w:tab w:val="left" w:pos="1365"/>
        </w:tabs>
        <w:jc w:val="center"/>
        <w:rPr>
          <w:rFonts w:ascii="Arial" w:hAnsi="Arial" w:cs="Arial"/>
          <w:sz w:val="28"/>
          <w:szCs w:val="28"/>
        </w:rPr>
      </w:pPr>
      <w:r w:rsidRPr="006F2783">
        <w:rPr>
          <w:rFonts w:ascii="Arial" w:hAnsi="Arial" w:cs="Arial"/>
          <w:sz w:val="28"/>
          <w:szCs w:val="28"/>
        </w:rPr>
        <w:t>Zagreb, godina</w:t>
      </w:r>
    </w:p>
    <w:p w14:paraId="48E2787B" w14:textId="77777777" w:rsidR="001C3A55" w:rsidRPr="006F2783" w:rsidRDefault="001C3A55" w:rsidP="001C3A55">
      <w:pPr>
        <w:tabs>
          <w:tab w:val="left" w:pos="1365"/>
        </w:tabs>
        <w:jc w:val="center"/>
        <w:rPr>
          <w:rFonts w:ascii="Arial" w:hAnsi="Arial" w:cs="Arial"/>
          <w:sz w:val="28"/>
          <w:szCs w:val="28"/>
        </w:rPr>
      </w:pPr>
      <w:r>
        <w:rPr>
          <w:rFonts w:ascii="Arial" w:hAnsi="Arial" w:cs="Arial"/>
          <w:sz w:val="28"/>
          <w:szCs w:val="28"/>
        </w:rPr>
        <w:t>(</w:t>
      </w:r>
      <w:proofErr w:type="spellStart"/>
      <w:r>
        <w:rPr>
          <w:rFonts w:ascii="Arial" w:hAnsi="Arial" w:cs="Arial"/>
          <w:sz w:val="28"/>
          <w:szCs w:val="28"/>
        </w:rPr>
        <w:t>Arial</w:t>
      </w:r>
      <w:proofErr w:type="spellEnd"/>
      <w:r>
        <w:rPr>
          <w:rFonts w:ascii="Arial" w:hAnsi="Arial" w:cs="Arial"/>
          <w:sz w:val="28"/>
          <w:szCs w:val="28"/>
        </w:rPr>
        <w:t xml:space="preserve"> 14)</w:t>
      </w:r>
    </w:p>
    <w:p w14:paraId="3334E40C" w14:textId="77777777" w:rsidR="001C3A55" w:rsidRPr="006F2783" w:rsidRDefault="001C3A55" w:rsidP="001C3A55">
      <w:pPr>
        <w:tabs>
          <w:tab w:val="left" w:pos="1365"/>
        </w:tabs>
        <w:jc w:val="center"/>
        <w:rPr>
          <w:rFonts w:ascii="Arial" w:hAnsi="Arial" w:cs="Arial"/>
          <w:i/>
          <w:color w:val="808080"/>
        </w:rPr>
      </w:pPr>
      <w:r w:rsidRPr="006F2783">
        <w:rPr>
          <w:rFonts w:ascii="Arial" w:hAnsi="Arial" w:cs="Arial"/>
          <w:i/>
          <w:color w:val="808080"/>
        </w:rPr>
        <w:t>Donja margina 3.0 cm                           Desna margina 3.0 cm</w:t>
      </w:r>
    </w:p>
    <w:p w14:paraId="0F1D6047" w14:textId="77777777" w:rsidR="001C3A55" w:rsidRDefault="001C3A55" w:rsidP="001C3A55">
      <w:pPr>
        <w:spacing w:after="200" w:line="276" w:lineRule="auto"/>
        <w:rPr>
          <w:rFonts w:ascii="Arial" w:hAnsi="Arial" w:cs="Arial"/>
          <w:b/>
          <w:i/>
          <w:u w:val="single"/>
        </w:rPr>
      </w:pPr>
      <w:r>
        <w:rPr>
          <w:rFonts w:ascii="Arial" w:hAnsi="Arial" w:cs="Arial"/>
          <w:b/>
          <w:i/>
          <w:u w:val="single"/>
        </w:rPr>
        <w:br w:type="page"/>
      </w:r>
    </w:p>
    <w:p w14:paraId="750334F1" w14:textId="77777777" w:rsidR="001C3A55" w:rsidRPr="006F2783" w:rsidRDefault="001C3A55" w:rsidP="001C3A55">
      <w:pPr>
        <w:tabs>
          <w:tab w:val="left" w:pos="1365"/>
        </w:tabs>
        <w:jc w:val="center"/>
        <w:rPr>
          <w:rFonts w:ascii="Arial" w:hAnsi="Arial" w:cs="Arial"/>
          <w:b/>
          <w:i/>
          <w:u w:val="single"/>
        </w:rPr>
      </w:pPr>
      <w:r w:rsidRPr="006F2783">
        <w:rPr>
          <w:rFonts w:ascii="Arial" w:hAnsi="Arial" w:cs="Arial"/>
          <w:b/>
          <w:i/>
          <w:u w:val="single"/>
        </w:rPr>
        <w:lastRenderedPageBreak/>
        <w:t>Druga pisana stranica</w:t>
      </w:r>
    </w:p>
    <w:p w14:paraId="171307C0" w14:textId="77777777" w:rsidR="001C3A55" w:rsidRPr="006F2783" w:rsidRDefault="001C3A55" w:rsidP="001C3A55">
      <w:pPr>
        <w:tabs>
          <w:tab w:val="left" w:pos="1365"/>
        </w:tabs>
        <w:jc w:val="center"/>
        <w:rPr>
          <w:rFonts w:ascii="Arial" w:hAnsi="Arial" w:cs="Arial"/>
          <w:b/>
          <w:i/>
          <w:u w:val="single"/>
        </w:rPr>
      </w:pPr>
    </w:p>
    <w:p w14:paraId="501D1083" w14:textId="77777777" w:rsidR="001C3A55" w:rsidRPr="006F2783" w:rsidRDefault="001C3A55" w:rsidP="001C3A55">
      <w:pPr>
        <w:tabs>
          <w:tab w:val="left" w:pos="1365"/>
        </w:tabs>
        <w:jc w:val="center"/>
        <w:rPr>
          <w:rFonts w:ascii="Arial" w:hAnsi="Arial" w:cs="Arial"/>
          <w:i/>
          <w:u w:val="single"/>
        </w:rPr>
      </w:pPr>
      <w:r w:rsidRPr="006F2783">
        <w:rPr>
          <w:rFonts w:ascii="Arial" w:hAnsi="Arial" w:cs="Arial"/>
          <w:i/>
          <w:color w:val="808080"/>
        </w:rPr>
        <w:t>Lijeva margina 3.0 cm                           Gornja margina 3.0 cm</w:t>
      </w:r>
    </w:p>
    <w:p w14:paraId="060F6189" w14:textId="77777777" w:rsidR="001C3A55" w:rsidRPr="006F2783" w:rsidRDefault="001C3A55" w:rsidP="001C3A55">
      <w:pPr>
        <w:tabs>
          <w:tab w:val="left" w:pos="851"/>
        </w:tabs>
        <w:jc w:val="center"/>
        <w:rPr>
          <w:rFonts w:ascii="Arial" w:hAnsi="Arial" w:cs="Arial"/>
          <w:sz w:val="32"/>
          <w:szCs w:val="32"/>
          <w:lang w:val="en-GB"/>
        </w:rPr>
      </w:pPr>
    </w:p>
    <w:p w14:paraId="171D867C" w14:textId="77777777" w:rsidR="001C3A55" w:rsidRPr="006F2783" w:rsidRDefault="001C3A55" w:rsidP="001C3A55">
      <w:pPr>
        <w:tabs>
          <w:tab w:val="left" w:pos="851"/>
        </w:tabs>
        <w:jc w:val="center"/>
        <w:rPr>
          <w:rFonts w:ascii="Arial" w:hAnsi="Arial" w:cs="Arial"/>
          <w:sz w:val="32"/>
          <w:szCs w:val="32"/>
        </w:rPr>
      </w:pPr>
    </w:p>
    <w:p w14:paraId="62BD01FC" w14:textId="77777777" w:rsidR="001C3A55" w:rsidRDefault="001C3A55" w:rsidP="001C3A55">
      <w:pPr>
        <w:tabs>
          <w:tab w:val="left" w:pos="851"/>
          <w:tab w:val="left" w:pos="1365"/>
        </w:tabs>
        <w:jc w:val="center"/>
        <w:rPr>
          <w:rFonts w:ascii="Arial" w:hAnsi="Arial" w:cs="Arial"/>
          <w:sz w:val="32"/>
          <w:szCs w:val="32"/>
        </w:rPr>
      </w:pPr>
      <w:r>
        <w:rPr>
          <w:rFonts w:ascii="Arial" w:hAnsi="Arial" w:cs="Arial"/>
          <w:sz w:val="32"/>
          <w:szCs w:val="32"/>
        </w:rPr>
        <w:t xml:space="preserve">University </w:t>
      </w:r>
      <w:proofErr w:type="spellStart"/>
      <w:r>
        <w:rPr>
          <w:rFonts w:ascii="Arial" w:hAnsi="Arial" w:cs="Arial"/>
          <w:sz w:val="32"/>
          <w:szCs w:val="32"/>
        </w:rPr>
        <w:t>of</w:t>
      </w:r>
      <w:proofErr w:type="spellEnd"/>
      <w:r>
        <w:rPr>
          <w:rFonts w:ascii="Arial" w:hAnsi="Arial" w:cs="Arial"/>
          <w:sz w:val="32"/>
          <w:szCs w:val="32"/>
        </w:rPr>
        <w:t xml:space="preserve"> Zagreb</w:t>
      </w:r>
    </w:p>
    <w:p w14:paraId="08021092" w14:textId="77777777" w:rsidR="001C3A55" w:rsidRPr="006F2783" w:rsidRDefault="001C3A55" w:rsidP="001C3A55">
      <w:pPr>
        <w:tabs>
          <w:tab w:val="left" w:pos="851"/>
          <w:tab w:val="left" w:pos="1365"/>
        </w:tabs>
        <w:jc w:val="center"/>
        <w:rPr>
          <w:rFonts w:ascii="Arial" w:hAnsi="Arial" w:cs="Arial"/>
          <w:sz w:val="32"/>
          <w:szCs w:val="32"/>
        </w:rPr>
      </w:pPr>
      <w:proofErr w:type="spellStart"/>
      <w:r>
        <w:rPr>
          <w:rFonts w:ascii="Arial" w:hAnsi="Arial" w:cs="Arial"/>
          <w:sz w:val="32"/>
          <w:szCs w:val="32"/>
        </w:rPr>
        <w:t>Catholic</w:t>
      </w:r>
      <w:proofErr w:type="spellEnd"/>
      <w:r>
        <w:rPr>
          <w:rFonts w:ascii="Arial" w:hAnsi="Arial" w:cs="Arial"/>
          <w:sz w:val="32"/>
          <w:szCs w:val="32"/>
        </w:rPr>
        <w:t xml:space="preserve"> </w:t>
      </w:r>
      <w:proofErr w:type="spellStart"/>
      <w:r>
        <w:rPr>
          <w:rFonts w:ascii="Arial" w:hAnsi="Arial" w:cs="Arial"/>
          <w:sz w:val="32"/>
          <w:szCs w:val="32"/>
        </w:rPr>
        <w:t>Faculty</w:t>
      </w:r>
      <w:proofErr w:type="spellEnd"/>
      <w:r>
        <w:rPr>
          <w:rFonts w:ascii="Arial" w:hAnsi="Arial" w:cs="Arial"/>
          <w:sz w:val="32"/>
          <w:szCs w:val="32"/>
        </w:rPr>
        <w:t xml:space="preserve"> </w:t>
      </w:r>
      <w:proofErr w:type="spellStart"/>
      <w:r>
        <w:rPr>
          <w:rFonts w:ascii="Arial" w:hAnsi="Arial" w:cs="Arial"/>
          <w:sz w:val="32"/>
          <w:szCs w:val="32"/>
        </w:rPr>
        <w:t>of</w:t>
      </w:r>
      <w:proofErr w:type="spellEnd"/>
      <w:r>
        <w:rPr>
          <w:rFonts w:ascii="Arial" w:hAnsi="Arial" w:cs="Arial"/>
          <w:sz w:val="32"/>
          <w:szCs w:val="32"/>
        </w:rPr>
        <w:t xml:space="preserve"> </w:t>
      </w:r>
      <w:proofErr w:type="spellStart"/>
      <w:r>
        <w:rPr>
          <w:rFonts w:ascii="Arial" w:hAnsi="Arial" w:cs="Arial"/>
          <w:sz w:val="32"/>
          <w:szCs w:val="32"/>
        </w:rPr>
        <w:t>Theology</w:t>
      </w:r>
      <w:proofErr w:type="spellEnd"/>
    </w:p>
    <w:p w14:paraId="5242535B" w14:textId="77777777" w:rsidR="001C3A55" w:rsidRPr="006F2783" w:rsidRDefault="001C3A55" w:rsidP="001C3A55">
      <w:pPr>
        <w:tabs>
          <w:tab w:val="left" w:pos="851"/>
          <w:tab w:val="left" w:pos="1365"/>
        </w:tabs>
        <w:jc w:val="center"/>
        <w:rPr>
          <w:rFonts w:ascii="Arial" w:hAnsi="Arial" w:cs="Arial"/>
          <w:sz w:val="32"/>
          <w:szCs w:val="32"/>
        </w:rPr>
      </w:pPr>
      <w:r w:rsidRPr="006F2783">
        <w:rPr>
          <w:rFonts w:ascii="Arial" w:hAnsi="Arial" w:cs="Arial"/>
          <w:sz w:val="32"/>
          <w:szCs w:val="32"/>
        </w:rPr>
        <w:t>(</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5584AB3D" w14:textId="77777777" w:rsidR="001C3A55" w:rsidRPr="006F2783" w:rsidRDefault="001C3A55" w:rsidP="001C3A55">
      <w:pPr>
        <w:tabs>
          <w:tab w:val="left" w:pos="851"/>
        </w:tabs>
        <w:jc w:val="center"/>
        <w:rPr>
          <w:rFonts w:ascii="Arial" w:hAnsi="Arial" w:cs="Arial"/>
        </w:rPr>
      </w:pPr>
    </w:p>
    <w:p w14:paraId="5DAA338D" w14:textId="77777777" w:rsidR="001C3A55" w:rsidRDefault="001C3A55" w:rsidP="001C3A55">
      <w:pPr>
        <w:tabs>
          <w:tab w:val="left" w:pos="851"/>
        </w:tabs>
        <w:jc w:val="center"/>
        <w:rPr>
          <w:rFonts w:ascii="Arial" w:hAnsi="Arial" w:cs="Arial"/>
        </w:rPr>
      </w:pPr>
    </w:p>
    <w:p w14:paraId="658893BE" w14:textId="77777777" w:rsidR="001C3A55" w:rsidRPr="006F2783" w:rsidRDefault="001C3A55" w:rsidP="001C3A55">
      <w:pPr>
        <w:tabs>
          <w:tab w:val="left" w:pos="851"/>
        </w:tabs>
        <w:jc w:val="center"/>
        <w:rPr>
          <w:rFonts w:ascii="Arial" w:hAnsi="Arial" w:cs="Arial"/>
        </w:rPr>
      </w:pPr>
    </w:p>
    <w:p w14:paraId="4398D2F7" w14:textId="77777777" w:rsidR="001C3A55" w:rsidRPr="006F2783" w:rsidRDefault="001C3A55" w:rsidP="001C3A55">
      <w:pPr>
        <w:tabs>
          <w:tab w:val="left" w:pos="851"/>
          <w:tab w:val="left" w:pos="1365"/>
        </w:tabs>
        <w:jc w:val="center"/>
        <w:rPr>
          <w:rFonts w:ascii="Arial" w:hAnsi="Arial" w:cs="Arial"/>
          <w:sz w:val="32"/>
          <w:szCs w:val="32"/>
        </w:rPr>
      </w:pPr>
    </w:p>
    <w:p w14:paraId="58E219A2" w14:textId="77777777" w:rsidR="001C3A55" w:rsidRPr="006F2783" w:rsidRDefault="001C3A55" w:rsidP="001C3A55">
      <w:pPr>
        <w:autoSpaceDE w:val="0"/>
        <w:autoSpaceDN w:val="0"/>
        <w:adjustRightInd w:val="0"/>
        <w:jc w:val="center"/>
        <w:rPr>
          <w:rFonts w:ascii="Arial" w:hAnsi="Arial" w:cs="Arial"/>
          <w:bCs/>
          <w:sz w:val="32"/>
          <w:szCs w:val="28"/>
        </w:rPr>
      </w:pPr>
      <w:proofErr w:type="spellStart"/>
      <w:r w:rsidRPr="006F2783">
        <w:rPr>
          <w:rFonts w:ascii="Arial" w:hAnsi="Arial" w:cs="Arial"/>
          <w:bCs/>
          <w:sz w:val="32"/>
          <w:szCs w:val="28"/>
        </w:rPr>
        <w:t>Candidate's</w:t>
      </w:r>
      <w:proofErr w:type="spellEnd"/>
      <w:r w:rsidRPr="006F2783">
        <w:rPr>
          <w:rFonts w:ascii="Arial" w:hAnsi="Arial" w:cs="Arial"/>
          <w:bCs/>
          <w:sz w:val="32"/>
          <w:szCs w:val="28"/>
        </w:rPr>
        <w:t xml:space="preserve"> </w:t>
      </w:r>
      <w:proofErr w:type="spellStart"/>
      <w:r w:rsidRPr="006F2783">
        <w:rPr>
          <w:rFonts w:ascii="Arial" w:hAnsi="Arial" w:cs="Arial"/>
          <w:bCs/>
          <w:sz w:val="32"/>
          <w:szCs w:val="28"/>
        </w:rPr>
        <w:t>name</w:t>
      </w:r>
      <w:proofErr w:type="spellEnd"/>
      <w:r w:rsidRPr="006F2783">
        <w:rPr>
          <w:rFonts w:ascii="Arial" w:hAnsi="Arial" w:cs="Arial"/>
          <w:bCs/>
          <w:sz w:val="32"/>
          <w:szCs w:val="28"/>
        </w:rPr>
        <w:t xml:space="preserve"> </w:t>
      </w:r>
      <w:proofErr w:type="spellStart"/>
      <w:r w:rsidRPr="006F2783">
        <w:rPr>
          <w:rFonts w:ascii="Arial" w:hAnsi="Arial" w:cs="Arial"/>
          <w:bCs/>
          <w:sz w:val="32"/>
          <w:szCs w:val="28"/>
        </w:rPr>
        <w:t>and</w:t>
      </w:r>
      <w:proofErr w:type="spellEnd"/>
      <w:r w:rsidRPr="006F2783">
        <w:rPr>
          <w:rFonts w:ascii="Arial" w:hAnsi="Arial" w:cs="Arial"/>
          <w:bCs/>
          <w:sz w:val="32"/>
          <w:szCs w:val="28"/>
        </w:rPr>
        <w:t xml:space="preserve"> </w:t>
      </w:r>
      <w:proofErr w:type="spellStart"/>
      <w:r w:rsidRPr="006F2783">
        <w:rPr>
          <w:rFonts w:ascii="Arial" w:hAnsi="Arial" w:cs="Arial"/>
          <w:bCs/>
          <w:sz w:val="32"/>
          <w:szCs w:val="28"/>
        </w:rPr>
        <w:t>surname</w:t>
      </w:r>
      <w:proofErr w:type="spellEnd"/>
    </w:p>
    <w:p w14:paraId="74FE35C3" w14:textId="77777777" w:rsidR="001C3A55" w:rsidRPr="006F2783" w:rsidRDefault="001C3A55" w:rsidP="001C3A55">
      <w:pPr>
        <w:tabs>
          <w:tab w:val="left" w:pos="851"/>
          <w:tab w:val="left" w:pos="1365"/>
        </w:tabs>
        <w:jc w:val="center"/>
        <w:rPr>
          <w:rFonts w:ascii="Arial" w:hAnsi="Arial" w:cs="Arial"/>
          <w:sz w:val="32"/>
          <w:szCs w:val="32"/>
        </w:rPr>
      </w:pPr>
      <w:r w:rsidRPr="006F2783">
        <w:rPr>
          <w:rFonts w:ascii="Arial" w:hAnsi="Arial" w:cs="Arial"/>
          <w:sz w:val="32"/>
          <w:szCs w:val="32"/>
        </w:rPr>
        <w:t xml:space="preserve"> (</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576178D8" w14:textId="77777777" w:rsidR="001C3A55" w:rsidRDefault="001C3A55" w:rsidP="001C3A55">
      <w:pPr>
        <w:tabs>
          <w:tab w:val="left" w:pos="1365"/>
        </w:tabs>
        <w:jc w:val="center"/>
        <w:rPr>
          <w:rFonts w:ascii="Arial" w:hAnsi="Arial" w:cs="Arial"/>
          <w:sz w:val="32"/>
          <w:szCs w:val="32"/>
        </w:rPr>
      </w:pPr>
    </w:p>
    <w:p w14:paraId="5165CBD0" w14:textId="77777777" w:rsidR="001C3A55" w:rsidRPr="006F2783" w:rsidRDefault="001C3A55" w:rsidP="001C3A55">
      <w:pPr>
        <w:tabs>
          <w:tab w:val="left" w:pos="1365"/>
        </w:tabs>
        <w:jc w:val="center"/>
        <w:rPr>
          <w:rFonts w:ascii="Arial" w:hAnsi="Arial" w:cs="Arial"/>
          <w:sz w:val="32"/>
          <w:szCs w:val="32"/>
        </w:rPr>
      </w:pPr>
    </w:p>
    <w:p w14:paraId="4948C021" w14:textId="77777777" w:rsidR="001C3A55" w:rsidRPr="006F2783" w:rsidRDefault="001C3A55" w:rsidP="001C3A55">
      <w:pPr>
        <w:tabs>
          <w:tab w:val="left" w:pos="1365"/>
        </w:tabs>
        <w:jc w:val="center"/>
        <w:rPr>
          <w:rFonts w:ascii="Arial" w:hAnsi="Arial" w:cs="Arial"/>
          <w:sz w:val="32"/>
          <w:szCs w:val="32"/>
        </w:rPr>
      </w:pPr>
    </w:p>
    <w:p w14:paraId="06FF9C77" w14:textId="77777777" w:rsidR="001C3A55" w:rsidRPr="00234A42" w:rsidRDefault="001C3A55" w:rsidP="001C3A55">
      <w:pPr>
        <w:autoSpaceDE w:val="0"/>
        <w:autoSpaceDN w:val="0"/>
        <w:adjustRightInd w:val="0"/>
        <w:jc w:val="center"/>
        <w:rPr>
          <w:rFonts w:ascii="Arial" w:hAnsi="Arial" w:cs="Arial"/>
          <w:bCs/>
          <w:sz w:val="44"/>
          <w:szCs w:val="44"/>
        </w:rPr>
      </w:pPr>
      <w:r w:rsidRPr="00234A42">
        <w:rPr>
          <w:rFonts w:ascii="Arial" w:hAnsi="Arial" w:cs="Arial"/>
          <w:bCs/>
          <w:sz w:val="44"/>
          <w:szCs w:val="44"/>
        </w:rPr>
        <w:t xml:space="preserve">TITLE OF </w:t>
      </w:r>
      <w:r w:rsidRPr="00234A42">
        <w:rPr>
          <w:rFonts w:ascii="Arial" w:hAnsi="Arial" w:cs="Arial"/>
          <w:sz w:val="44"/>
          <w:szCs w:val="44"/>
          <w:lang w:val="en-GB"/>
        </w:rPr>
        <w:t>THE RESEARCH LICENTIATE THESIS</w:t>
      </w:r>
    </w:p>
    <w:p w14:paraId="172238FB" w14:textId="77777777" w:rsidR="001C3A55" w:rsidRPr="006F2783" w:rsidRDefault="001C3A55" w:rsidP="001C3A55">
      <w:pPr>
        <w:tabs>
          <w:tab w:val="left" w:pos="1365"/>
        </w:tabs>
        <w:jc w:val="center"/>
        <w:rPr>
          <w:rFonts w:ascii="Arial" w:hAnsi="Arial" w:cs="Arial"/>
          <w:sz w:val="44"/>
          <w:szCs w:val="44"/>
        </w:rPr>
      </w:pPr>
      <w:r w:rsidRPr="006F2783">
        <w:rPr>
          <w:rFonts w:ascii="Arial" w:hAnsi="Arial" w:cs="Arial"/>
          <w:sz w:val="44"/>
          <w:szCs w:val="44"/>
        </w:rPr>
        <w:t xml:space="preserve"> (</w:t>
      </w:r>
      <w:proofErr w:type="spellStart"/>
      <w:r w:rsidRPr="006F2783">
        <w:rPr>
          <w:rFonts w:ascii="Arial" w:hAnsi="Arial" w:cs="Arial"/>
          <w:sz w:val="44"/>
          <w:szCs w:val="44"/>
        </w:rPr>
        <w:t>Arial</w:t>
      </w:r>
      <w:proofErr w:type="spellEnd"/>
      <w:r w:rsidRPr="006F2783">
        <w:rPr>
          <w:rFonts w:ascii="Arial" w:hAnsi="Arial" w:cs="Arial"/>
          <w:sz w:val="44"/>
          <w:szCs w:val="44"/>
        </w:rPr>
        <w:t xml:space="preserve"> 22, </w:t>
      </w:r>
      <w:proofErr w:type="spellStart"/>
      <w:r w:rsidRPr="006F2783">
        <w:rPr>
          <w:rFonts w:ascii="Arial" w:hAnsi="Arial" w:cs="Arial"/>
          <w:sz w:val="44"/>
          <w:szCs w:val="44"/>
        </w:rPr>
        <w:t>Bold</w:t>
      </w:r>
      <w:proofErr w:type="spellEnd"/>
      <w:r w:rsidRPr="006F2783">
        <w:rPr>
          <w:rFonts w:ascii="Arial" w:hAnsi="Arial" w:cs="Arial"/>
          <w:sz w:val="44"/>
          <w:szCs w:val="44"/>
        </w:rPr>
        <w:t>)</w:t>
      </w:r>
    </w:p>
    <w:p w14:paraId="16F0AE0F" w14:textId="77777777" w:rsidR="001C3A55" w:rsidRPr="006F2783" w:rsidRDefault="001C3A55" w:rsidP="001C3A55">
      <w:pPr>
        <w:tabs>
          <w:tab w:val="left" w:pos="1365"/>
        </w:tabs>
        <w:jc w:val="center"/>
        <w:rPr>
          <w:rFonts w:ascii="Arial" w:hAnsi="Arial" w:cs="Arial"/>
          <w:sz w:val="32"/>
          <w:szCs w:val="32"/>
        </w:rPr>
      </w:pPr>
    </w:p>
    <w:p w14:paraId="2A5223C2" w14:textId="77777777" w:rsidR="001C3A55" w:rsidRDefault="001C3A55" w:rsidP="001C3A55">
      <w:pPr>
        <w:tabs>
          <w:tab w:val="left" w:pos="1365"/>
        </w:tabs>
        <w:jc w:val="center"/>
        <w:rPr>
          <w:rFonts w:ascii="Arial" w:hAnsi="Arial" w:cs="Arial"/>
          <w:sz w:val="32"/>
          <w:szCs w:val="32"/>
        </w:rPr>
      </w:pPr>
    </w:p>
    <w:p w14:paraId="2C3286B2" w14:textId="77777777" w:rsidR="001C3A55" w:rsidRPr="001C3A55" w:rsidRDefault="001C3A55" w:rsidP="001C3A55">
      <w:pPr>
        <w:tabs>
          <w:tab w:val="left" w:pos="1365"/>
        </w:tabs>
        <w:jc w:val="center"/>
        <w:rPr>
          <w:rFonts w:ascii="Arial" w:hAnsi="Arial" w:cs="Arial"/>
          <w:sz w:val="16"/>
          <w:szCs w:val="16"/>
        </w:rPr>
      </w:pPr>
    </w:p>
    <w:p w14:paraId="29661D80" w14:textId="77777777" w:rsidR="001C3A55" w:rsidRPr="006F2783" w:rsidRDefault="001C3A55" w:rsidP="001C3A55">
      <w:pPr>
        <w:tabs>
          <w:tab w:val="left" w:pos="1365"/>
        </w:tabs>
        <w:jc w:val="center"/>
        <w:rPr>
          <w:rFonts w:ascii="Arial" w:hAnsi="Arial" w:cs="Arial"/>
          <w:sz w:val="32"/>
          <w:szCs w:val="32"/>
        </w:rPr>
      </w:pPr>
    </w:p>
    <w:p w14:paraId="4D86923D" w14:textId="77777777" w:rsidR="001C3A55" w:rsidRPr="00234A42" w:rsidRDefault="001C3A55" w:rsidP="001C3A55">
      <w:pPr>
        <w:tabs>
          <w:tab w:val="left" w:pos="1365"/>
        </w:tabs>
        <w:jc w:val="center"/>
        <w:rPr>
          <w:rFonts w:ascii="Arial" w:hAnsi="Arial" w:cs="Arial"/>
          <w:bCs/>
          <w:sz w:val="32"/>
          <w:szCs w:val="32"/>
        </w:rPr>
      </w:pPr>
      <w:r w:rsidRPr="00234A42">
        <w:rPr>
          <w:rFonts w:ascii="Arial" w:hAnsi="Arial" w:cs="Arial"/>
          <w:sz w:val="32"/>
          <w:szCs w:val="32"/>
          <w:lang w:val="en-GB"/>
        </w:rPr>
        <w:t>THE RESEARCH LICENTIATE THESIS</w:t>
      </w:r>
    </w:p>
    <w:p w14:paraId="3EA506BA" w14:textId="77777777" w:rsidR="001C3A55" w:rsidRPr="006F2783" w:rsidRDefault="001C3A55" w:rsidP="001C3A55">
      <w:pPr>
        <w:tabs>
          <w:tab w:val="left" w:pos="1365"/>
        </w:tabs>
        <w:jc w:val="center"/>
        <w:rPr>
          <w:rFonts w:ascii="Arial" w:hAnsi="Arial" w:cs="Arial"/>
          <w:sz w:val="32"/>
          <w:szCs w:val="32"/>
        </w:rPr>
      </w:pPr>
      <w:r w:rsidRPr="006F2783">
        <w:rPr>
          <w:rFonts w:ascii="Arial" w:hAnsi="Arial" w:cs="Arial"/>
          <w:sz w:val="32"/>
          <w:szCs w:val="32"/>
        </w:rPr>
        <w:t xml:space="preserve"> (</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5BFFDBDE" w14:textId="77777777" w:rsidR="001C3A55" w:rsidRPr="006F2783" w:rsidRDefault="001C3A55" w:rsidP="001C3A55">
      <w:pPr>
        <w:tabs>
          <w:tab w:val="left" w:pos="1365"/>
        </w:tabs>
        <w:jc w:val="center"/>
        <w:rPr>
          <w:rFonts w:ascii="Arial" w:hAnsi="Arial" w:cs="Arial"/>
          <w:sz w:val="32"/>
          <w:szCs w:val="32"/>
        </w:rPr>
      </w:pPr>
    </w:p>
    <w:p w14:paraId="01A2CCBD" w14:textId="77777777" w:rsidR="001C3A55" w:rsidRPr="001C3A55" w:rsidRDefault="001C3A55" w:rsidP="001C3A55">
      <w:pPr>
        <w:tabs>
          <w:tab w:val="left" w:pos="1365"/>
        </w:tabs>
        <w:jc w:val="center"/>
        <w:rPr>
          <w:rFonts w:ascii="Arial" w:hAnsi="Arial" w:cs="Arial"/>
          <w:sz w:val="16"/>
          <w:szCs w:val="16"/>
        </w:rPr>
      </w:pPr>
    </w:p>
    <w:p w14:paraId="5D951027" w14:textId="77777777" w:rsidR="001C3A55" w:rsidRPr="006F2783" w:rsidRDefault="001C3A55" w:rsidP="001C3A55">
      <w:pPr>
        <w:tabs>
          <w:tab w:val="left" w:pos="1365"/>
        </w:tabs>
        <w:jc w:val="center"/>
        <w:rPr>
          <w:rFonts w:ascii="Arial" w:hAnsi="Arial" w:cs="Arial"/>
          <w:sz w:val="32"/>
          <w:szCs w:val="32"/>
        </w:rPr>
      </w:pPr>
    </w:p>
    <w:p w14:paraId="3A99896D" w14:textId="77777777" w:rsidR="001C3A55" w:rsidRPr="006F2783" w:rsidRDefault="001C3A55" w:rsidP="001C3A55">
      <w:pPr>
        <w:tabs>
          <w:tab w:val="left" w:pos="1365"/>
        </w:tabs>
        <w:jc w:val="center"/>
        <w:rPr>
          <w:rFonts w:ascii="Arial" w:hAnsi="Arial" w:cs="Arial"/>
          <w:sz w:val="32"/>
          <w:szCs w:val="32"/>
        </w:rPr>
      </w:pPr>
      <w:proofErr w:type="spellStart"/>
      <w:r w:rsidRPr="006F2783">
        <w:rPr>
          <w:rFonts w:ascii="Arial" w:hAnsi="Arial" w:cs="Arial"/>
          <w:sz w:val="32"/>
          <w:szCs w:val="32"/>
        </w:rPr>
        <w:t>Supervisor</w:t>
      </w:r>
      <w:proofErr w:type="spellEnd"/>
      <w:r w:rsidRPr="006F2783">
        <w:rPr>
          <w:rFonts w:ascii="Arial" w:hAnsi="Arial" w:cs="Arial"/>
          <w:sz w:val="32"/>
          <w:szCs w:val="32"/>
        </w:rPr>
        <w:t>(s)):</w:t>
      </w:r>
    </w:p>
    <w:p w14:paraId="2F39F70F" w14:textId="77777777" w:rsidR="001C3A55" w:rsidRPr="006F2783" w:rsidRDefault="001C3A55" w:rsidP="001C3A55">
      <w:pPr>
        <w:tabs>
          <w:tab w:val="left" w:pos="1365"/>
        </w:tabs>
        <w:jc w:val="center"/>
        <w:rPr>
          <w:rFonts w:ascii="Arial" w:hAnsi="Arial" w:cs="Arial"/>
          <w:sz w:val="32"/>
          <w:szCs w:val="32"/>
        </w:rPr>
      </w:pPr>
      <w:r w:rsidRPr="006F2783">
        <w:rPr>
          <w:rFonts w:ascii="Arial" w:hAnsi="Arial" w:cs="Arial"/>
          <w:sz w:val="32"/>
          <w:szCs w:val="32"/>
        </w:rPr>
        <w:t>(</w:t>
      </w:r>
      <w:proofErr w:type="spellStart"/>
      <w:r w:rsidRPr="006F2783">
        <w:rPr>
          <w:rFonts w:ascii="Arial" w:hAnsi="Arial" w:cs="Arial"/>
          <w:sz w:val="32"/>
          <w:szCs w:val="32"/>
        </w:rPr>
        <w:t>Arial</w:t>
      </w:r>
      <w:proofErr w:type="spellEnd"/>
      <w:r w:rsidRPr="006F2783">
        <w:rPr>
          <w:rFonts w:ascii="Arial" w:hAnsi="Arial" w:cs="Arial"/>
          <w:sz w:val="32"/>
          <w:szCs w:val="32"/>
        </w:rPr>
        <w:t xml:space="preserve"> 16)</w:t>
      </w:r>
    </w:p>
    <w:p w14:paraId="5DC7D9D5" w14:textId="77777777" w:rsidR="001C3A55" w:rsidRPr="006F2783" w:rsidRDefault="001C3A55" w:rsidP="001C3A55">
      <w:pPr>
        <w:tabs>
          <w:tab w:val="left" w:pos="1365"/>
        </w:tabs>
        <w:jc w:val="center"/>
        <w:rPr>
          <w:rFonts w:ascii="Arial" w:hAnsi="Arial" w:cs="Arial"/>
          <w:sz w:val="32"/>
          <w:szCs w:val="32"/>
        </w:rPr>
      </w:pPr>
    </w:p>
    <w:p w14:paraId="350578E3" w14:textId="77777777" w:rsidR="001C3A55" w:rsidRDefault="001C3A55" w:rsidP="001C3A55">
      <w:pPr>
        <w:tabs>
          <w:tab w:val="left" w:pos="1365"/>
        </w:tabs>
        <w:jc w:val="center"/>
        <w:rPr>
          <w:rFonts w:ascii="Arial" w:hAnsi="Arial" w:cs="Arial"/>
          <w:sz w:val="32"/>
          <w:szCs w:val="32"/>
        </w:rPr>
      </w:pPr>
    </w:p>
    <w:p w14:paraId="2DFB600D" w14:textId="77777777" w:rsidR="001C3A55" w:rsidRPr="001C3A55" w:rsidRDefault="001C3A55" w:rsidP="001C3A55">
      <w:pPr>
        <w:tabs>
          <w:tab w:val="left" w:pos="1365"/>
        </w:tabs>
        <w:jc w:val="center"/>
        <w:rPr>
          <w:rFonts w:ascii="Arial" w:hAnsi="Arial" w:cs="Arial"/>
          <w:sz w:val="18"/>
          <w:szCs w:val="18"/>
        </w:rPr>
      </w:pPr>
    </w:p>
    <w:p w14:paraId="1FA0A66B" w14:textId="77777777" w:rsidR="001C3A55" w:rsidRPr="006F2783" w:rsidRDefault="001C3A55" w:rsidP="001C3A55">
      <w:pPr>
        <w:tabs>
          <w:tab w:val="left" w:pos="1365"/>
        </w:tabs>
        <w:jc w:val="center"/>
        <w:rPr>
          <w:rFonts w:ascii="Arial" w:hAnsi="Arial" w:cs="Arial"/>
          <w:sz w:val="28"/>
          <w:szCs w:val="28"/>
        </w:rPr>
      </w:pPr>
      <w:r w:rsidRPr="006F2783">
        <w:rPr>
          <w:rFonts w:ascii="Arial" w:hAnsi="Arial" w:cs="Arial"/>
          <w:sz w:val="28"/>
          <w:szCs w:val="28"/>
        </w:rPr>
        <w:t xml:space="preserve">Zagreb, </w:t>
      </w:r>
      <w:proofErr w:type="spellStart"/>
      <w:r w:rsidRPr="006F2783">
        <w:rPr>
          <w:rFonts w:ascii="Arial" w:hAnsi="Arial" w:cs="Arial"/>
          <w:sz w:val="28"/>
          <w:szCs w:val="28"/>
        </w:rPr>
        <w:t>year</w:t>
      </w:r>
      <w:proofErr w:type="spellEnd"/>
    </w:p>
    <w:p w14:paraId="711D2C96" w14:textId="77777777" w:rsidR="001C3A55" w:rsidRPr="006F2783" w:rsidRDefault="001C3A55" w:rsidP="001C3A55">
      <w:pPr>
        <w:autoSpaceDE w:val="0"/>
        <w:autoSpaceDN w:val="0"/>
        <w:adjustRightInd w:val="0"/>
        <w:jc w:val="center"/>
        <w:rPr>
          <w:rFonts w:ascii="Arial" w:hAnsi="Arial" w:cs="Arial"/>
          <w:sz w:val="28"/>
          <w:szCs w:val="28"/>
        </w:rPr>
      </w:pPr>
      <w:r w:rsidRPr="006F2783">
        <w:rPr>
          <w:rFonts w:ascii="Arial" w:hAnsi="Arial" w:cs="Arial"/>
          <w:sz w:val="28"/>
          <w:szCs w:val="28"/>
        </w:rPr>
        <w:t>(</w:t>
      </w:r>
      <w:proofErr w:type="spellStart"/>
      <w:r w:rsidRPr="006F2783">
        <w:rPr>
          <w:rFonts w:ascii="Arial" w:hAnsi="Arial" w:cs="Arial"/>
          <w:sz w:val="28"/>
          <w:szCs w:val="28"/>
        </w:rPr>
        <w:t>Arial</w:t>
      </w:r>
      <w:proofErr w:type="spellEnd"/>
      <w:r w:rsidRPr="006F2783">
        <w:rPr>
          <w:rFonts w:ascii="Arial" w:hAnsi="Arial" w:cs="Arial"/>
          <w:sz w:val="28"/>
          <w:szCs w:val="28"/>
        </w:rPr>
        <w:t>, 14</w:t>
      </w:r>
      <w:r>
        <w:rPr>
          <w:rFonts w:ascii="Arial" w:hAnsi="Arial" w:cs="Arial"/>
          <w:sz w:val="28"/>
          <w:szCs w:val="28"/>
        </w:rPr>
        <w:t>)</w:t>
      </w:r>
    </w:p>
    <w:p w14:paraId="7F2BB102" w14:textId="1798DFE6" w:rsidR="00FC6C5F" w:rsidRPr="001C3A55" w:rsidRDefault="001C3A55" w:rsidP="001C3A55">
      <w:pPr>
        <w:tabs>
          <w:tab w:val="left" w:pos="1365"/>
        </w:tabs>
        <w:jc w:val="center"/>
        <w:rPr>
          <w:rFonts w:ascii="Arial" w:hAnsi="Arial" w:cs="Arial"/>
          <w:i/>
          <w:color w:val="808080"/>
        </w:rPr>
      </w:pPr>
      <w:r w:rsidRPr="006F2783">
        <w:rPr>
          <w:rFonts w:ascii="Arial" w:hAnsi="Arial" w:cs="Arial"/>
          <w:i/>
          <w:color w:val="808080"/>
        </w:rPr>
        <w:t>Donja margina 3.0 cm                           Desna margina 3.0 cm</w:t>
      </w:r>
    </w:p>
    <w:sectPr w:rsidR="00FC6C5F" w:rsidRPr="001C3A55" w:rsidSect="006A1326">
      <w:headerReference w:type="even" r:id="rId13"/>
      <w:headerReference w:type="default" r:id="rId14"/>
      <w:footerReference w:type="even" r:id="rId15"/>
      <w:footerReference w:type="default" r:id="rId16"/>
      <w:headerReference w:type="first" r:id="rId17"/>
      <w:footerReference w:type="first" r:id="rId18"/>
      <w:pgSz w:w="11909" w:h="16834"/>
      <w:pgMar w:top="2602" w:right="1757" w:bottom="1656" w:left="1843"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25A9B" w14:textId="77777777" w:rsidR="00E34760" w:rsidRDefault="00E34760">
      <w:r>
        <w:separator/>
      </w:r>
    </w:p>
  </w:endnote>
  <w:endnote w:type="continuationSeparator" w:id="0">
    <w:p w14:paraId="6608D0C5" w14:textId="77777777" w:rsidR="00E34760" w:rsidRDefault="00E34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792B1" w14:textId="77777777" w:rsidR="00C7370A" w:rsidRDefault="00C7370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PODNOZJE_KBF"/>
      <w:tag w:val="PODNOZJE_KBF"/>
      <w:id w:val="1300100003"/>
      <w:lock w:val="sdtContentLocked"/>
      <w:group/>
    </w:sdtPr>
    <w:sdtContent>
      <w:p w14:paraId="2EE54F1C" w14:textId="77777777" w:rsidR="00F760FB" w:rsidRDefault="00116D48">
        <w:pPr>
          <w:pStyle w:val="Podnoje"/>
          <w:jc w:val="right"/>
        </w:pPr>
        <w:r>
          <w:rPr>
            <w:sz w:val="20"/>
            <w:szCs w:val="20"/>
          </w:rPr>
          <w:fldChar w:fldCharType="begin"/>
        </w:r>
        <w:r>
          <w:rPr>
            <w:sz w:val="20"/>
            <w:szCs w:val="20"/>
          </w:rPr>
          <w:instrText xml:space="preserve"> PAGE  \* MERGEFORMAT </w:instrText>
        </w:r>
        <w:r>
          <w:rPr>
            <w:sz w:val="20"/>
            <w:szCs w:val="20"/>
          </w:rPr>
          <w:fldChar w:fldCharType="separate"/>
        </w:r>
        <w:r>
          <w:rPr>
            <w:sz w:val="20"/>
            <w:szCs w:val="20"/>
          </w:rPr>
          <w:t>2</w:t>
        </w:r>
        <w:r>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F3C7" w14:textId="77777777" w:rsidR="00C7370A" w:rsidRDefault="00C7370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04535" w14:textId="77777777" w:rsidR="00E34760" w:rsidRDefault="00E34760">
      <w:r>
        <w:separator/>
      </w:r>
    </w:p>
  </w:footnote>
  <w:footnote w:type="continuationSeparator" w:id="0">
    <w:p w14:paraId="12C78E35" w14:textId="77777777" w:rsidR="00E34760" w:rsidRDefault="00E34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494D8" w14:textId="77777777" w:rsidR="00C7370A" w:rsidRDefault="00C7370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ZAGLAVLJE_KBF"/>
      <w:tag w:val="ZAGLAVLJE_KBF"/>
      <w:id w:val="1300100001"/>
      <w:lock w:val="sdtContentLocked"/>
      <w:group/>
    </w:sdtPr>
    <w:sdtContent>
      <w:p w14:paraId="5FA0AFF7" w14:textId="77777777" w:rsidR="00E56703" w:rsidRDefault="00000000">
        <w:pPr>
          <w:pStyle w:val="Zaglavlje"/>
          <w:spacing w:line="14" w:lineRule="exact"/>
        </w:pPr>
        <w:r>
          <w:rPr>
            <w:noProof/>
          </w:rPr>
          <w:drawing>
            <wp:anchor distT="0" distB="0" distL="0" distR="0" simplePos="0" relativeHeight="251650201" behindDoc="1" locked="1" layoutInCell="1" allowOverlap="1" wp14:anchorId="10192423" wp14:editId="2F8BFBB4">
              <wp:simplePos x="0" y="0"/>
              <wp:positionH relativeFrom="page">
                <wp:posOffset>722630</wp:posOffset>
              </wp:positionH>
              <wp:positionV relativeFrom="page">
                <wp:posOffset>680720</wp:posOffset>
              </wp:positionV>
              <wp:extent cx="506730" cy="511810"/>
              <wp:effectExtent l="0" t="0" r="0" b="0"/>
              <wp:wrapNone/>
              <wp:docPr id="25" name="Grb KBF mali"/>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KBF"/>
                      <pic:cNvPicPr/>
                    </pic:nvPicPr>
                    <pic:blipFill>
                      <a:blip r:embed="rId1"/>
                      <a:stretch>
                        <a:fillRect/>
                      </a:stretch>
                    </pic:blipFill>
                    <pic:spPr>
                      <a:xfrm>
                        <a:off x="0" y="0"/>
                        <a:ext cx="506730" cy="511810"/>
                      </a:xfrm>
                      <a:prstGeom prst="rect">
                        <a:avLst/>
                      </a:prstGeom>
                    </pic:spPr>
                  </pic:pic>
                </a:graphicData>
              </a:graphic>
            </wp:anchor>
          </w:drawing>
        </w:r>
        <w:r>
          <w:rPr>
            <w:noProof/>
          </w:rPr>
          <w:drawing>
            <wp:anchor distT="0" distB="0" distL="0" distR="0" simplePos="0" relativeHeight="251650202" behindDoc="1" locked="1" layoutInCell="1" allowOverlap="1" wp14:anchorId="2843E994" wp14:editId="5064ADA7">
              <wp:simplePos x="0" y="0"/>
              <wp:positionH relativeFrom="page">
                <wp:posOffset>1366520</wp:posOffset>
              </wp:positionH>
              <wp:positionV relativeFrom="page">
                <wp:posOffset>680720</wp:posOffset>
              </wp:positionV>
              <wp:extent cx="506730" cy="502920"/>
              <wp:effectExtent l="0" t="0" r="0" b="0"/>
              <wp:wrapNone/>
              <wp:docPr id="32" name="Grb Sveucilista mali"/>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UniZg"/>
                      <pic:cNvPicPr/>
                    </pic:nvPicPr>
                    <pic:blipFill>
                      <a:blip r:embed="rId2"/>
                      <a:stretch>
                        <a:fillRect/>
                      </a:stretch>
                    </pic:blipFill>
                    <pic:spPr>
                      <a:xfrm>
                        <a:off x="0" y="0"/>
                        <a:ext cx="506730" cy="502920"/>
                      </a:xfrm>
                      <a:prstGeom prst="rect">
                        <a:avLst/>
                      </a:prstGeom>
                    </pic:spPr>
                  </pic:pic>
                </a:graphicData>
              </a:graphic>
            </wp:anchor>
          </w:drawing>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ZAGLAVLJE_KBF_PRVA"/>
      <w:tag w:val="ZAGLAVLJE_KBF_PRVA"/>
      <w:id w:val="1300100002"/>
      <w:lock w:val="sdtContentLocked"/>
      <w:group/>
    </w:sdtPr>
    <w:sdtContent>
      <w:p w14:paraId="071F7F5C" w14:textId="77777777" w:rsidR="00E56703" w:rsidRDefault="00000000">
        <w:pPr>
          <w:pStyle w:val="Zaglavlje"/>
          <w:spacing w:line="14" w:lineRule="exact"/>
        </w:pPr>
        <w:r>
          <w:rPr>
            <w:noProof/>
          </w:rPr>
          <w:drawing>
            <wp:anchor distT="0" distB="0" distL="0" distR="0" simplePos="0" relativeHeight="251650101" behindDoc="1" locked="1" layoutInCell="1" allowOverlap="1" wp14:anchorId="4166C62C" wp14:editId="1ECD4C0B">
              <wp:simplePos x="0" y="0"/>
              <wp:positionH relativeFrom="page">
                <wp:posOffset>393065</wp:posOffset>
              </wp:positionH>
              <wp:positionV relativeFrom="page">
                <wp:posOffset>667258</wp:posOffset>
              </wp:positionV>
              <wp:extent cx="845439" cy="808863"/>
              <wp:effectExtent l="0" t="0" r="0" b="0"/>
              <wp:wrapNone/>
              <wp:docPr id="33" name="Grb KBF"/>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KBF"/>
                      <pic:cNvPicPr/>
                    </pic:nvPicPr>
                    <pic:blipFill>
                      <a:blip r:embed="rId1"/>
                      <a:stretch>
                        <a:fillRect/>
                      </a:stretch>
                    </pic:blipFill>
                    <pic:spPr>
                      <a:xfrm>
                        <a:off x="0" y="0"/>
                        <a:ext cx="845439" cy="808863"/>
                      </a:xfrm>
                      <a:prstGeom prst="rect">
                        <a:avLst/>
                      </a:prstGeom>
                    </pic:spPr>
                  </pic:pic>
                </a:graphicData>
              </a:graphic>
            </wp:anchor>
          </w:drawing>
        </w:r>
        <w:r>
          <w:rPr>
            <w:noProof/>
          </w:rPr>
          <w:drawing>
            <wp:anchor distT="0" distB="0" distL="0" distR="0" simplePos="0" relativeHeight="251650102" behindDoc="1" locked="1" layoutInCell="1" allowOverlap="1" wp14:anchorId="44EB1577" wp14:editId="09A35D69">
              <wp:simplePos x="0" y="0"/>
              <wp:positionH relativeFrom="page">
                <wp:posOffset>6137910</wp:posOffset>
              </wp:positionH>
              <wp:positionV relativeFrom="page">
                <wp:posOffset>667258</wp:posOffset>
              </wp:positionV>
              <wp:extent cx="786130" cy="776859"/>
              <wp:effectExtent l="0" t="0" r="0" b="0"/>
              <wp:wrapNone/>
              <wp:docPr id="34" name="Grb Sveucilista"/>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UniZg"/>
                      <pic:cNvPicPr/>
                    </pic:nvPicPr>
                    <pic:blipFill>
                      <a:blip r:embed="rId2"/>
                      <a:stretch>
                        <a:fillRect/>
                      </a:stretch>
                    </pic:blipFill>
                    <pic:spPr>
                      <a:xfrm>
                        <a:off x="0" y="0"/>
                        <a:ext cx="786130" cy="776859"/>
                      </a:xfrm>
                      <a:prstGeom prst="rect">
                        <a:avLst/>
                      </a:prstGeom>
                    </pic:spPr>
                  </pic:pic>
                </a:graphicData>
              </a:graphic>
            </wp:anchor>
          </w:drawing>
        </w:r>
        <w:r>
          <w:rPr>
            <w:noProof/>
          </w:rPr>
          <w:drawing>
            <wp:anchor distT="0" distB="0" distL="0" distR="0" simplePos="0" relativeHeight="251650103" behindDoc="1" locked="1" layoutInCell="1" allowOverlap="1" wp14:anchorId="5B433D31" wp14:editId="3D8F558C">
              <wp:simplePos x="0" y="0"/>
              <wp:positionH relativeFrom="page">
                <wp:posOffset>1320800</wp:posOffset>
              </wp:positionH>
              <wp:positionV relativeFrom="page">
                <wp:posOffset>787400</wp:posOffset>
              </wp:positionV>
              <wp:extent cx="4140200" cy="431800"/>
              <wp:effectExtent l="0" t="0" r="0" b="0"/>
              <wp:wrapNone/>
              <wp:docPr id="35" name="Naziv ustanove"/>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Naziv ustanove"/>
                      <pic:cNvPicPr/>
                    </pic:nvPicPr>
                    <pic:blipFill>
                      <a:blip r:embed="rId3">
                        <a:extLst>
                          <a:ext uri="{96DAC541-7B7A-43D3-8B79-37D633B846F1}">
                            <asvg:svgBlip xmlns:asvg="http://schemas.microsoft.com/office/drawing/2016/SVG/main" r:embed="rId4"/>
                          </a:ext>
                        </a:extLst>
                      </a:blip>
                      <a:stretch>
                        <a:fillRect/>
                      </a:stretch>
                    </pic:blipFill>
                    <pic:spPr>
                      <a:xfrm>
                        <a:off x="0" y="0"/>
                        <a:ext cx="4140200" cy="431800"/>
                      </a:xfrm>
                      <a:prstGeom prst="rect">
                        <a:avLst/>
                      </a:prstGeom>
                    </pic:spPr>
                  </pic:pic>
                </a:graphicData>
              </a:graphic>
            </wp:anchor>
          </w:drawing>
        </w:r>
        <w:r>
          <w:rPr>
            <w:noProof/>
          </w:rPr>
          <w:drawing>
            <wp:anchor distT="0" distB="0" distL="0" distR="0" simplePos="0" relativeHeight="251650104" behindDoc="1" locked="1" layoutInCell="1" allowOverlap="1" wp14:anchorId="3ED1A00B" wp14:editId="0AF5AB14">
              <wp:simplePos x="0" y="0"/>
              <wp:positionH relativeFrom="page">
                <wp:posOffset>1257300</wp:posOffset>
              </wp:positionH>
              <wp:positionV relativeFrom="page">
                <wp:posOffset>9601200</wp:posOffset>
              </wp:positionV>
              <wp:extent cx="2946400" cy="685800"/>
              <wp:effectExtent l="0" t="0" r="0" b="0"/>
              <wp:wrapNone/>
              <wp:docPr id="36" name="Kontakt podaci"/>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Kontakt podaci"/>
                      <pic:cNvPicPr/>
                    </pic:nvPicPr>
                    <pic:blipFill>
                      <a:blip r:embed="rId5">
                        <a:extLst>
                          <a:ext uri="{96DAC541-7B7A-43D3-8B79-37D633B846F1}">
                            <asvg:svgBlip xmlns:asvg="http://schemas.microsoft.com/office/drawing/2016/SVG/main" r:embed="rId6"/>
                          </a:ext>
                        </a:extLst>
                      </a:blip>
                      <a:stretch>
                        <a:fillRect/>
                      </a:stretch>
                    </pic:blipFill>
                    <pic:spPr>
                      <a:xfrm>
                        <a:off x="0" y="0"/>
                        <a:ext cx="2946400" cy="685800"/>
                      </a:xfrm>
                      <a:prstGeom prst="rect">
                        <a:avLst/>
                      </a:prstGeom>
                    </pic:spPr>
                  </pic:pic>
                </a:graphicData>
              </a:graphic>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14CC1BC8"/>
    <w:multiLevelType w:val="hybridMultilevel"/>
    <w:tmpl w:val="28D84C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FEC5C27"/>
    <w:multiLevelType w:val="hybridMultilevel"/>
    <w:tmpl w:val="4904A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5677305"/>
    <w:multiLevelType w:val="hybridMultilevel"/>
    <w:tmpl w:val="6908CF0C"/>
    <w:lvl w:ilvl="0" w:tplc="041A0001">
      <w:start w:val="1"/>
      <w:numFmt w:val="bullet"/>
      <w:lvlText w:val=""/>
      <w:lvlJc w:val="left"/>
      <w:pPr>
        <w:ind w:left="786"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2325FB2"/>
    <w:multiLevelType w:val="hybridMultilevel"/>
    <w:tmpl w:val="80EE9E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E353CB6"/>
    <w:multiLevelType w:val="hybridMultilevel"/>
    <w:tmpl w:val="EE98E612"/>
    <w:lvl w:ilvl="0" w:tplc="041A0009">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571228108">
    <w:abstractNumId w:val="8"/>
  </w:num>
  <w:num w:numId="2" w16cid:durableId="1215965629">
    <w:abstractNumId w:val="6"/>
  </w:num>
  <w:num w:numId="3" w16cid:durableId="2053067883">
    <w:abstractNumId w:val="5"/>
  </w:num>
  <w:num w:numId="4" w16cid:durableId="1122572514">
    <w:abstractNumId w:val="4"/>
  </w:num>
  <w:num w:numId="5" w16cid:durableId="833028119">
    <w:abstractNumId w:val="7"/>
  </w:num>
  <w:num w:numId="6" w16cid:durableId="58524328">
    <w:abstractNumId w:val="3"/>
  </w:num>
  <w:num w:numId="7" w16cid:durableId="744647256">
    <w:abstractNumId w:val="2"/>
  </w:num>
  <w:num w:numId="8" w16cid:durableId="1078284997">
    <w:abstractNumId w:val="1"/>
  </w:num>
  <w:num w:numId="9" w16cid:durableId="1784688492">
    <w:abstractNumId w:val="0"/>
  </w:num>
  <w:num w:numId="10" w16cid:durableId="10880121">
    <w:abstractNumId w:val="13"/>
  </w:num>
  <w:num w:numId="11" w16cid:durableId="10911624">
    <w:abstractNumId w:val="9"/>
  </w:num>
  <w:num w:numId="12" w16cid:durableId="85393851">
    <w:abstractNumId w:val="10"/>
  </w:num>
  <w:num w:numId="13" w16cid:durableId="324821778">
    <w:abstractNumId w:val="12"/>
  </w:num>
  <w:num w:numId="14" w16cid:durableId="19770274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EC"/>
    <w:rsid w:val="000326ED"/>
    <w:rsid w:val="00034616"/>
    <w:rsid w:val="0006063C"/>
    <w:rsid w:val="00063C97"/>
    <w:rsid w:val="000C06DF"/>
    <w:rsid w:val="00116D48"/>
    <w:rsid w:val="0015074B"/>
    <w:rsid w:val="001766A1"/>
    <w:rsid w:val="001C3A55"/>
    <w:rsid w:val="0029639D"/>
    <w:rsid w:val="00326F90"/>
    <w:rsid w:val="00376C4A"/>
    <w:rsid w:val="0041107A"/>
    <w:rsid w:val="004A19C3"/>
    <w:rsid w:val="004C7A4D"/>
    <w:rsid w:val="00504C3E"/>
    <w:rsid w:val="005277EC"/>
    <w:rsid w:val="00601894"/>
    <w:rsid w:val="006A1326"/>
    <w:rsid w:val="006D564B"/>
    <w:rsid w:val="007A1388"/>
    <w:rsid w:val="008045D0"/>
    <w:rsid w:val="008104E2"/>
    <w:rsid w:val="0082595E"/>
    <w:rsid w:val="0084644A"/>
    <w:rsid w:val="00956011"/>
    <w:rsid w:val="00A0668E"/>
    <w:rsid w:val="00AA1D8D"/>
    <w:rsid w:val="00AE3E35"/>
    <w:rsid w:val="00B47730"/>
    <w:rsid w:val="00C7370A"/>
    <w:rsid w:val="00C827FD"/>
    <w:rsid w:val="00CB0664"/>
    <w:rsid w:val="00D93D6A"/>
    <w:rsid w:val="00DE42E4"/>
    <w:rsid w:val="00E34760"/>
    <w:rsid w:val="00E56703"/>
    <w:rsid w:val="00F051F3"/>
    <w:rsid w:val="00F760FB"/>
    <w:rsid w:val="00FC693F"/>
    <w:rsid w:val="00FC6C5F"/>
    <w:rsid w:val="00FD3C3B"/>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9C157F"/>
  <w14:defaultImageDpi w14:val="300"/>
  <w15:docId w15:val="{592C673F-428D-4269-A9C5-8FA6FF0E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7EC"/>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uiPriority w:val="9"/>
    <w:qFormat/>
    <w:rsid w:val="00FC693F"/>
    <w:pPr>
      <w:keepNext/>
      <w:keepLines/>
      <w:spacing w:before="480" w:line="252" w:lineRule="auto"/>
      <w:outlineLvl w:val="0"/>
    </w:pPr>
    <w:rPr>
      <w:rFonts w:ascii="Cambria" w:eastAsia="Cambria" w:hAnsi="Cambria" w:cstheme="majorBidi"/>
      <w:b/>
      <w:bCs/>
      <w:color w:val="365F91" w:themeColor="accent1" w:themeShade="BF"/>
      <w:sz w:val="28"/>
      <w:szCs w:val="28"/>
      <w:lang w:eastAsia="en-US"/>
    </w:rPr>
  </w:style>
  <w:style w:type="paragraph" w:styleId="Naslov2">
    <w:name w:val="heading 2"/>
    <w:basedOn w:val="Normal"/>
    <w:next w:val="Normal"/>
    <w:link w:val="Naslov2Char"/>
    <w:uiPriority w:val="9"/>
    <w:unhideWhenUsed/>
    <w:qFormat/>
    <w:rsid w:val="00FC693F"/>
    <w:pPr>
      <w:keepNext/>
      <w:keepLines/>
      <w:spacing w:before="200" w:line="252" w:lineRule="auto"/>
      <w:outlineLvl w:val="1"/>
    </w:pPr>
    <w:rPr>
      <w:rFonts w:ascii="Cambria" w:eastAsia="Cambria" w:hAnsi="Cambria" w:cstheme="majorBidi"/>
      <w:b/>
      <w:bCs/>
      <w:color w:val="4F81BD" w:themeColor="accent1"/>
      <w:sz w:val="26"/>
      <w:szCs w:val="26"/>
      <w:lang w:eastAsia="en-US"/>
    </w:rPr>
  </w:style>
  <w:style w:type="paragraph" w:styleId="Naslov3">
    <w:name w:val="heading 3"/>
    <w:basedOn w:val="Normal"/>
    <w:next w:val="Normal"/>
    <w:link w:val="Naslov3Char"/>
    <w:uiPriority w:val="9"/>
    <w:unhideWhenUsed/>
    <w:qFormat/>
    <w:rsid w:val="00FC693F"/>
    <w:pPr>
      <w:keepNext/>
      <w:keepLines/>
      <w:spacing w:before="200" w:line="252" w:lineRule="auto"/>
      <w:outlineLvl w:val="2"/>
    </w:pPr>
    <w:rPr>
      <w:rFonts w:ascii="Cambria" w:eastAsia="Cambria" w:hAnsi="Cambria" w:cstheme="majorBidi"/>
      <w:b/>
      <w:bCs/>
      <w:color w:val="4F81BD" w:themeColor="accent1"/>
      <w:sz w:val="25"/>
      <w:szCs w:val="22"/>
      <w:lang w:eastAsia="en-US"/>
    </w:rPr>
  </w:style>
  <w:style w:type="paragraph" w:styleId="Naslov4">
    <w:name w:val="heading 4"/>
    <w:basedOn w:val="Normal"/>
    <w:next w:val="Normal"/>
    <w:link w:val="Naslov4Char"/>
    <w:uiPriority w:val="9"/>
    <w:semiHidden/>
    <w:unhideWhenUsed/>
    <w:qFormat/>
    <w:rsid w:val="00FC693F"/>
    <w:pPr>
      <w:keepNext/>
      <w:keepLines/>
      <w:spacing w:before="200" w:line="252" w:lineRule="auto"/>
      <w:outlineLvl w:val="3"/>
    </w:pPr>
    <w:rPr>
      <w:rFonts w:ascii="Cambria" w:eastAsia="Cambria" w:hAnsi="Cambria" w:cstheme="majorBidi"/>
      <w:b/>
      <w:bCs/>
      <w:color w:val="4F81BD" w:themeColor="accent1"/>
      <w:sz w:val="25"/>
      <w:szCs w:val="22"/>
      <w:lang w:eastAsia="en-US"/>
    </w:rPr>
  </w:style>
  <w:style w:type="paragraph" w:styleId="Naslov5">
    <w:name w:val="heading 5"/>
    <w:basedOn w:val="Normal"/>
    <w:next w:val="Normal"/>
    <w:link w:val="Naslov5Char"/>
    <w:uiPriority w:val="9"/>
    <w:semiHidden/>
    <w:unhideWhenUsed/>
    <w:qFormat/>
    <w:rsid w:val="00FC693F"/>
    <w:pPr>
      <w:keepNext/>
      <w:keepLines/>
      <w:spacing w:before="200" w:line="252" w:lineRule="auto"/>
      <w:outlineLvl w:val="4"/>
    </w:pPr>
    <w:rPr>
      <w:rFonts w:ascii="Cambria" w:eastAsia="Cambria" w:hAnsi="Cambria" w:cstheme="majorBidi"/>
      <w:color w:val="243F60" w:themeColor="accent1" w:themeShade="7F"/>
      <w:sz w:val="25"/>
      <w:szCs w:val="22"/>
      <w:lang w:eastAsia="en-US"/>
    </w:rPr>
  </w:style>
  <w:style w:type="paragraph" w:styleId="Naslov6">
    <w:name w:val="heading 6"/>
    <w:basedOn w:val="Normal"/>
    <w:next w:val="Normal"/>
    <w:link w:val="Naslov6Char"/>
    <w:uiPriority w:val="9"/>
    <w:semiHidden/>
    <w:unhideWhenUsed/>
    <w:qFormat/>
    <w:rsid w:val="00FC693F"/>
    <w:pPr>
      <w:keepNext/>
      <w:keepLines/>
      <w:spacing w:before="200" w:line="252" w:lineRule="auto"/>
      <w:outlineLvl w:val="5"/>
    </w:pPr>
    <w:rPr>
      <w:rFonts w:ascii="Cambria" w:eastAsia="Cambria" w:hAnsi="Cambria" w:cstheme="majorBidi"/>
      <w:color w:val="243F60" w:themeColor="accent1" w:themeShade="7F"/>
      <w:sz w:val="25"/>
      <w:szCs w:val="22"/>
      <w:lang w:eastAsia="en-US"/>
    </w:rPr>
  </w:style>
  <w:style w:type="paragraph" w:styleId="Naslov7">
    <w:name w:val="heading 7"/>
    <w:basedOn w:val="Normal"/>
    <w:next w:val="Normal"/>
    <w:link w:val="Naslov7Char"/>
    <w:uiPriority w:val="9"/>
    <w:semiHidden/>
    <w:unhideWhenUsed/>
    <w:qFormat/>
    <w:rsid w:val="00FC693F"/>
    <w:pPr>
      <w:keepNext/>
      <w:keepLines/>
      <w:spacing w:before="200" w:line="252" w:lineRule="auto"/>
      <w:outlineLvl w:val="6"/>
    </w:pPr>
    <w:rPr>
      <w:rFonts w:ascii="Cambria" w:eastAsia="Cambria" w:hAnsi="Cambria" w:cstheme="majorBidi"/>
      <w:color w:val="404040" w:themeColor="text1" w:themeTint="BF"/>
      <w:sz w:val="25"/>
      <w:szCs w:val="22"/>
      <w:lang w:eastAsia="en-US"/>
    </w:rPr>
  </w:style>
  <w:style w:type="paragraph" w:styleId="Naslov8">
    <w:name w:val="heading 8"/>
    <w:basedOn w:val="Normal"/>
    <w:next w:val="Normal"/>
    <w:link w:val="Naslov8Char"/>
    <w:uiPriority w:val="9"/>
    <w:semiHidden/>
    <w:unhideWhenUsed/>
    <w:qFormat/>
    <w:rsid w:val="00FC693F"/>
    <w:pPr>
      <w:keepNext/>
      <w:keepLines/>
      <w:spacing w:before="200" w:line="252" w:lineRule="auto"/>
      <w:outlineLvl w:val="7"/>
    </w:pPr>
    <w:rPr>
      <w:rFonts w:ascii="Cambria" w:eastAsia="Cambria" w:hAnsi="Cambria" w:cstheme="majorBidi"/>
      <w:color w:val="4F81BD" w:themeColor="accent1"/>
      <w:lang w:eastAsia="en-US"/>
    </w:rPr>
  </w:style>
  <w:style w:type="paragraph" w:styleId="Naslov9">
    <w:name w:val="heading 9"/>
    <w:basedOn w:val="Normal"/>
    <w:next w:val="Normal"/>
    <w:link w:val="Naslov9Char"/>
    <w:uiPriority w:val="9"/>
    <w:semiHidden/>
    <w:unhideWhenUsed/>
    <w:qFormat/>
    <w:rsid w:val="00FC693F"/>
    <w:pPr>
      <w:keepNext/>
      <w:keepLines/>
      <w:spacing w:before="200" w:line="252" w:lineRule="auto"/>
      <w:outlineLvl w:val="8"/>
    </w:pPr>
    <w:rPr>
      <w:rFonts w:ascii="Cambria" w:eastAsia="Cambria" w:hAnsi="Cambria" w:cstheme="majorBidi"/>
      <w:color w:val="404040" w:themeColor="text1" w:themeTint="BF"/>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pPr>
    <w:rPr>
      <w:rFonts w:ascii="Cambria" w:eastAsia="Cambria" w:hAnsi="Cambria" w:cs="Cambria"/>
      <w:sz w:val="25"/>
      <w:szCs w:val="22"/>
      <w:lang w:eastAsia="en-US"/>
    </w:r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pPr>
    <w:rPr>
      <w:rFonts w:ascii="Cambria" w:eastAsia="Cambria" w:hAnsi="Cambria" w:cs="Cambria"/>
      <w:sz w:val="25"/>
      <w:szCs w:val="22"/>
      <w:lang w:eastAsia="en-US"/>
    </w:r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Cambria" w:eastAsia="Cambria" w:hAnsi="Cambria"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Cambria" w:eastAsia="Cambria" w:hAnsi="Cambria"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Cambria" w:eastAsia="Cambria" w:hAnsi="Cambria"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Cambria" w:eastAsia="Cambria" w:hAnsi="Cambria" w:cstheme="majorBidi"/>
      <w:color w:val="17365D" w:themeColor="text2" w:themeShade="BF"/>
      <w:spacing w:val="5"/>
      <w:kern w:val="28"/>
      <w:sz w:val="52"/>
      <w:szCs w:val="52"/>
      <w:lang w:eastAsia="en-US"/>
    </w:rPr>
  </w:style>
  <w:style w:type="character" w:customStyle="1" w:styleId="NaslovChar">
    <w:name w:val="Naslov Char"/>
    <w:basedOn w:val="Zadanifontodlomka"/>
    <w:link w:val="Naslov"/>
    <w:uiPriority w:val="10"/>
    <w:rsid w:val="00FC693F"/>
    <w:rPr>
      <w:rFonts w:ascii="Cambria" w:eastAsia="Cambria" w:hAnsi="Cambria"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spacing w:line="252" w:lineRule="auto"/>
    </w:pPr>
    <w:rPr>
      <w:rFonts w:ascii="Cambria" w:eastAsia="Cambria" w:hAnsi="Cambria" w:cstheme="majorBidi"/>
      <w:color w:val="4F81BD" w:themeColor="accent1"/>
      <w:spacing w:val="15"/>
      <w:sz w:val="24"/>
      <w:szCs w:val="24"/>
      <w:lang w:eastAsia="en-US"/>
    </w:rPr>
  </w:style>
  <w:style w:type="character" w:customStyle="1" w:styleId="PodnaslovChar">
    <w:name w:val="Podnaslov Char"/>
    <w:basedOn w:val="Zadanifontodlomka"/>
    <w:link w:val="Podnaslov"/>
    <w:uiPriority w:val="11"/>
    <w:rsid w:val="00FC693F"/>
    <w:rPr>
      <w:rFonts w:ascii="Cambria" w:eastAsia="Cambria" w:hAnsi="Cambria" w:cstheme="majorBidi"/>
      <w:color w:val="4F81BD" w:themeColor="accent1"/>
      <w:spacing w:val="15"/>
      <w:sz w:val="24"/>
      <w:szCs w:val="24"/>
    </w:rPr>
  </w:style>
  <w:style w:type="paragraph" w:styleId="Odlomakpopisa">
    <w:name w:val="List Paragraph"/>
    <w:basedOn w:val="Normal"/>
    <w:uiPriority w:val="34"/>
    <w:qFormat/>
    <w:rsid w:val="00FC693F"/>
    <w:pPr>
      <w:spacing w:line="252" w:lineRule="auto"/>
      <w:ind w:left="720"/>
      <w:contextualSpacing/>
    </w:pPr>
    <w:rPr>
      <w:rFonts w:ascii="Cambria" w:eastAsia="Cambria" w:hAnsi="Cambria" w:cs="Cambria"/>
      <w:sz w:val="25"/>
      <w:szCs w:val="22"/>
      <w:lang w:eastAsia="en-US"/>
    </w:rPr>
  </w:style>
  <w:style w:type="paragraph" w:styleId="Tijeloteksta">
    <w:name w:val="Body Text"/>
    <w:basedOn w:val="Normal"/>
    <w:link w:val="TijelotekstaChar"/>
    <w:uiPriority w:val="99"/>
    <w:unhideWhenUsed/>
    <w:rsid w:val="00AA1D8D"/>
    <w:pPr>
      <w:spacing w:after="120" w:line="252" w:lineRule="auto"/>
    </w:pPr>
    <w:rPr>
      <w:rFonts w:ascii="Cambria" w:eastAsia="Cambria" w:hAnsi="Cambria" w:cs="Cambria"/>
      <w:sz w:val="25"/>
      <w:szCs w:val="22"/>
      <w:lang w:eastAsia="en-US"/>
    </w:r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rPr>
      <w:rFonts w:ascii="Cambria" w:eastAsia="Cambria" w:hAnsi="Cambria" w:cs="Cambria"/>
      <w:sz w:val="25"/>
      <w:szCs w:val="22"/>
      <w:lang w:eastAsia="en-US"/>
    </w:r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line="252" w:lineRule="auto"/>
    </w:pPr>
    <w:rPr>
      <w:rFonts w:ascii="Cambria" w:eastAsia="Cambria" w:hAnsi="Cambria" w:cs="Cambria"/>
      <w:sz w:val="16"/>
      <w:szCs w:val="16"/>
      <w:lang w:eastAsia="en-US"/>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spacing w:line="252" w:lineRule="auto"/>
      <w:ind w:left="360" w:hanging="360"/>
      <w:contextualSpacing/>
    </w:pPr>
    <w:rPr>
      <w:rFonts w:ascii="Cambria" w:eastAsia="Cambria" w:hAnsi="Cambria" w:cs="Cambria"/>
      <w:sz w:val="25"/>
      <w:szCs w:val="22"/>
      <w:lang w:eastAsia="en-US"/>
    </w:rPr>
  </w:style>
  <w:style w:type="paragraph" w:styleId="Popis2">
    <w:name w:val="List 2"/>
    <w:basedOn w:val="Normal"/>
    <w:uiPriority w:val="99"/>
    <w:unhideWhenUsed/>
    <w:rsid w:val="00326F90"/>
    <w:pPr>
      <w:spacing w:line="252" w:lineRule="auto"/>
      <w:ind w:left="720" w:hanging="360"/>
      <w:contextualSpacing/>
    </w:pPr>
    <w:rPr>
      <w:rFonts w:ascii="Cambria" w:eastAsia="Cambria" w:hAnsi="Cambria" w:cs="Cambria"/>
      <w:sz w:val="25"/>
      <w:szCs w:val="22"/>
      <w:lang w:eastAsia="en-US"/>
    </w:rPr>
  </w:style>
  <w:style w:type="paragraph" w:styleId="Popis3">
    <w:name w:val="List 3"/>
    <w:basedOn w:val="Normal"/>
    <w:uiPriority w:val="99"/>
    <w:unhideWhenUsed/>
    <w:rsid w:val="00326F90"/>
    <w:pPr>
      <w:spacing w:line="252" w:lineRule="auto"/>
      <w:ind w:left="1080" w:hanging="360"/>
      <w:contextualSpacing/>
    </w:pPr>
    <w:rPr>
      <w:rFonts w:ascii="Cambria" w:eastAsia="Cambria" w:hAnsi="Cambria" w:cs="Cambria"/>
      <w:sz w:val="25"/>
      <w:szCs w:val="22"/>
      <w:lang w:eastAsia="en-US"/>
    </w:rPr>
  </w:style>
  <w:style w:type="paragraph" w:styleId="Grafikeoznake">
    <w:name w:val="List Bullet"/>
    <w:basedOn w:val="Normal"/>
    <w:uiPriority w:val="99"/>
    <w:unhideWhenUsed/>
    <w:rsid w:val="00326F90"/>
    <w:pPr>
      <w:numPr>
        <w:numId w:val="1"/>
      </w:numPr>
      <w:spacing w:line="252" w:lineRule="auto"/>
      <w:contextualSpacing/>
    </w:pPr>
    <w:rPr>
      <w:rFonts w:ascii="Cambria" w:eastAsia="Cambria" w:hAnsi="Cambria" w:cs="Cambria"/>
      <w:sz w:val="25"/>
      <w:szCs w:val="22"/>
      <w:lang w:eastAsia="en-US"/>
    </w:rPr>
  </w:style>
  <w:style w:type="paragraph" w:styleId="Grafikeoznake2">
    <w:name w:val="List Bullet 2"/>
    <w:basedOn w:val="Normal"/>
    <w:uiPriority w:val="99"/>
    <w:unhideWhenUsed/>
    <w:rsid w:val="00326F90"/>
    <w:pPr>
      <w:numPr>
        <w:numId w:val="2"/>
      </w:numPr>
      <w:spacing w:line="252" w:lineRule="auto"/>
      <w:contextualSpacing/>
    </w:pPr>
    <w:rPr>
      <w:rFonts w:ascii="Cambria" w:eastAsia="Cambria" w:hAnsi="Cambria" w:cs="Cambria"/>
      <w:sz w:val="25"/>
      <w:szCs w:val="22"/>
      <w:lang w:eastAsia="en-US"/>
    </w:rPr>
  </w:style>
  <w:style w:type="paragraph" w:styleId="Grafikeoznake3">
    <w:name w:val="List Bullet 3"/>
    <w:basedOn w:val="Normal"/>
    <w:uiPriority w:val="99"/>
    <w:unhideWhenUsed/>
    <w:rsid w:val="00326F90"/>
    <w:pPr>
      <w:numPr>
        <w:numId w:val="3"/>
      </w:numPr>
      <w:spacing w:line="252" w:lineRule="auto"/>
      <w:contextualSpacing/>
    </w:pPr>
    <w:rPr>
      <w:rFonts w:ascii="Cambria" w:eastAsia="Cambria" w:hAnsi="Cambria" w:cs="Cambria"/>
      <w:sz w:val="25"/>
      <w:szCs w:val="22"/>
      <w:lang w:eastAsia="en-US"/>
    </w:rPr>
  </w:style>
  <w:style w:type="paragraph" w:styleId="Brojevi">
    <w:name w:val="List Number"/>
    <w:basedOn w:val="Normal"/>
    <w:uiPriority w:val="99"/>
    <w:unhideWhenUsed/>
    <w:rsid w:val="00326F90"/>
    <w:pPr>
      <w:numPr>
        <w:numId w:val="5"/>
      </w:numPr>
      <w:spacing w:line="252" w:lineRule="auto"/>
      <w:contextualSpacing/>
    </w:pPr>
    <w:rPr>
      <w:rFonts w:ascii="Cambria" w:eastAsia="Cambria" w:hAnsi="Cambria" w:cs="Cambria"/>
      <w:sz w:val="25"/>
      <w:szCs w:val="22"/>
      <w:lang w:eastAsia="en-US"/>
    </w:rPr>
  </w:style>
  <w:style w:type="paragraph" w:styleId="Brojevi2">
    <w:name w:val="List Number 2"/>
    <w:basedOn w:val="Normal"/>
    <w:uiPriority w:val="99"/>
    <w:unhideWhenUsed/>
    <w:rsid w:val="0029639D"/>
    <w:pPr>
      <w:numPr>
        <w:numId w:val="6"/>
      </w:numPr>
      <w:spacing w:line="252" w:lineRule="auto"/>
      <w:contextualSpacing/>
    </w:pPr>
    <w:rPr>
      <w:rFonts w:ascii="Cambria" w:eastAsia="Cambria" w:hAnsi="Cambria" w:cs="Cambria"/>
      <w:sz w:val="25"/>
      <w:szCs w:val="22"/>
      <w:lang w:eastAsia="en-US"/>
    </w:rPr>
  </w:style>
  <w:style w:type="paragraph" w:styleId="Brojevi3">
    <w:name w:val="List Number 3"/>
    <w:basedOn w:val="Normal"/>
    <w:uiPriority w:val="99"/>
    <w:unhideWhenUsed/>
    <w:rsid w:val="0029639D"/>
    <w:pPr>
      <w:numPr>
        <w:numId w:val="7"/>
      </w:numPr>
      <w:spacing w:line="252" w:lineRule="auto"/>
      <w:contextualSpacing/>
    </w:pPr>
    <w:rPr>
      <w:rFonts w:ascii="Cambria" w:eastAsia="Cambria" w:hAnsi="Cambria" w:cs="Cambria"/>
      <w:sz w:val="25"/>
      <w:szCs w:val="22"/>
      <w:lang w:eastAsia="en-US"/>
    </w:rPr>
  </w:style>
  <w:style w:type="paragraph" w:styleId="Nastavakpopisa">
    <w:name w:val="List Continue"/>
    <w:basedOn w:val="Normal"/>
    <w:uiPriority w:val="99"/>
    <w:unhideWhenUsed/>
    <w:rsid w:val="0029639D"/>
    <w:pPr>
      <w:spacing w:after="120" w:line="252" w:lineRule="auto"/>
      <w:ind w:left="360"/>
      <w:contextualSpacing/>
    </w:pPr>
    <w:rPr>
      <w:rFonts w:ascii="Cambria" w:eastAsia="Cambria" w:hAnsi="Cambria" w:cs="Cambria"/>
      <w:sz w:val="25"/>
      <w:szCs w:val="22"/>
      <w:lang w:eastAsia="en-US"/>
    </w:rPr>
  </w:style>
  <w:style w:type="paragraph" w:styleId="Nastavakpopisa2">
    <w:name w:val="List Continue 2"/>
    <w:basedOn w:val="Normal"/>
    <w:uiPriority w:val="99"/>
    <w:unhideWhenUsed/>
    <w:rsid w:val="0029639D"/>
    <w:pPr>
      <w:spacing w:after="120" w:line="252" w:lineRule="auto"/>
      <w:ind w:left="720"/>
      <w:contextualSpacing/>
    </w:pPr>
    <w:rPr>
      <w:rFonts w:ascii="Cambria" w:eastAsia="Cambria" w:hAnsi="Cambria" w:cs="Cambria"/>
      <w:sz w:val="25"/>
      <w:szCs w:val="22"/>
      <w:lang w:eastAsia="en-US"/>
    </w:rPr>
  </w:style>
  <w:style w:type="paragraph" w:styleId="Nastavakpopisa3">
    <w:name w:val="List Continue 3"/>
    <w:basedOn w:val="Normal"/>
    <w:uiPriority w:val="99"/>
    <w:unhideWhenUsed/>
    <w:rsid w:val="0029639D"/>
    <w:pPr>
      <w:spacing w:after="120" w:line="252" w:lineRule="auto"/>
      <w:ind w:left="1080"/>
      <w:contextualSpacing/>
    </w:pPr>
    <w:rPr>
      <w:rFonts w:ascii="Cambria" w:eastAsia="Cambria" w:hAnsi="Cambria" w:cs="Cambria"/>
      <w:sz w:val="25"/>
      <w:szCs w:val="22"/>
      <w:lang w:eastAsia="en-US"/>
    </w:r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cs="Cambria"/>
      <w:sz w:val="20"/>
      <w:szCs w:val="20"/>
    </w:rPr>
  </w:style>
  <w:style w:type="character" w:customStyle="1" w:styleId="TekstmakronaredbeChar">
    <w:name w:val="Tekst makronaredbe Char"/>
    <w:basedOn w:val="Zadanifontodlomka"/>
    <w:link w:val="Tekstmakronaredbe"/>
    <w:uiPriority w:val="99"/>
    <w:rsid w:val="0029639D"/>
    <w:rPr>
      <w:rFonts w:ascii="Cambria" w:eastAsia="Cambria" w:hAnsi="Cambria" w:cs="Cambria"/>
      <w:sz w:val="20"/>
      <w:szCs w:val="20"/>
    </w:rPr>
  </w:style>
  <w:style w:type="paragraph" w:styleId="Citat">
    <w:name w:val="Quote"/>
    <w:basedOn w:val="Normal"/>
    <w:next w:val="Normal"/>
    <w:link w:val="CitatChar"/>
    <w:uiPriority w:val="29"/>
    <w:qFormat/>
    <w:rsid w:val="00FC693F"/>
    <w:pPr>
      <w:spacing w:line="252" w:lineRule="auto"/>
    </w:pPr>
    <w:rPr>
      <w:rFonts w:ascii="Cambria" w:eastAsia="Cambria" w:hAnsi="Cambria" w:cs="Cambria"/>
      <w:color w:val="000000" w:themeColor="text1"/>
      <w:sz w:val="25"/>
      <w:szCs w:val="22"/>
      <w:lang w:eastAsia="en-US"/>
    </w:rPr>
  </w:style>
  <w:style w:type="character" w:customStyle="1" w:styleId="CitatChar">
    <w:name w:val="Citat Char"/>
    <w:basedOn w:val="Zadanifontodlomka"/>
    <w:link w:val="Citat"/>
    <w:uiPriority w:val="29"/>
    <w:rsid w:val="00FC693F"/>
    <w:rPr>
      <w:color w:val="000000" w:themeColor="text1"/>
    </w:rPr>
  </w:style>
  <w:style w:type="character" w:customStyle="1" w:styleId="Naslov4Char">
    <w:name w:val="Naslov 4 Char"/>
    <w:basedOn w:val="Zadanifontodlomka"/>
    <w:link w:val="Naslov4"/>
    <w:uiPriority w:val="9"/>
    <w:semiHidden/>
    <w:rsid w:val="00FC693F"/>
    <w:rPr>
      <w:rFonts w:ascii="Cambria" w:eastAsia="Cambria" w:hAnsi="Cambria" w:cstheme="majorBidi"/>
      <w:b/>
      <w:bCs/>
      <w:color w:val="4F81BD" w:themeColor="accent1"/>
    </w:rPr>
  </w:style>
  <w:style w:type="character" w:customStyle="1" w:styleId="Naslov5Char">
    <w:name w:val="Naslov 5 Char"/>
    <w:basedOn w:val="Zadanifontodlomka"/>
    <w:link w:val="Naslov5"/>
    <w:uiPriority w:val="9"/>
    <w:semiHidden/>
    <w:rsid w:val="00FC693F"/>
    <w:rPr>
      <w:rFonts w:ascii="Cambria" w:eastAsia="Cambria" w:hAnsi="Cambria" w:cstheme="majorBidi"/>
      <w:color w:val="243F60" w:themeColor="accent1" w:themeShade="7F"/>
    </w:rPr>
  </w:style>
  <w:style w:type="character" w:customStyle="1" w:styleId="Naslov6Char">
    <w:name w:val="Naslov 6 Char"/>
    <w:basedOn w:val="Zadanifontodlomka"/>
    <w:link w:val="Naslov6"/>
    <w:uiPriority w:val="9"/>
    <w:semiHidden/>
    <w:rsid w:val="00FC693F"/>
    <w:rPr>
      <w:rFonts w:ascii="Cambria" w:eastAsia="Cambria" w:hAnsi="Cambria" w:cstheme="majorBidi"/>
      <w:color w:val="243F60" w:themeColor="accent1" w:themeShade="7F"/>
    </w:rPr>
  </w:style>
  <w:style w:type="character" w:customStyle="1" w:styleId="Naslov7Char">
    <w:name w:val="Naslov 7 Char"/>
    <w:basedOn w:val="Zadanifontodlomka"/>
    <w:link w:val="Naslov7"/>
    <w:uiPriority w:val="9"/>
    <w:semiHidden/>
    <w:rsid w:val="00FC693F"/>
    <w:rPr>
      <w:rFonts w:ascii="Cambria" w:eastAsia="Cambria" w:hAnsi="Cambria" w:cstheme="majorBidi"/>
      <w:color w:val="404040" w:themeColor="text1" w:themeTint="BF"/>
    </w:rPr>
  </w:style>
  <w:style w:type="character" w:customStyle="1" w:styleId="Naslov8Char">
    <w:name w:val="Naslov 8 Char"/>
    <w:basedOn w:val="Zadanifontodlomka"/>
    <w:link w:val="Naslov8"/>
    <w:uiPriority w:val="9"/>
    <w:semiHidden/>
    <w:rsid w:val="00FC693F"/>
    <w:rPr>
      <w:rFonts w:ascii="Cambria" w:eastAsia="Cambria" w:hAnsi="Cambria"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Cambria" w:eastAsia="Cambria" w:hAnsi="Cambria" w:cstheme="majorBidi"/>
      <w:color w:val="404040" w:themeColor="text1" w:themeTint="BF"/>
      <w:sz w:val="20"/>
      <w:szCs w:val="20"/>
    </w:rPr>
  </w:style>
  <w:style w:type="paragraph" w:styleId="Opisslike">
    <w:name w:val="caption"/>
    <w:basedOn w:val="Normal"/>
    <w:next w:val="Normal"/>
    <w:uiPriority w:val="35"/>
    <w:semiHidden/>
    <w:unhideWhenUsed/>
    <w:qFormat/>
    <w:rsid w:val="00FC693F"/>
    <w:rPr>
      <w:rFonts w:ascii="Cambria" w:eastAsia="Cambria" w:hAnsi="Cambria" w:cs="Cambria"/>
      <w:b/>
      <w:bCs/>
      <w:color w:val="4F81BD" w:themeColor="accent1"/>
      <w:sz w:val="18"/>
      <w:szCs w:val="18"/>
      <w:lang w:eastAsia="en-US"/>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line="252" w:lineRule="auto"/>
      <w:ind w:left="936" w:right="936"/>
    </w:pPr>
    <w:rPr>
      <w:rFonts w:ascii="Cambria" w:eastAsia="Cambria" w:hAnsi="Cambria" w:cs="Cambria"/>
      <w:b/>
      <w:bCs/>
      <w:color w:val="4F81BD" w:themeColor="accent1"/>
      <w:sz w:val="25"/>
      <w:szCs w:val="22"/>
      <w:lang w:eastAsia="en-US"/>
    </w:rPr>
  </w:style>
  <w:style w:type="character" w:customStyle="1" w:styleId="NaglaencitatChar">
    <w:name w:val="Naglašen citat Char"/>
    <w:basedOn w:val="Zadanifontodlomka"/>
    <w:link w:val="Naglaencitat"/>
    <w:uiPriority w:val="30"/>
    <w:rsid w:val="00FC693F"/>
    <w:rPr>
      <w:b/>
      <w:bCs/>
      <w:color w:val="4F81BD" w:themeColor="accent1"/>
    </w:rPr>
  </w:style>
  <w:style w:type="character" w:styleId="Neupadljivoisticanje">
    <w:name w:val="Subtle Emphasis"/>
    <w:basedOn w:val="Zadanifontodlomka"/>
    <w:uiPriority w:val="19"/>
    <w:qFormat/>
    <w:rsid w:val="00FC693F"/>
    <w:rPr>
      <w:color w:val="808080" w:themeColor="text1" w:themeTint="7F"/>
    </w:rPr>
  </w:style>
  <w:style w:type="character" w:styleId="Jakoisticanje">
    <w:name w:val="Intense Emphasis"/>
    <w:basedOn w:val="Zadanifontodlomka"/>
    <w:uiPriority w:val="21"/>
    <w:qFormat/>
    <w:rsid w:val="00FC693F"/>
    <w:rPr>
      <w:b/>
      <w:b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Cambria" w:eastAsia="Cambria" w:hAnsi="Cambria"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mbria" w:eastAsia="Cambria" w:hAnsi="Cambria"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Cambria" w:eastAsia="Cambria" w:hAnsi="Cambria"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mbria" w:eastAsia="Cambria" w:hAnsi="Cambria"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Cambria" w:eastAsia="Cambria" w:hAnsi="Cambria"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mbria" w:eastAsia="Cambria" w:hAnsi="Cambria"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Cambria" w:eastAsia="Cambria" w:hAnsi="Cambria"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mbria" w:eastAsia="Cambria" w:hAnsi="Cambria"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Cambria" w:eastAsia="Cambria" w:hAnsi="Cambria"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mbria" w:eastAsia="Cambria" w:hAnsi="Cambria"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Cambria" w:eastAsia="Cambria" w:hAnsi="Cambria"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mbria" w:eastAsia="Cambria" w:hAnsi="Cambria"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Cambria" w:eastAsia="Cambria" w:hAnsi="Cambria"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mbria" w:eastAsia="Cambria" w:hAnsi="Cambria"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Cambria" w:eastAsia="Cambria" w:hAnsi="Cambria"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Cambria" w:eastAsia="Cambria" w:hAnsi="Cambria"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Cambria" w:eastAsia="Cambria" w:hAnsi="Cambria"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Cambria" w:eastAsia="Cambria" w:hAnsi="Cambria"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Cambria" w:eastAsia="Cambria" w:hAnsi="Cambria"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Cambria" w:eastAsia="Cambria" w:hAnsi="Cambria"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Cambria" w:eastAsia="Cambria" w:hAnsi="Cambria"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rmPlaceholder">
    <w:name w:val="FormPlaceholder"/>
    <w:rPr>
      <w:rFonts w:ascii="Cambria" w:eastAsia="Cambria" w:hAnsi="Cambria" w:cs="Cambria"/>
      <w:color w:val="000000"/>
      <w:sz w:val="25"/>
    </w:rPr>
  </w:style>
  <w:style w:type="character" w:styleId="Hiperveza">
    <w:name w:val="Hyperlink"/>
    <w:rsid w:val="001C3A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cak.srce.hr/bogoslovska-smotr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zg.hr/istrazivanje/doktorski-studiji/doktorski-studiji/obrasci-dr-sc-dr-art/znanstvena-podrucja-dr-s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svg"/><Relationship Id="rId5" Type="http://schemas.openxmlformats.org/officeDocument/2006/relationships/image" Target="media/image5.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eresa\OneDrive%20-%20kbf.hr\Desktop\Obrasci%20s%20weba\KBF_memorandum_2026_praz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9e3d9cf-1858-4d2b-9a76-b668d86adea0" xsi:nil="true"/>
    <lcf76f155ced4ddcb4097134ff3c332f xmlns="64e87b53-eeb6-4f1b-b64a-a7118471474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F083A5185567B4A874F4F27B5EA56D5" ma:contentTypeVersion="12" ma:contentTypeDescription="Stvaranje novog dokumenta." ma:contentTypeScope="" ma:versionID="cedfdd96a32077881b56ee199935921e">
  <xsd:schema xmlns:xsd="http://www.w3.org/2001/XMLSchema" xmlns:xs="http://www.w3.org/2001/XMLSchema" xmlns:p="http://schemas.microsoft.com/office/2006/metadata/properties" xmlns:ns2="64e87b53-eeb6-4f1b-b64a-a71184714749" xmlns:ns3="79e3d9cf-1858-4d2b-9a76-b668d86adea0" targetNamespace="http://schemas.microsoft.com/office/2006/metadata/properties" ma:root="true" ma:fieldsID="f1a5eb45ea3083b3f9c47499ead34531" ns2:_="" ns3:_="">
    <xsd:import namespace="64e87b53-eeb6-4f1b-b64a-a71184714749"/>
    <xsd:import namespace="79e3d9cf-1858-4d2b-9a76-b668d86ade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87b53-eeb6-4f1b-b64a-a71184714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d02825fa-fad5-47e3-87b0-561ed47aacf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e3d9cf-1858-4d2b-9a76-b668d86ade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1984ff-0189-47c4-bff6-293c7e96a393}" ma:internalName="TaxCatchAll" ma:showField="CatchAllData" ma:web="79e3d9cf-1858-4d2b-9a76-b668d86ade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FDB6F-F43A-461A-9C0D-A8A35BB94905}">
  <ds:schemaRefs>
    <ds:schemaRef ds:uri="http://schemas.microsoft.com/office/2006/metadata/properties"/>
    <ds:schemaRef ds:uri="http://schemas.microsoft.com/office/infopath/2007/PartnerControls"/>
    <ds:schemaRef ds:uri="79e3d9cf-1858-4d2b-9a76-b668d86adea0"/>
    <ds:schemaRef ds:uri="64e87b53-eeb6-4f1b-b64a-a71184714749"/>
  </ds:schemaRefs>
</ds:datastoreItem>
</file>

<file path=customXml/itemProps2.xml><?xml version="1.0" encoding="utf-8"?>
<ds:datastoreItem xmlns:ds="http://schemas.openxmlformats.org/officeDocument/2006/customXml" ds:itemID="{A63C729C-6894-4327-B6EF-766FEAB52174}">
  <ds:schemaRefs>
    <ds:schemaRef ds:uri="http://schemas.microsoft.com/sharepoint/v3/contenttype/forms"/>
  </ds:schemaRefs>
</ds:datastoreItem>
</file>

<file path=customXml/itemProps3.xml><?xml version="1.0" encoding="utf-8"?>
<ds:datastoreItem xmlns:ds="http://schemas.openxmlformats.org/officeDocument/2006/customXml" ds:itemID="{99498C00-2CB1-4FEA-B219-2CA64A7C5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87b53-eeb6-4f1b-b64a-a71184714749"/>
    <ds:schemaRef ds:uri="79e3d9cf-1858-4d2b-9a76-b668d86ad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KBF_memorandum_2026_prazan.dotx</Template>
  <TotalTime>13</TotalTime>
  <Pages>1</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KBF memorandum – prazan</dc:title>
  <dc:subject/>
  <dc:creator>Maja MK. Keresa</dc:creator>
  <cp:keywords/>
  <dc:description>generated by python-docx</dc:description>
  <cp:lastModifiedBy>Maja Kereša</cp:lastModifiedBy>
  <cp:revision>9</cp:revision>
  <dcterms:created xsi:type="dcterms:W3CDTF">2026-09-17T13:49:00Z</dcterms:created>
  <dcterms:modified xsi:type="dcterms:W3CDTF">2026-09-18T13:36:00Z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0x0101003F083A5185567B4A874F4F27B5EA56D5</vt:lpwstr>
  </property>
  <property fmtid="{D5CDD505-2E9C-101B-9397-08002B2CF9AE}" pid="3" name="MediaServiceImageTags">
    <vt:lpwstr/>
  </property>
</Properties>
</file>