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12DEE" w14:textId="77777777" w:rsidR="000354C1" w:rsidRDefault="000354C1" w:rsidP="000354C1">
      <w:pPr>
        <w:rPr>
          <w:rFonts w:ascii="Cambria" w:hAnsi="Cambria" w:cs="Tahoma"/>
          <w:sz w:val="22"/>
          <w:szCs w:val="22"/>
        </w:rPr>
      </w:pPr>
    </w:p>
    <w:p w14:paraId="5F4BA9E6" w14:textId="77777777" w:rsidR="000354C1" w:rsidRDefault="000354C1" w:rsidP="000354C1">
      <w:pPr>
        <w:rPr>
          <w:rFonts w:ascii="Cambria" w:hAnsi="Cambria" w:cs="Tahoma"/>
          <w:b/>
          <w:bCs/>
        </w:rPr>
      </w:pPr>
      <w:r w:rsidRPr="00535484">
        <w:rPr>
          <w:rFonts w:ascii="Cambria" w:hAnsi="Cambria" w:cs="Tahoma"/>
        </w:rPr>
        <w:t xml:space="preserve">* </w:t>
      </w:r>
      <w:proofErr w:type="spellStart"/>
      <w:r w:rsidRPr="00535484">
        <w:rPr>
          <w:rFonts w:ascii="Cambria" w:hAnsi="Cambria" w:cs="Tahoma"/>
        </w:rPr>
        <w:t>Uručnik</w:t>
      </w:r>
      <w:proofErr w:type="spellEnd"/>
      <w:r>
        <w:rPr>
          <w:rFonts w:ascii="Cambria" w:hAnsi="Cambria" w:cs="Tahoma"/>
        </w:rPr>
        <w:t>,</w:t>
      </w:r>
      <w:r w:rsidRPr="00535484">
        <w:rPr>
          <w:rFonts w:ascii="Cambria" w:hAnsi="Cambria" w:cs="Tahoma"/>
        </w:rPr>
        <w:t xml:space="preserve"> nakon</w:t>
      </w:r>
      <w:r>
        <w:rPr>
          <w:rFonts w:ascii="Cambria" w:hAnsi="Cambria" w:cs="Tahoma"/>
        </w:rPr>
        <w:t xml:space="preserve"> što ga je odobrio</w:t>
      </w:r>
      <w:r w:rsidRPr="00535484">
        <w:rPr>
          <w:rFonts w:ascii="Cambria" w:hAnsi="Cambria" w:cs="Tahoma"/>
        </w:rPr>
        <w:t xml:space="preserve"> studentsk</w:t>
      </w:r>
      <w:r>
        <w:rPr>
          <w:rFonts w:ascii="Cambria" w:hAnsi="Cambria" w:cs="Tahoma"/>
        </w:rPr>
        <w:t>i</w:t>
      </w:r>
      <w:r w:rsidRPr="00535484">
        <w:rPr>
          <w:rFonts w:ascii="Cambria" w:hAnsi="Cambria" w:cs="Tahoma"/>
        </w:rPr>
        <w:t xml:space="preserve"> savjetnik/mentor</w:t>
      </w:r>
      <w:r>
        <w:rPr>
          <w:rFonts w:ascii="Cambria" w:hAnsi="Cambria" w:cs="Tahoma"/>
        </w:rPr>
        <w:t>,</w:t>
      </w:r>
      <w:r w:rsidRPr="00535484">
        <w:rPr>
          <w:rFonts w:ascii="Cambria" w:hAnsi="Cambria" w:cs="Tahoma"/>
        </w:rPr>
        <w:t xml:space="preserve"> </w:t>
      </w:r>
      <w:r>
        <w:rPr>
          <w:rFonts w:ascii="Cambria" w:hAnsi="Cambria" w:cs="Tahoma"/>
        </w:rPr>
        <w:t xml:space="preserve">student </w:t>
      </w:r>
      <w:r w:rsidRPr="00535484">
        <w:rPr>
          <w:rFonts w:ascii="Cambria" w:hAnsi="Cambria" w:cs="Tahoma"/>
        </w:rPr>
        <w:t xml:space="preserve">treba dostaviti u </w:t>
      </w:r>
      <w:r>
        <w:rPr>
          <w:rFonts w:ascii="Cambria" w:hAnsi="Cambria" w:cs="Tahoma"/>
        </w:rPr>
        <w:br/>
        <w:t xml:space="preserve">   R</w:t>
      </w:r>
      <w:r w:rsidRPr="00535484">
        <w:rPr>
          <w:rFonts w:ascii="Cambria" w:hAnsi="Cambria" w:cs="Tahoma"/>
        </w:rPr>
        <w:t>eferadu</w:t>
      </w:r>
      <w:r>
        <w:rPr>
          <w:rFonts w:ascii="Cambria" w:hAnsi="Cambria" w:cs="Tahoma"/>
        </w:rPr>
        <w:t xml:space="preserve"> </w:t>
      </w:r>
      <w:r w:rsidRPr="00535484">
        <w:rPr>
          <w:rFonts w:ascii="Cambria" w:hAnsi="Cambria" w:cs="Tahoma"/>
        </w:rPr>
        <w:t xml:space="preserve">poslijediplomskog studija </w:t>
      </w:r>
      <w:r w:rsidRPr="009E1656">
        <w:rPr>
          <w:rFonts w:ascii="Cambria" w:hAnsi="Cambria" w:cs="Tahoma"/>
          <w:b/>
          <w:bCs/>
          <w:color w:val="FF0000"/>
        </w:rPr>
        <w:t>najkasnije 3 dana prije</w:t>
      </w:r>
      <w:r w:rsidRPr="00535484">
        <w:rPr>
          <w:rFonts w:ascii="Cambria" w:hAnsi="Cambria" w:cs="Tahoma"/>
        </w:rPr>
        <w:t xml:space="preserve"> </w:t>
      </w:r>
      <w:r w:rsidRPr="00E73B44">
        <w:rPr>
          <w:rFonts w:ascii="Cambria" w:hAnsi="Cambria" w:cs="Tahoma"/>
          <w:b/>
          <w:bCs/>
        </w:rPr>
        <w:t>održavanja</w:t>
      </w:r>
      <w:r w:rsidRPr="00535484">
        <w:rPr>
          <w:rFonts w:ascii="Cambria" w:hAnsi="Cambria" w:cs="Tahoma"/>
        </w:rPr>
        <w:t xml:space="preserve"> </w:t>
      </w:r>
      <w:r w:rsidRPr="00E73B44">
        <w:rPr>
          <w:rFonts w:ascii="Cambria" w:hAnsi="Cambria" w:cs="Tahoma"/>
          <w:b/>
          <w:bCs/>
        </w:rPr>
        <w:t>doktorske radionice.</w:t>
      </w:r>
    </w:p>
    <w:p w14:paraId="16792E82" w14:textId="77777777" w:rsidR="000354C1" w:rsidRPr="00535484" w:rsidRDefault="000354C1" w:rsidP="000354C1">
      <w:pPr>
        <w:rPr>
          <w:rFonts w:ascii="Cambria" w:hAnsi="Cambria" w:cs="Tahoma"/>
        </w:rPr>
      </w:pPr>
    </w:p>
    <w:tbl>
      <w:tblPr>
        <w:tblpPr w:leftFromText="180" w:rightFromText="180" w:vertAnchor="text" w:horzAnchor="margin" w:tblpY="84"/>
        <w:tblW w:w="10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340"/>
      </w:tblGrid>
      <w:tr w:rsidR="000354C1" w:rsidRPr="008A7BA4" w14:paraId="76E3929A" w14:textId="77777777" w:rsidTr="0051050F">
        <w:tc>
          <w:tcPr>
            <w:tcW w:w="10000" w:type="dxa"/>
            <w:gridSpan w:val="2"/>
          </w:tcPr>
          <w:p w14:paraId="478A7D57" w14:textId="77777777" w:rsidR="000354C1" w:rsidRPr="000354C1" w:rsidRDefault="000354C1" w:rsidP="0051050F">
            <w:pPr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0354C1">
              <w:rPr>
                <w:rFonts w:ascii="Cambria" w:hAnsi="Cambria" w:cs="Arial"/>
                <w:b/>
                <w:sz w:val="24"/>
                <w:szCs w:val="24"/>
              </w:rPr>
              <w:t>URUČNIK IZLAGANJA ZA DOKTORSKU RADIONICU</w:t>
            </w:r>
          </w:p>
          <w:p w14:paraId="26F74374" w14:textId="53AA2604" w:rsidR="000354C1" w:rsidRPr="00C66C1F" w:rsidRDefault="000354C1" w:rsidP="0051050F">
            <w:pPr>
              <w:jc w:val="center"/>
              <w:rPr>
                <w:rFonts w:ascii="Cambria" w:hAnsi="Cambria" w:cs="Arial"/>
                <w:b/>
              </w:rPr>
            </w:pPr>
            <w:r w:rsidRPr="000354C1">
              <w:rPr>
                <w:rFonts w:ascii="Cambria" w:hAnsi="Cambria" w:cs="Arial"/>
                <w:b/>
                <w:sz w:val="24"/>
                <w:szCs w:val="24"/>
              </w:rPr>
              <w:t>Akademska godina 20</w:t>
            </w:r>
            <w:r w:rsidRPr="000354C1">
              <w:rPr>
                <w:rFonts w:ascii="Cambria" w:hAnsi="Cambria" w:cs="Arial"/>
                <w:b/>
                <w:sz w:val="24"/>
                <w:szCs w:val="24"/>
              </w:rPr>
              <w:t>__</w:t>
            </w:r>
            <w:r w:rsidRPr="000354C1">
              <w:rPr>
                <w:rFonts w:ascii="Cambria" w:hAnsi="Cambria" w:cs="Arial"/>
                <w:b/>
                <w:sz w:val="24"/>
                <w:szCs w:val="24"/>
              </w:rPr>
              <w:t>__/20</w:t>
            </w:r>
            <w:r w:rsidRPr="000354C1">
              <w:rPr>
                <w:rFonts w:ascii="Cambria" w:hAnsi="Cambria" w:cs="Arial"/>
                <w:b/>
                <w:sz w:val="24"/>
                <w:szCs w:val="24"/>
              </w:rPr>
              <w:t>__</w:t>
            </w:r>
            <w:r w:rsidRPr="000354C1">
              <w:rPr>
                <w:rFonts w:ascii="Cambria" w:hAnsi="Cambria" w:cs="Arial"/>
                <w:b/>
                <w:sz w:val="24"/>
                <w:szCs w:val="24"/>
              </w:rPr>
              <w:t>__</w:t>
            </w:r>
          </w:p>
        </w:tc>
      </w:tr>
      <w:tr w:rsidR="000354C1" w:rsidRPr="008A7BA4" w14:paraId="4BD9815C" w14:textId="77777777" w:rsidTr="0051050F">
        <w:trPr>
          <w:trHeight w:val="204"/>
        </w:trPr>
        <w:tc>
          <w:tcPr>
            <w:tcW w:w="2660" w:type="dxa"/>
            <w:vAlign w:val="center"/>
          </w:tcPr>
          <w:p w14:paraId="137C1981" w14:textId="77777777" w:rsidR="000354C1" w:rsidRPr="00B65A04" w:rsidRDefault="000354C1" w:rsidP="0051050F">
            <w:pPr>
              <w:tabs>
                <w:tab w:val="left" w:pos="883"/>
                <w:tab w:val="right" w:pos="9638"/>
              </w:tabs>
              <w:rPr>
                <w:rFonts w:ascii="Cambria" w:hAnsi="Cambria" w:cs="Arial"/>
                <w:b/>
                <w:sz w:val="22"/>
                <w:szCs w:val="22"/>
              </w:rPr>
            </w:pPr>
            <w:r w:rsidRPr="00B65A04">
              <w:rPr>
                <w:rFonts w:ascii="Cambria" w:hAnsi="Cambria" w:cs="Arial"/>
                <w:b/>
                <w:sz w:val="22"/>
                <w:szCs w:val="22"/>
              </w:rPr>
              <w:t>Ime i prezime studenta</w:t>
            </w:r>
          </w:p>
        </w:tc>
        <w:tc>
          <w:tcPr>
            <w:tcW w:w="7340" w:type="dxa"/>
          </w:tcPr>
          <w:p w14:paraId="1AEB3192" w14:textId="77777777" w:rsidR="000354C1" w:rsidRPr="008A7BA4" w:rsidRDefault="000354C1" w:rsidP="0051050F">
            <w:pPr>
              <w:rPr>
                <w:rFonts w:ascii="Cambria" w:hAnsi="Cambria"/>
              </w:rPr>
            </w:pPr>
          </w:p>
        </w:tc>
      </w:tr>
      <w:tr w:rsidR="000354C1" w:rsidRPr="008A7BA4" w14:paraId="2F186981" w14:textId="77777777" w:rsidTr="0051050F">
        <w:trPr>
          <w:trHeight w:val="231"/>
        </w:trPr>
        <w:tc>
          <w:tcPr>
            <w:tcW w:w="2660" w:type="dxa"/>
          </w:tcPr>
          <w:p w14:paraId="72447FA9" w14:textId="77777777" w:rsidR="000354C1" w:rsidRPr="00B65A04" w:rsidRDefault="000354C1" w:rsidP="0051050F">
            <w:pPr>
              <w:pStyle w:val="Bezproreda"/>
              <w:spacing w:line="240" w:lineRule="atLeast"/>
              <w:rPr>
                <w:b/>
              </w:rPr>
            </w:pPr>
            <w:r w:rsidRPr="00B65A04">
              <w:rPr>
                <w:b/>
              </w:rPr>
              <w:t>Modul</w:t>
            </w:r>
          </w:p>
        </w:tc>
        <w:tc>
          <w:tcPr>
            <w:tcW w:w="7340" w:type="dxa"/>
          </w:tcPr>
          <w:p w14:paraId="48E25D0C" w14:textId="77777777" w:rsidR="000354C1" w:rsidRPr="00823089" w:rsidRDefault="000354C1" w:rsidP="0051050F">
            <w:pPr>
              <w:pStyle w:val="Bezproreda"/>
              <w:jc w:val="both"/>
              <w:rPr>
                <w:b/>
                <w:sz w:val="24"/>
                <w:szCs w:val="24"/>
              </w:rPr>
            </w:pPr>
          </w:p>
        </w:tc>
      </w:tr>
      <w:tr w:rsidR="000354C1" w:rsidRPr="008A7BA4" w14:paraId="3824AC4B" w14:textId="77777777" w:rsidTr="0051050F">
        <w:trPr>
          <w:trHeight w:val="784"/>
        </w:trPr>
        <w:tc>
          <w:tcPr>
            <w:tcW w:w="2660" w:type="dxa"/>
          </w:tcPr>
          <w:p w14:paraId="56945307" w14:textId="77777777" w:rsidR="000354C1" w:rsidRPr="00B65A04" w:rsidRDefault="000354C1" w:rsidP="0051050F">
            <w:pPr>
              <w:pStyle w:val="Bezproreda"/>
              <w:spacing w:before="120" w:after="120"/>
              <w:rPr>
                <w:rFonts w:eastAsia="Calibri" w:cs="Arial"/>
                <w:b/>
              </w:rPr>
            </w:pPr>
            <w:proofErr w:type="spellStart"/>
            <w:r w:rsidRPr="00B65A04">
              <w:rPr>
                <w:rFonts w:eastAsia="Calibri" w:cs="Arial"/>
                <w:b/>
              </w:rPr>
              <w:t>Uručnik</w:t>
            </w:r>
            <w:proofErr w:type="spellEnd"/>
            <w:r w:rsidRPr="00B65A04">
              <w:rPr>
                <w:rFonts w:eastAsia="Calibri" w:cs="Arial"/>
                <w:b/>
              </w:rPr>
              <w:t xml:space="preserve"> izlaganja za </w:t>
            </w:r>
          </w:p>
        </w:tc>
        <w:tc>
          <w:tcPr>
            <w:tcW w:w="7340" w:type="dxa"/>
          </w:tcPr>
          <w:p w14:paraId="1342133B" w14:textId="77777777" w:rsidR="000354C1" w:rsidRPr="0065612B" w:rsidRDefault="000354C1" w:rsidP="0051050F">
            <w:pPr>
              <w:pStyle w:val="Bezproreda"/>
              <w:spacing w:before="120" w:after="120"/>
              <w:ind w:firstLine="425"/>
              <w:jc w:val="both"/>
              <w:rPr>
                <w:i/>
                <w:sz w:val="18"/>
                <w:szCs w:val="18"/>
              </w:rPr>
            </w:pPr>
            <w:r w:rsidRPr="0065612B">
              <w:rPr>
                <w:rFonts w:eastAsia="Calibri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612B">
              <w:rPr>
                <w:rFonts w:eastAsia="Calibri" w:cs="Arial"/>
                <w:sz w:val="20"/>
                <w:szCs w:val="20"/>
              </w:rPr>
              <w:instrText xml:space="preserve"> FORMCHECKBOX </w:instrText>
            </w:r>
            <w:r w:rsidRPr="0065612B">
              <w:rPr>
                <w:rFonts w:eastAsia="Calibri" w:cs="Arial"/>
                <w:sz w:val="20"/>
                <w:szCs w:val="20"/>
              </w:rPr>
            </w:r>
            <w:r w:rsidRPr="0065612B">
              <w:rPr>
                <w:rFonts w:eastAsia="Calibri" w:cs="Arial"/>
                <w:sz w:val="20"/>
                <w:szCs w:val="20"/>
              </w:rPr>
              <w:fldChar w:fldCharType="separate"/>
            </w:r>
            <w:r w:rsidRPr="0065612B">
              <w:rPr>
                <w:rFonts w:eastAsia="Calibri" w:cs="Arial"/>
                <w:sz w:val="20"/>
                <w:szCs w:val="20"/>
              </w:rPr>
              <w:fldChar w:fldCharType="end"/>
            </w:r>
            <w:r w:rsidRPr="0065612B">
              <w:rPr>
                <w:rFonts w:eastAsia="Calibri" w:cs="Arial"/>
                <w:sz w:val="20"/>
                <w:szCs w:val="20"/>
              </w:rPr>
              <w:t xml:space="preserve">   </w:t>
            </w:r>
            <w:proofErr w:type="spellStart"/>
            <w:r>
              <w:rPr>
                <w:b/>
                <w:sz w:val="20"/>
                <w:szCs w:val="20"/>
              </w:rPr>
              <w:t>Licencijatski</w:t>
            </w:r>
            <w:proofErr w:type="spellEnd"/>
            <w:r>
              <w:rPr>
                <w:b/>
                <w:sz w:val="20"/>
                <w:szCs w:val="20"/>
              </w:rPr>
              <w:t xml:space="preserve"> rad</w:t>
            </w:r>
          </w:p>
          <w:p w14:paraId="68E8702F" w14:textId="77777777" w:rsidR="000354C1" w:rsidRPr="00823089" w:rsidRDefault="000354C1" w:rsidP="0051050F">
            <w:pPr>
              <w:pStyle w:val="Bezproreda"/>
              <w:spacing w:before="120" w:after="120"/>
              <w:ind w:firstLine="425"/>
              <w:jc w:val="both"/>
            </w:pPr>
            <w:r w:rsidRPr="0065612B">
              <w:rPr>
                <w:rFonts w:eastAsia="Calibri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612B">
              <w:rPr>
                <w:rFonts w:eastAsia="Calibri" w:cs="Arial"/>
                <w:sz w:val="20"/>
                <w:szCs w:val="20"/>
              </w:rPr>
              <w:instrText xml:space="preserve"> FORMCHECKBOX </w:instrText>
            </w:r>
            <w:r w:rsidRPr="0065612B">
              <w:rPr>
                <w:rFonts w:eastAsia="Calibri" w:cs="Arial"/>
                <w:sz w:val="20"/>
                <w:szCs w:val="20"/>
              </w:rPr>
            </w:r>
            <w:r w:rsidRPr="0065612B">
              <w:rPr>
                <w:rFonts w:eastAsia="Calibri" w:cs="Arial"/>
                <w:sz w:val="20"/>
                <w:szCs w:val="20"/>
              </w:rPr>
              <w:fldChar w:fldCharType="separate"/>
            </w:r>
            <w:r w:rsidRPr="0065612B">
              <w:rPr>
                <w:rFonts w:eastAsia="Calibri" w:cs="Arial"/>
                <w:sz w:val="20"/>
                <w:szCs w:val="20"/>
              </w:rPr>
              <w:fldChar w:fldCharType="end"/>
            </w:r>
            <w:r w:rsidRPr="0065612B">
              <w:rPr>
                <w:rFonts w:eastAsia="Calibri" w:cs="Arial"/>
                <w:sz w:val="20"/>
                <w:szCs w:val="20"/>
              </w:rPr>
              <w:t xml:space="preserve">   </w:t>
            </w:r>
            <w:r>
              <w:rPr>
                <w:b/>
                <w:sz w:val="20"/>
                <w:szCs w:val="20"/>
              </w:rPr>
              <w:t>Doktorski rad</w:t>
            </w:r>
          </w:p>
        </w:tc>
      </w:tr>
      <w:tr w:rsidR="000354C1" w:rsidRPr="008A7BA4" w14:paraId="3D1AB382" w14:textId="77777777" w:rsidTr="0051050F">
        <w:trPr>
          <w:trHeight w:val="576"/>
        </w:trPr>
        <w:tc>
          <w:tcPr>
            <w:tcW w:w="2660" w:type="dxa"/>
          </w:tcPr>
          <w:p w14:paraId="71F27E54" w14:textId="77777777" w:rsidR="000354C1" w:rsidRPr="00B65A04" w:rsidRDefault="000354C1" w:rsidP="0051050F">
            <w:pPr>
              <w:pStyle w:val="Bezproreda"/>
            </w:pPr>
            <w:r w:rsidRPr="00B65A04">
              <w:rPr>
                <w:b/>
              </w:rPr>
              <w:t>Studijski savjetnik/</w:t>
            </w:r>
            <w:r>
              <w:rPr>
                <w:b/>
              </w:rPr>
              <w:t xml:space="preserve"> </w:t>
            </w:r>
            <w:r w:rsidRPr="00B65A04">
              <w:rPr>
                <w:b/>
              </w:rPr>
              <w:t>mentor</w:t>
            </w:r>
          </w:p>
        </w:tc>
        <w:tc>
          <w:tcPr>
            <w:tcW w:w="7340" w:type="dxa"/>
          </w:tcPr>
          <w:p w14:paraId="7EE5487C" w14:textId="77777777" w:rsidR="000354C1" w:rsidRDefault="000354C1" w:rsidP="0051050F">
            <w:pPr>
              <w:pStyle w:val="Bezproreda"/>
              <w:jc w:val="both"/>
            </w:pPr>
          </w:p>
        </w:tc>
      </w:tr>
      <w:tr w:rsidR="000354C1" w:rsidRPr="008A7BA4" w14:paraId="364B124A" w14:textId="77777777" w:rsidTr="0051050F">
        <w:trPr>
          <w:trHeight w:val="576"/>
        </w:trPr>
        <w:tc>
          <w:tcPr>
            <w:tcW w:w="2660" w:type="dxa"/>
          </w:tcPr>
          <w:p w14:paraId="446562CF" w14:textId="77777777" w:rsidR="000354C1" w:rsidRPr="00B65A04" w:rsidRDefault="000354C1" w:rsidP="0051050F">
            <w:pPr>
              <w:pStyle w:val="Bezproreda"/>
              <w:rPr>
                <w:b/>
              </w:rPr>
            </w:pPr>
            <w:r w:rsidRPr="00B65A04">
              <w:rPr>
                <w:b/>
              </w:rPr>
              <w:t>(Radni) naslov rada</w:t>
            </w:r>
          </w:p>
        </w:tc>
        <w:tc>
          <w:tcPr>
            <w:tcW w:w="7340" w:type="dxa"/>
          </w:tcPr>
          <w:p w14:paraId="008C7E36" w14:textId="77777777" w:rsidR="000354C1" w:rsidRDefault="000354C1" w:rsidP="0051050F">
            <w:pPr>
              <w:pStyle w:val="Bezproreda"/>
              <w:jc w:val="both"/>
            </w:pPr>
          </w:p>
          <w:p w14:paraId="28D29D62" w14:textId="77777777" w:rsidR="000354C1" w:rsidRDefault="000354C1" w:rsidP="0051050F">
            <w:pPr>
              <w:pStyle w:val="Bezproreda"/>
              <w:jc w:val="both"/>
            </w:pPr>
          </w:p>
          <w:p w14:paraId="32EC822F" w14:textId="77777777" w:rsidR="000354C1" w:rsidRDefault="000354C1" w:rsidP="0051050F">
            <w:pPr>
              <w:pStyle w:val="Bezproreda"/>
              <w:jc w:val="both"/>
            </w:pPr>
          </w:p>
        </w:tc>
      </w:tr>
      <w:tr w:rsidR="000354C1" w:rsidRPr="008A7BA4" w14:paraId="5B57BB30" w14:textId="77777777" w:rsidTr="0051050F">
        <w:trPr>
          <w:trHeight w:val="576"/>
        </w:trPr>
        <w:tc>
          <w:tcPr>
            <w:tcW w:w="2660" w:type="dxa"/>
          </w:tcPr>
          <w:p w14:paraId="79096E78" w14:textId="77777777" w:rsidR="000354C1" w:rsidRPr="00B65A04" w:rsidRDefault="000354C1" w:rsidP="0051050F">
            <w:pPr>
              <w:pStyle w:val="Bezproreda"/>
              <w:rPr>
                <w:b/>
              </w:rPr>
            </w:pPr>
            <w:r w:rsidRPr="00B65A04">
              <w:rPr>
                <w:b/>
              </w:rPr>
              <w:t>Ciljevi</w:t>
            </w:r>
          </w:p>
        </w:tc>
        <w:tc>
          <w:tcPr>
            <w:tcW w:w="7340" w:type="dxa"/>
          </w:tcPr>
          <w:p w14:paraId="79DFE1FC" w14:textId="77777777" w:rsidR="000354C1" w:rsidRDefault="000354C1" w:rsidP="0051050F">
            <w:pPr>
              <w:pStyle w:val="Bezproreda"/>
              <w:jc w:val="both"/>
            </w:pPr>
          </w:p>
          <w:p w14:paraId="1CED6C12" w14:textId="77777777" w:rsidR="000354C1" w:rsidRDefault="000354C1" w:rsidP="0051050F">
            <w:pPr>
              <w:pStyle w:val="Bezproreda"/>
              <w:jc w:val="both"/>
            </w:pPr>
          </w:p>
        </w:tc>
      </w:tr>
      <w:tr w:rsidR="000354C1" w:rsidRPr="008A7BA4" w14:paraId="7167B345" w14:textId="77777777" w:rsidTr="0051050F">
        <w:trPr>
          <w:trHeight w:val="576"/>
        </w:trPr>
        <w:tc>
          <w:tcPr>
            <w:tcW w:w="2660" w:type="dxa"/>
          </w:tcPr>
          <w:p w14:paraId="4FB519AC" w14:textId="77777777" w:rsidR="000354C1" w:rsidRPr="00B65A04" w:rsidRDefault="000354C1" w:rsidP="0051050F">
            <w:pPr>
              <w:pStyle w:val="Bezproreda"/>
              <w:rPr>
                <w:b/>
              </w:rPr>
            </w:pPr>
            <w:r w:rsidRPr="00B65A04">
              <w:rPr>
                <w:b/>
              </w:rPr>
              <w:t>Hipoteze</w:t>
            </w:r>
          </w:p>
        </w:tc>
        <w:tc>
          <w:tcPr>
            <w:tcW w:w="7340" w:type="dxa"/>
          </w:tcPr>
          <w:p w14:paraId="71A6B146" w14:textId="77777777" w:rsidR="000354C1" w:rsidRDefault="000354C1" w:rsidP="0051050F">
            <w:pPr>
              <w:pStyle w:val="Bezproreda"/>
              <w:jc w:val="both"/>
            </w:pPr>
          </w:p>
          <w:p w14:paraId="22EBC9CF" w14:textId="77777777" w:rsidR="000354C1" w:rsidRDefault="000354C1" w:rsidP="0051050F">
            <w:pPr>
              <w:pStyle w:val="Bezproreda"/>
              <w:jc w:val="both"/>
            </w:pPr>
          </w:p>
          <w:p w14:paraId="4AA9DBF2" w14:textId="77777777" w:rsidR="000354C1" w:rsidRDefault="000354C1" w:rsidP="0051050F">
            <w:pPr>
              <w:pStyle w:val="Bezproreda"/>
              <w:jc w:val="both"/>
            </w:pPr>
          </w:p>
        </w:tc>
      </w:tr>
      <w:tr w:rsidR="000354C1" w:rsidRPr="008A7BA4" w14:paraId="6AC11A5E" w14:textId="77777777" w:rsidTr="0051050F">
        <w:trPr>
          <w:trHeight w:val="576"/>
        </w:trPr>
        <w:tc>
          <w:tcPr>
            <w:tcW w:w="2660" w:type="dxa"/>
          </w:tcPr>
          <w:p w14:paraId="32554E89" w14:textId="77777777" w:rsidR="000354C1" w:rsidRPr="00B65A04" w:rsidRDefault="000354C1" w:rsidP="0051050F">
            <w:pPr>
              <w:pStyle w:val="Bezproreda"/>
              <w:rPr>
                <w:b/>
              </w:rPr>
            </w:pPr>
            <w:r w:rsidRPr="00B65A04">
              <w:rPr>
                <w:b/>
              </w:rPr>
              <w:t>Dosadašnje istraživanje</w:t>
            </w:r>
          </w:p>
        </w:tc>
        <w:tc>
          <w:tcPr>
            <w:tcW w:w="7340" w:type="dxa"/>
          </w:tcPr>
          <w:p w14:paraId="0DB2A9FA" w14:textId="77777777" w:rsidR="000354C1" w:rsidRDefault="000354C1" w:rsidP="0051050F">
            <w:pPr>
              <w:pStyle w:val="Bezproreda"/>
              <w:jc w:val="both"/>
            </w:pPr>
          </w:p>
          <w:p w14:paraId="1A2F84E2" w14:textId="77777777" w:rsidR="000354C1" w:rsidRDefault="000354C1" w:rsidP="0051050F">
            <w:pPr>
              <w:pStyle w:val="Bezproreda"/>
              <w:jc w:val="both"/>
            </w:pPr>
          </w:p>
          <w:p w14:paraId="2C099A42" w14:textId="77777777" w:rsidR="000354C1" w:rsidRDefault="000354C1" w:rsidP="0051050F">
            <w:pPr>
              <w:pStyle w:val="Bezproreda"/>
              <w:jc w:val="both"/>
            </w:pPr>
          </w:p>
          <w:p w14:paraId="076FACBF" w14:textId="77777777" w:rsidR="000354C1" w:rsidRDefault="000354C1" w:rsidP="0051050F">
            <w:pPr>
              <w:pStyle w:val="Bezproreda"/>
              <w:jc w:val="both"/>
            </w:pPr>
          </w:p>
          <w:p w14:paraId="6242DBE6" w14:textId="77777777" w:rsidR="000354C1" w:rsidRDefault="000354C1" w:rsidP="0051050F">
            <w:pPr>
              <w:pStyle w:val="Bezproreda"/>
              <w:jc w:val="both"/>
            </w:pPr>
          </w:p>
          <w:p w14:paraId="39FAEF74" w14:textId="77777777" w:rsidR="000354C1" w:rsidRDefault="000354C1" w:rsidP="0051050F">
            <w:pPr>
              <w:pStyle w:val="Bezproreda"/>
              <w:jc w:val="both"/>
            </w:pPr>
          </w:p>
        </w:tc>
      </w:tr>
      <w:tr w:rsidR="000354C1" w:rsidRPr="008A7BA4" w14:paraId="51D73D52" w14:textId="77777777" w:rsidTr="0051050F">
        <w:trPr>
          <w:trHeight w:val="576"/>
        </w:trPr>
        <w:tc>
          <w:tcPr>
            <w:tcW w:w="2660" w:type="dxa"/>
          </w:tcPr>
          <w:p w14:paraId="0D1D7134" w14:textId="77777777" w:rsidR="000354C1" w:rsidRPr="00B65A04" w:rsidRDefault="000354C1" w:rsidP="0051050F">
            <w:pPr>
              <w:pStyle w:val="Bezproreda"/>
              <w:rPr>
                <w:b/>
              </w:rPr>
            </w:pPr>
            <w:r w:rsidRPr="00B65A04">
              <w:rPr>
                <w:b/>
              </w:rPr>
              <w:t>Na ovoj doktorskoj radionici predstavljam</w:t>
            </w:r>
          </w:p>
        </w:tc>
        <w:tc>
          <w:tcPr>
            <w:tcW w:w="7340" w:type="dxa"/>
          </w:tcPr>
          <w:p w14:paraId="3D8C7E54" w14:textId="77777777" w:rsidR="000354C1" w:rsidRDefault="000354C1" w:rsidP="0051050F">
            <w:pPr>
              <w:pStyle w:val="Bezproreda"/>
              <w:jc w:val="both"/>
            </w:pPr>
          </w:p>
        </w:tc>
      </w:tr>
      <w:tr w:rsidR="000354C1" w:rsidRPr="008A7BA4" w14:paraId="0784698E" w14:textId="77777777" w:rsidTr="0051050F">
        <w:trPr>
          <w:trHeight w:val="576"/>
        </w:trPr>
        <w:tc>
          <w:tcPr>
            <w:tcW w:w="2660" w:type="dxa"/>
          </w:tcPr>
          <w:p w14:paraId="495866B4" w14:textId="77777777" w:rsidR="000354C1" w:rsidRPr="00B65A04" w:rsidRDefault="000354C1" w:rsidP="0051050F">
            <w:pPr>
              <w:pStyle w:val="Bezproreda"/>
              <w:rPr>
                <w:b/>
              </w:rPr>
            </w:pPr>
          </w:p>
          <w:p w14:paraId="5F68E127" w14:textId="77777777" w:rsidR="000354C1" w:rsidRPr="00B65A04" w:rsidRDefault="000354C1" w:rsidP="0051050F">
            <w:pPr>
              <w:pStyle w:val="Bezproreda"/>
              <w:rPr>
                <w:b/>
              </w:rPr>
            </w:pPr>
            <w:r w:rsidRPr="00B65A04">
              <w:rPr>
                <w:b/>
              </w:rPr>
              <w:t>Plan za sljedeću doktorsku radionicu</w:t>
            </w:r>
          </w:p>
        </w:tc>
        <w:tc>
          <w:tcPr>
            <w:tcW w:w="7340" w:type="dxa"/>
          </w:tcPr>
          <w:p w14:paraId="5592863C" w14:textId="77777777" w:rsidR="000354C1" w:rsidRDefault="000354C1" w:rsidP="0051050F">
            <w:pPr>
              <w:pStyle w:val="Bezproreda"/>
              <w:jc w:val="both"/>
            </w:pPr>
          </w:p>
          <w:p w14:paraId="7134894E" w14:textId="77777777" w:rsidR="000354C1" w:rsidRDefault="000354C1" w:rsidP="0051050F">
            <w:pPr>
              <w:pStyle w:val="Bezproreda"/>
              <w:jc w:val="both"/>
            </w:pPr>
          </w:p>
        </w:tc>
      </w:tr>
      <w:tr w:rsidR="000354C1" w:rsidRPr="008A7BA4" w14:paraId="2EE9A0E5" w14:textId="77777777" w:rsidTr="0051050F">
        <w:trPr>
          <w:trHeight w:val="576"/>
        </w:trPr>
        <w:tc>
          <w:tcPr>
            <w:tcW w:w="2660" w:type="dxa"/>
          </w:tcPr>
          <w:p w14:paraId="7DD21591" w14:textId="77777777" w:rsidR="000354C1" w:rsidRPr="00B65A04" w:rsidRDefault="000354C1" w:rsidP="0051050F">
            <w:pPr>
              <w:pStyle w:val="Bezproreda"/>
              <w:rPr>
                <w:b/>
              </w:rPr>
            </w:pPr>
            <w:r w:rsidRPr="00B65A04">
              <w:rPr>
                <w:b/>
              </w:rPr>
              <w:t>Literatura</w:t>
            </w:r>
          </w:p>
        </w:tc>
        <w:tc>
          <w:tcPr>
            <w:tcW w:w="7340" w:type="dxa"/>
          </w:tcPr>
          <w:p w14:paraId="7F926996" w14:textId="77777777" w:rsidR="000354C1" w:rsidRDefault="000354C1" w:rsidP="0051050F">
            <w:pPr>
              <w:pStyle w:val="Bezproreda"/>
              <w:jc w:val="both"/>
            </w:pPr>
          </w:p>
        </w:tc>
      </w:tr>
      <w:tr w:rsidR="000354C1" w:rsidRPr="008A7BA4" w14:paraId="6041D736" w14:textId="77777777" w:rsidTr="0051050F">
        <w:trPr>
          <w:trHeight w:val="567"/>
        </w:trPr>
        <w:tc>
          <w:tcPr>
            <w:tcW w:w="2660" w:type="dxa"/>
          </w:tcPr>
          <w:p w14:paraId="53CE3F57" w14:textId="77777777" w:rsidR="000354C1" w:rsidRPr="00B65A04" w:rsidRDefault="000354C1" w:rsidP="0051050F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B65A04">
              <w:rPr>
                <w:rFonts w:ascii="Cambria" w:hAnsi="Cambria" w:cs="Arial"/>
                <w:b/>
                <w:sz w:val="22"/>
                <w:szCs w:val="22"/>
              </w:rPr>
              <w:t xml:space="preserve">Datum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održavanja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B65A04">
              <w:rPr>
                <w:rFonts w:ascii="Cambria" w:hAnsi="Cambria" w:cs="Arial"/>
                <w:b/>
                <w:sz w:val="22"/>
                <w:szCs w:val="22"/>
              </w:rPr>
              <w:t>doktorske radionice</w:t>
            </w:r>
          </w:p>
        </w:tc>
        <w:tc>
          <w:tcPr>
            <w:tcW w:w="7340" w:type="dxa"/>
          </w:tcPr>
          <w:p w14:paraId="2A60D7C1" w14:textId="77777777" w:rsidR="000354C1" w:rsidRPr="008A7BA4" w:rsidRDefault="000354C1" w:rsidP="0051050F">
            <w:pPr>
              <w:rPr>
                <w:rFonts w:ascii="Cambria" w:hAnsi="Cambria"/>
              </w:rPr>
            </w:pPr>
          </w:p>
        </w:tc>
      </w:tr>
    </w:tbl>
    <w:p w14:paraId="58EA1320" w14:textId="77777777" w:rsidR="000354C1" w:rsidRDefault="000354C1" w:rsidP="000354C1">
      <w:pPr>
        <w:rPr>
          <w:rFonts w:ascii="Cambria" w:hAnsi="Cambria" w:cs="Arial"/>
          <w:sz w:val="22"/>
          <w:szCs w:val="22"/>
        </w:rPr>
      </w:pPr>
    </w:p>
    <w:p w14:paraId="4EBDB4ED" w14:textId="77777777" w:rsidR="0041107A" w:rsidRDefault="0041107A"/>
    <w:sectPr w:rsidR="0041107A" w:rsidSect="000354C1">
      <w:headerReference w:type="default" r:id="rId11"/>
      <w:footerReference w:type="default" r:id="rId12"/>
      <w:headerReference w:type="first" r:id="rId13"/>
      <w:pgSz w:w="11909" w:h="16834"/>
      <w:pgMar w:top="2602" w:right="1757" w:bottom="1656" w:left="993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B3528" w14:textId="77777777" w:rsidR="00A0517F" w:rsidRDefault="00A0517F">
      <w:r>
        <w:separator/>
      </w:r>
    </w:p>
  </w:endnote>
  <w:endnote w:type="continuationSeparator" w:id="0">
    <w:p w14:paraId="27C712D7" w14:textId="77777777" w:rsidR="00A0517F" w:rsidRDefault="00A0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64571D6A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7C233" w14:textId="77777777" w:rsidR="00A0517F" w:rsidRDefault="00A0517F">
      <w:r>
        <w:separator/>
      </w:r>
    </w:p>
  </w:footnote>
  <w:footnote w:type="continuationSeparator" w:id="0">
    <w:p w14:paraId="6F02C8D0" w14:textId="77777777" w:rsidR="00A0517F" w:rsidRDefault="00A05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1D787E57" w14:textId="77777777" w:rsidR="003C3782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65D85368" wp14:editId="3704A83B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55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48B6A50B" wp14:editId="21E66706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56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76749FA7" w14:textId="77777777" w:rsidR="003C3782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1F0B045C" wp14:editId="04B2F339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57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60299537" wp14:editId="364E5212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58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75AF5660" wp14:editId="629198E9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59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06A3FC30" wp14:editId="5C0E733C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60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DFE"/>
    <w:rsid w:val="000326ED"/>
    <w:rsid w:val="00034616"/>
    <w:rsid w:val="000354C1"/>
    <w:rsid w:val="0006063C"/>
    <w:rsid w:val="00063C97"/>
    <w:rsid w:val="00116D48"/>
    <w:rsid w:val="0015074B"/>
    <w:rsid w:val="001766A1"/>
    <w:rsid w:val="001E2DFE"/>
    <w:rsid w:val="0029639D"/>
    <w:rsid w:val="00326F90"/>
    <w:rsid w:val="00376C4A"/>
    <w:rsid w:val="003C3782"/>
    <w:rsid w:val="0041107A"/>
    <w:rsid w:val="00417135"/>
    <w:rsid w:val="007A1388"/>
    <w:rsid w:val="008358AF"/>
    <w:rsid w:val="008572B2"/>
    <w:rsid w:val="008C726C"/>
    <w:rsid w:val="00A0517F"/>
    <w:rsid w:val="00A0668E"/>
    <w:rsid w:val="00AA1D8D"/>
    <w:rsid w:val="00B47730"/>
    <w:rsid w:val="00CB0664"/>
    <w:rsid w:val="00DE066C"/>
    <w:rsid w:val="00DE42E4"/>
    <w:rsid w:val="00E06356"/>
    <w:rsid w:val="00F760FB"/>
    <w:rsid w:val="00FC693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4C935"/>
  <w14:defaultImageDpi w14:val="300"/>
  <w15:docId w15:val="{D33F0F39-8522-4124-8970-FA489837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D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2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4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3</cp:revision>
  <dcterms:created xsi:type="dcterms:W3CDTF">2026-09-17T13:46:00Z</dcterms:created>
  <dcterms:modified xsi:type="dcterms:W3CDTF">2026-09-18T07:31:00Z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