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2610"/>
        <w:gridCol w:w="83"/>
        <w:gridCol w:w="2036"/>
        <w:gridCol w:w="19"/>
        <w:gridCol w:w="2481"/>
      </w:tblGrid>
      <w:tr w:rsidR="00DE066C" w:rsidRPr="00C00294" w14:paraId="4AC55876" w14:textId="77777777" w:rsidTr="00F87781">
        <w:trPr>
          <w:trHeight w:hRule="exact" w:val="567"/>
          <w:jc w:val="center"/>
        </w:trPr>
        <w:tc>
          <w:tcPr>
            <w:tcW w:w="9924" w:type="dxa"/>
            <w:gridSpan w:val="6"/>
            <w:shd w:val="clear" w:color="auto" w:fill="BFBFBF"/>
            <w:vAlign w:val="center"/>
          </w:tcPr>
          <w:p w14:paraId="3401F94A" w14:textId="77777777" w:rsidR="00DE066C" w:rsidRPr="00C00294" w:rsidRDefault="00DE066C" w:rsidP="00F87781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ZAHTJEV ZA PROMJENOM STUDIJSKOG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C00294">
              <w:rPr>
                <w:rFonts w:ascii="Cambria" w:hAnsi="Cambria" w:cs="Arial"/>
                <w:b/>
                <w:sz w:val="22"/>
                <w:szCs w:val="22"/>
              </w:rPr>
              <w:t xml:space="preserve"> SAVJETNIKA</w:t>
            </w:r>
          </w:p>
        </w:tc>
      </w:tr>
      <w:tr w:rsidR="00DE066C" w:rsidRPr="00C00294" w14:paraId="0A42C97C" w14:textId="77777777" w:rsidTr="00F87781">
        <w:trPr>
          <w:trHeight w:hRule="exact" w:val="404"/>
          <w:jc w:val="center"/>
        </w:trPr>
        <w:tc>
          <w:tcPr>
            <w:tcW w:w="9924" w:type="dxa"/>
            <w:gridSpan w:val="6"/>
            <w:shd w:val="clear" w:color="auto" w:fill="EEECE1" w:themeFill="background2"/>
            <w:vAlign w:val="center"/>
          </w:tcPr>
          <w:p w14:paraId="0FDF72C6" w14:textId="77777777" w:rsidR="00DE066C" w:rsidRPr="00C00294" w:rsidRDefault="00DE066C" w:rsidP="00F87781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DE066C" w:rsidRPr="00C00294" w14:paraId="6DD4E16B" w14:textId="77777777" w:rsidTr="00F87781">
        <w:trPr>
          <w:trHeight w:hRule="exact" w:val="431"/>
          <w:jc w:val="center"/>
        </w:trPr>
        <w:tc>
          <w:tcPr>
            <w:tcW w:w="9924" w:type="dxa"/>
            <w:gridSpan w:val="6"/>
            <w:shd w:val="clear" w:color="auto" w:fill="BFBFBF"/>
            <w:vAlign w:val="center"/>
          </w:tcPr>
          <w:p w14:paraId="3F384C53" w14:textId="77777777" w:rsidR="00DE066C" w:rsidRPr="00C00294" w:rsidRDefault="00DE066C" w:rsidP="00F87781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OPĆI PODA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T</w:t>
            </w:r>
            <w:r w:rsidRPr="00C00294">
              <w:rPr>
                <w:rFonts w:ascii="Cambria" w:hAnsi="Cambria" w:cs="Arial"/>
                <w:b/>
                <w:sz w:val="22"/>
                <w:szCs w:val="22"/>
              </w:rPr>
              <w:t>CI I KONTAKT STUDENTA/STUDENTICE</w:t>
            </w:r>
          </w:p>
        </w:tc>
      </w:tr>
      <w:tr w:rsidR="00DE066C" w:rsidRPr="00C00294" w14:paraId="7E31ED0F" w14:textId="77777777" w:rsidTr="00F87781">
        <w:trPr>
          <w:trHeight w:val="454"/>
          <w:jc w:val="center"/>
        </w:trPr>
        <w:tc>
          <w:tcPr>
            <w:tcW w:w="2695" w:type="dxa"/>
            <w:shd w:val="clear" w:color="auto" w:fill="BFBFBF"/>
            <w:vAlign w:val="center"/>
          </w:tcPr>
          <w:p w14:paraId="1AD8BAD6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Ime i prezime studenta/studentice</w:t>
            </w:r>
          </w:p>
        </w:tc>
        <w:tc>
          <w:tcPr>
            <w:tcW w:w="7229" w:type="dxa"/>
            <w:gridSpan w:val="5"/>
            <w:vAlign w:val="center"/>
          </w:tcPr>
          <w:p w14:paraId="07846C0D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00294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C00294">
              <w:rPr>
                <w:rFonts w:ascii="Cambria" w:hAnsi="Cambria" w:cs="Arial"/>
                <w:sz w:val="22"/>
                <w:szCs w:val="22"/>
              </w:rPr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DE066C" w:rsidRPr="00C00294" w14:paraId="7823CBDD" w14:textId="77777777" w:rsidTr="00F87781">
        <w:trPr>
          <w:trHeight w:val="454"/>
          <w:jc w:val="center"/>
        </w:trPr>
        <w:tc>
          <w:tcPr>
            <w:tcW w:w="2695" w:type="dxa"/>
            <w:shd w:val="clear" w:color="auto" w:fill="BFBFBF"/>
            <w:vAlign w:val="center"/>
          </w:tcPr>
          <w:p w14:paraId="5C605D72" w14:textId="77777777" w:rsidR="00DE066C" w:rsidRPr="00C00294" w:rsidRDefault="00DE066C" w:rsidP="00F8778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Matični broj studenta/studentice</w:t>
            </w:r>
          </w:p>
        </w:tc>
        <w:tc>
          <w:tcPr>
            <w:tcW w:w="7229" w:type="dxa"/>
            <w:gridSpan w:val="5"/>
            <w:vAlign w:val="center"/>
          </w:tcPr>
          <w:p w14:paraId="77EDC823" w14:textId="77777777" w:rsidR="00DE066C" w:rsidRPr="00C00294" w:rsidRDefault="00DE066C" w:rsidP="00F8778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0294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C00294">
              <w:rPr>
                <w:rFonts w:ascii="Cambria" w:hAnsi="Cambria" w:cs="Arial"/>
                <w:sz w:val="22"/>
                <w:szCs w:val="22"/>
              </w:rPr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DE066C" w:rsidRPr="00C00294" w14:paraId="48EBF0A5" w14:textId="77777777" w:rsidTr="00F87781">
        <w:trPr>
          <w:trHeight w:val="454"/>
          <w:jc w:val="center"/>
        </w:trPr>
        <w:tc>
          <w:tcPr>
            <w:tcW w:w="2695" w:type="dxa"/>
            <w:shd w:val="clear" w:color="auto" w:fill="BFBFBF"/>
            <w:vAlign w:val="center"/>
          </w:tcPr>
          <w:p w14:paraId="1050E5E2" w14:textId="77777777" w:rsidR="00DE066C" w:rsidRPr="00C00294" w:rsidRDefault="00DE066C" w:rsidP="00F8778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Modul</w:t>
            </w:r>
          </w:p>
        </w:tc>
        <w:tc>
          <w:tcPr>
            <w:tcW w:w="7229" w:type="dxa"/>
            <w:gridSpan w:val="5"/>
            <w:vAlign w:val="center"/>
          </w:tcPr>
          <w:p w14:paraId="0A8FC7AD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0294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C00294">
              <w:rPr>
                <w:rFonts w:ascii="Cambria" w:hAnsi="Cambria" w:cs="Arial"/>
                <w:sz w:val="22"/>
                <w:szCs w:val="22"/>
              </w:rPr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DE066C" w:rsidRPr="00C00294" w14:paraId="3A5C5334" w14:textId="77777777" w:rsidTr="00F87781">
        <w:trPr>
          <w:trHeight w:val="567"/>
          <w:jc w:val="center"/>
        </w:trPr>
        <w:tc>
          <w:tcPr>
            <w:tcW w:w="2695" w:type="dxa"/>
            <w:vMerge w:val="restart"/>
            <w:shd w:val="clear" w:color="auto" w:fill="BFBFBF"/>
            <w:vAlign w:val="center"/>
          </w:tcPr>
          <w:p w14:paraId="1E7BB7A5" w14:textId="77777777" w:rsidR="00DE066C" w:rsidRPr="00C00294" w:rsidRDefault="00DE066C" w:rsidP="00F8778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Studijski savjetnik</w:t>
            </w:r>
          </w:p>
        </w:tc>
        <w:tc>
          <w:tcPr>
            <w:tcW w:w="2610" w:type="dxa"/>
            <w:vAlign w:val="center"/>
          </w:tcPr>
          <w:p w14:paraId="0B40F648" w14:textId="77777777" w:rsidR="00DE066C" w:rsidRPr="00C00294" w:rsidRDefault="00DE066C" w:rsidP="00F8778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Titula, ime i prezime</w:t>
            </w:r>
          </w:p>
        </w:tc>
        <w:tc>
          <w:tcPr>
            <w:tcW w:w="2119" w:type="dxa"/>
            <w:gridSpan w:val="2"/>
            <w:vAlign w:val="center"/>
          </w:tcPr>
          <w:p w14:paraId="5634EA9E" w14:textId="77777777" w:rsidR="00DE066C" w:rsidRPr="00C00294" w:rsidRDefault="00DE066C" w:rsidP="00F8778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500" w:type="dxa"/>
            <w:gridSpan w:val="2"/>
            <w:vAlign w:val="center"/>
          </w:tcPr>
          <w:p w14:paraId="47198DA8" w14:textId="77777777" w:rsidR="00DE066C" w:rsidRPr="00C00294" w:rsidRDefault="00DE066C" w:rsidP="00F8778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DE066C" w:rsidRPr="00C00294" w14:paraId="26BEC09D" w14:textId="77777777" w:rsidTr="00F87781">
        <w:trPr>
          <w:trHeight w:val="567"/>
          <w:jc w:val="center"/>
        </w:trPr>
        <w:tc>
          <w:tcPr>
            <w:tcW w:w="2695" w:type="dxa"/>
            <w:vMerge/>
            <w:shd w:val="clear" w:color="auto" w:fill="BFBFBF"/>
            <w:vAlign w:val="center"/>
          </w:tcPr>
          <w:p w14:paraId="02F0BE52" w14:textId="77777777" w:rsidR="00DE066C" w:rsidRPr="00C00294" w:rsidRDefault="00DE066C" w:rsidP="00F87781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10" w:type="dxa"/>
            <w:vAlign w:val="center"/>
          </w:tcPr>
          <w:p w14:paraId="68C20DC1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0294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C00294">
              <w:rPr>
                <w:rFonts w:ascii="Cambria" w:hAnsi="Cambria" w:cs="Arial"/>
                <w:sz w:val="22"/>
                <w:szCs w:val="22"/>
              </w:rPr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119" w:type="dxa"/>
            <w:gridSpan w:val="2"/>
            <w:vAlign w:val="center"/>
          </w:tcPr>
          <w:p w14:paraId="77968745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0294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C00294">
              <w:rPr>
                <w:rFonts w:ascii="Cambria" w:hAnsi="Cambria" w:cs="Arial"/>
                <w:sz w:val="22"/>
                <w:szCs w:val="22"/>
              </w:rPr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500" w:type="dxa"/>
            <w:gridSpan w:val="2"/>
            <w:vAlign w:val="center"/>
          </w:tcPr>
          <w:p w14:paraId="64D050F5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0294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C00294">
              <w:rPr>
                <w:rFonts w:ascii="Cambria" w:hAnsi="Cambria" w:cs="Arial"/>
                <w:sz w:val="22"/>
                <w:szCs w:val="22"/>
              </w:rPr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DE066C" w:rsidRPr="00C00294" w14:paraId="5C07B01B" w14:textId="77777777" w:rsidTr="00F87781">
        <w:trPr>
          <w:trHeight w:val="454"/>
          <w:jc w:val="center"/>
        </w:trPr>
        <w:tc>
          <w:tcPr>
            <w:tcW w:w="9924" w:type="dxa"/>
            <w:gridSpan w:val="6"/>
            <w:shd w:val="clear" w:color="auto" w:fill="BFBFBF"/>
            <w:vAlign w:val="center"/>
          </w:tcPr>
          <w:p w14:paraId="7EF0194E" w14:textId="77777777" w:rsidR="00DE066C" w:rsidRPr="00C00294" w:rsidRDefault="00DE066C" w:rsidP="00F87781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/>
                <w:b/>
                <w:sz w:val="22"/>
                <w:szCs w:val="22"/>
              </w:rPr>
              <w:t>OBRAZLOŽENJE ZAHTJEVA ZA PROMJENOM STUDIJSKOG</w:t>
            </w:r>
            <w:r>
              <w:rPr>
                <w:rFonts w:ascii="Cambria" w:hAnsi="Cambria"/>
                <w:b/>
                <w:sz w:val="22"/>
                <w:szCs w:val="22"/>
              </w:rPr>
              <w:t>A</w:t>
            </w:r>
            <w:r w:rsidRPr="00C00294">
              <w:rPr>
                <w:rFonts w:ascii="Cambria" w:hAnsi="Cambria"/>
                <w:b/>
                <w:sz w:val="22"/>
                <w:szCs w:val="22"/>
              </w:rPr>
              <w:t xml:space="preserve"> SAVJETNIKA</w:t>
            </w:r>
          </w:p>
        </w:tc>
      </w:tr>
      <w:tr w:rsidR="00DE066C" w:rsidRPr="00C00294" w14:paraId="37CD45E4" w14:textId="77777777" w:rsidTr="00F87781">
        <w:trPr>
          <w:trHeight w:val="454"/>
          <w:jc w:val="center"/>
        </w:trPr>
        <w:tc>
          <w:tcPr>
            <w:tcW w:w="9924" w:type="dxa"/>
            <w:gridSpan w:val="6"/>
            <w:shd w:val="clear" w:color="auto" w:fill="FFFFFF"/>
            <w:vAlign w:val="center"/>
          </w:tcPr>
          <w:p w14:paraId="2DFBF5DE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...</w:t>
            </w:r>
          </w:p>
          <w:p w14:paraId="36141B5E" w14:textId="77777777" w:rsidR="00DE066C" w:rsidRPr="00C00294" w:rsidRDefault="00DE066C" w:rsidP="00F87781">
            <w:pPr>
              <w:rPr>
                <w:rFonts w:ascii="Cambria" w:hAnsi="Cambria"/>
                <w:sz w:val="22"/>
                <w:szCs w:val="22"/>
              </w:rPr>
            </w:pPr>
          </w:p>
          <w:p w14:paraId="3C6AB732" w14:textId="77777777" w:rsidR="00DE066C" w:rsidRPr="00C00294" w:rsidRDefault="00DE066C" w:rsidP="00F87781">
            <w:pPr>
              <w:rPr>
                <w:rFonts w:ascii="Cambria" w:hAnsi="Cambria"/>
                <w:sz w:val="22"/>
                <w:szCs w:val="22"/>
              </w:rPr>
            </w:pPr>
          </w:p>
          <w:p w14:paraId="6502CF08" w14:textId="77777777" w:rsidR="00DE066C" w:rsidRPr="00C00294" w:rsidRDefault="00DE066C" w:rsidP="00F87781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DE066C" w:rsidRPr="00C00294" w14:paraId="4C119EF8" w14:textId="77777777" w:rsidTr="00F87781">
        <w:trPr>
          <w:trHeight w:val="563"/>
          <w:jc w:val="center"/>
        </w:trPr>
        <w:tc>
          <w:tcPr>
            <w:tcW w:w="2695" w:type="dxa"/>
            <w:vMerge w:val="restart"/>
            <w:shd w:val="clear" w:color="auto" w:fill="BFBFBF" w:themeFill="background1" w:themeFillShade="BF"/>
            <w:vAlign w:val="center"/>
          </w:tcPr>
          <w:p w14:paraId="58FF0974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4B1A87DF" w14:textId="77777777" w:rsidR="00DE066C" w:rsidRPr="00C00294" w:rsidRDefault="00DE066C" w:rsidP="00F8778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Novi studijski savjetnik</w:t>
            </w:r>
          </w:p>
          <w:p w14:paraId="53DB62F5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22702EE4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44C3AB28" w14:textId="77777777" w:rsidR="00DE066C" w:rsidRPr="00C00294" w:rsidRDefault="00DE066C" w:rsidP="00F8778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Titula, ime i prezime</w:t>
            </w:r>
          </w:p>
        </w:tc>
        <w:tc>
          <w:tcPr>
            <w:tcW w:w="2055" w:type="dxa"/>
            <w:gridSpan w:val="2"/>
            <w:shd w:val="clear" w:color="auto" w:fill="FFFFFF"/>
            <w:vAlign w:val="center"/>
          </w:tcPr>
          <w:p w14:paraId="2189FE91" w14:textId="77777777" w:rsidR="00DE066C" w:rsidRPr="00C00294" w:rsidRDefault="00DE066C" w:rsidP="00F8778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45F7BCC5" w14:textId="77777777" w:rsidR="00DE066C" w:rsidRPr="00C00294" w:rsidRDefault="00DE066C" w:rsidP="00F8778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DE066C" w:rsidRPr="00C00294" w14:paraId="39F8A1D1" w14:textId="77777777" w:rsidTr="00F87781">
        <w:trPr>
          <w:trHeight w:val="562"/>
          <w:jc w:val="center"/>
        </w:trPr>
        <w:tc>
          <w:tcPr>
            <w:tcW w:w="2695" w:type="dxa"/>
            <w:vMerge/>
            <w:shd w:val="clear" w:color="auto" w:fill="BFBFBF" w:themeFill="background1" w:themeFillShade="BF"/>
            <w:vAlign w:val="center"/>
          </w:tcPr>
          <w:p w14:paraId="5B0C5BEB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14:paraId="042F3FAF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0294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C00294">
              <w:rPr>
                <w:rFonts w:ascii="Cambria" w:hAnsi="Cambria" w:cs="Arial"/>
                <w:sz w:val="22"/>
                <w:szCs w:val="22"/>
              </w:rPr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055" w:type="dxa"/>
            <w:gridSpan w:val="2"/>
            <w:shd w:val="clear" w:color="auto" w:fill="FFFFFF"/>
            <w:vAlign w:val="center"/>
          </w:tcPr>
          <w:p w14:paraId="23AAD2F9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0294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C00294">
              <w:rPr>
                <w:rFonts w:ascii="Cambria" w:hAnsi="Cambria" w:cs="Arial"/>
                <w:sz w:val="22"/>
                <w:szCs w:val="22"/>
              </w:rPr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6B6C6F59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0294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C00294">
              <w:rPr>
                <w:rFonts w:ascii="Cambria" w:hAnsi="Cambria" w:cs="Arial"/>
                <w:sz w:val="22"/>
                <w:szCs w:val="22"/>
              </w:rPr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C00294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DE066C" w:rsidRPr="00C00294" w14:paraId="3B1E33B4" w14:textId="77777777" w:rsidTr="00F87781">
        <w:trPr>
          <w:trHeight w:val="562"/>
          <w:jc w:val="center"/>
        </w:trPr>
        <w:tc>
          <w:tcPr>
            <w:tcW w:w="9924" w:type="dxa"/>
            <w:gridSpan w:val="6"/>
            <w:shd w:val="clear" w:color="auto" w:fill="BFBFBF" w:themeFill="background1" w:themeFillShade="BF"/>
            <w:vAlign w:val="center"/>
          </w:tcPr>
          <w:p w14:paraId="1264ABC4" w14:textId="77777777" w:rsidR="00DE066C" w:rsidRPr="00C00294" w:rsidRDefault="00DE066C" w:rsidP="00F87781">
            <w:pPr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b/>
                <w:sz w:val="22"/>
                <w:szCs w:val="22"/>
              </w:rPr>
              <w:t>Datum i ovjera – potpis odgovorne osobe</w:t>
            </w:r>
          </w:p>
        </w:tc>
      </w:tr>
      <w:tr w:rsidR="00DE066C" w:rsidRPr="00C00294" w14:paraId="029828B1" w14:textId="77777777" w:rsidTr="00F87781">
        <w:trPr>
          <w:trHeight w:val="562"/>
          <w:jc w:val="center"/>
        </w:trPr>
        <w:tc>
          <w:tcPr>
            <w:tcW w:w="9924" w:type="dxa"/>
            <w:gridSpan w:val="6"/>
            <w:shd w:val="clear" w:color="auto" w:fill="FFFFFF" w:themeFill="background1"/>
            <w:vAlign w:val="center"/>
          </w:tcPr>
          <w:p w14:paraId="10B24E65" w14:textId="77777777" w:rsidR="00DE066C" w:rsidRPr="00C00294" w:rsidRDefault="00DE066C" w:rsidP="00F87781">
            <w:pPr>
              <w:shd w:val="clear" w:color="auto" w:fill="FFFFFF" w:themeFill="background1"/>
              <w:rPr>
                <w:rFonts w:ascii="Cambria" w:hAnsi="Cambria" w:cs="Arial"/>
                <w:sz w:val="22"/>
                <w:szCs w:val="22"/>
              </w:rPr>
            </w:pPr>
          </w:p>
          <w:p w14:paraId="080A997A" w14:textId="1313BC9B" w:rsidR="00DE066C" w:rsidRPr="00DE066C" w:rsidRDefault="00DE066C" w:rsidP="00F87781">
            <w:pPr>
              <w:shd w:val="clear" w:color="auto" w:fill="FFFFFF" w:themeFill="background1"/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sz w:val="22"/>
                <w:szCs w:val="22"/>
              </w:rPr>
              <w:t>U Zagrebu,</w:t>
            </w:r>
          </w:p>
          <w:p w14:paraId="19AE96B8" w14:textId="77777777" w:rsidR="00DE066C" w:rsidRPr="00C00294" w:rsidRDefault="00DE066C" w:rsidP="00F87781">
            <w:pPr>
              <w:shd w:val="clear" w:color="auto" w:fill="FFFFFF" w:themeFill="background1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59D8C990" w14:textId="77777777" w:rsidR="00DE066C" w:rsidRPr="00C00294" w:rsidRDefault="00DE066C" w:rsidP="00F87781">
            <w:pPr>
              <w:shd w:val="clear" w:color="auto" w:fill="FFFFFF" w:themeFill="background1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sz w:val="22"/>
                <w:szCs w:val="22"/>
              </w:rPr>
              <w:t>Potpis</w:t>
            </w:r>
            <w:r>
              <w:rPr>
                <w:rFonts w:ascii="Cambria" w:hAnsi="Cambria" w:cs="Arial"/>
                <w:sz w:val="22"/>
                <w:szCs w:val="22"/>
              </w:rPr>
              <w:t>:</w:t>
            </w:r>
          </w:p>
          <w:p w14:paraId="6CB98668" w14:textId="77777777" w:rsidR="00DE066C" w:rsidRPr="00C00294" w:rsidRDefault="00DE066C" w:rsidP="00F87781">
            <w:pPr>
              <w:shd w:val="clear" w:color="auto" w:fill="FFFFFF" w:themeFill="background1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24662F9B" w14:textId="77777777" w:rsidR="00DE066C" w:rsidRPr="00C00294" w:rsidRDefault="00DE066C" w:rsidP="00F87781">
            <w:pPr>
              <w:shd w:val="clear" w:color="auto" w:fill="FFFFFF" w:themeFill="background1"/>
              <w:jc w:val="righ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_______________________________________________</w:t>
            </w:r>
          </w:p>
          <w:p w14:paraId="7F3D0F77" w14:textId="77777777" w:rsidR="00DE066C" w:rsidRPr="00F44A16" w:rsidRDefault="00DE066C" w:rsidP="00F87781">
            <w:pPr>
              <w:shd w:val="clear" w:color="auto" w:fill="FFFFFF" w:themeFill="background1"/>
              <w:jc w:val="right"/>
              <w:rPr>
                <w:rFonts w:ascii="Cambria" w:hAnsi="Cambria" w:cs="Arial"/>
              </w:rPr>
            </w:pPr>
            <w:r w:rsidRPr="00F44A16">
              <w:rPr>
                <w:rFonts w:ascii="Cambria" w:hAnsi="Cambria" w:cs="Arial"/>
              </w:rPr>
              <w:t>(ime i prezime studijskoga savjetnika)</w:t>
            </w:r>
          </w:p>
          <w:p w14:paraId="64875757" w14:textId="77777777" w:rsidR="00DE066C" w:rsidRPr="00DE066C" w:rsidRDefault="00DE066C" w:rsidP="00F87781">
            <w:pPr>
              <w:shd w:val="clear" w:color="auto" w:fill="FFFFFF" w:themeFill="background1"/>
              <w:jc w:val="right"/>
              <w:rPr>
                <w:rFonts w:ascii="Cambria" w:hAnsi="Cambria" w:cs="Arial"/>
                <w:sz w:val="16"/>
                <w:szCs w:val="16"/>
              </w:rPr>
            </w:pPr>
          </w:p>
          <w:p w14:paraId="372EA269" w14:textId="77777777" w:rsidR="00DE066C" w:rsidRPr="00C00294" w:rsidRDefault="00DE066C" w:rsidP="00F87781">
            <w:pPr>
              <w:shd w:val="clear" w:color="auto" w:fill="FFFFFF" w:themeFill="background1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13196F03" w14:textId="77777777" w:rsidR="00DE066C" w:rsidRPr="00C00294" w:rsidRDefault="00DE066C" w:rsidP="00F87781">
            <w:pPr>
              <w:shd w:val="clear" w:color="auto" w:fill="FFFFFF" w:themeFill="background1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sz w:val="22"/>
                <w:szCs w:val="22"/>
              </w:rPr>
              <w:t>Potpis</w:t>
            </w:r>
            <w:r>
              <w:rPr>
                <w:rFonts w:ascii="Cambria" w:hAnsi="Cambria" w:cs="Arial"/>
                <w:sz w:val="22"/>
                <w:szCs w:val="22"/>
              </w:rPr>
              <w:t>:</w:t>
            </w:r>
          </w:p>
          <w:p w14:paraId="51C489E6" w14:textId="77777777" w:rsidR="00DE066C" w:rsidRPr="00C00294" w:rsidRDefault="00DE066C" w:rsidP="00F87781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7BEB2527" w14:textId="77777777" w:rsidR="00DE066C" w:rsidRPr="00C00294" w:rsidRDefault="00DE066C" w:rsidP="00F87781">
            <w:pPr>
              <w:shd w:val="clear" w:color="auto" w:fill="FFFFFF" w:themeFill="background1"/>
              <w:jc w:val="righ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_______________________________________________</w:t>
            </w:r>
          </w:p>
          <w:p w14:paraId="3B7C2FB6" w14:textId="77372F5E" w:rsidR="00DE066C" w:rsidRPr="00DE066C" w:rsidRDefault="00DE066C" w:rsidP="00F87781">
            <w:pPr>
              <w:jc w:val="right"/>
              <w:rPr>
                <w:rFonts w:ascii="Cambria" w:hAnsi="Cambria" w:cs="Arial"/>
              </w:rPr>
            </w:pPr>
            <w:r w:rsidRPr="00F44A16">
              <w:rPr>
                <w:rFonts w:ascii="Cambria" w:hAnsi="Cambria" w:cs="Arial"/>
              </w:rPr>
              <w:t>(ime i prezime doktoranda/doktorandice)</w:t>
            </w:r>
          </w:p>
          <w:p w14:paraId="263F2B64" w14:textId="77777777" w:rsidR="00DE066C" w:rsidRPr="00DE066C" w:rsidRDefault="00DE066C" w:rsidP="00F87781">
            <w:pPr>
              <w:jc w:val="right"/>
              <w:rPr>
                <w:rFonts w:ascii="Cambria" w:hAnsi="Cambria" w:cs="Arial"/>
                <w:sz w:val="14"/>
                <w:szCs w:val="14"/>
              </w:rPr>
            </w:pPr>
          </w:p>
          <w:p w14:paraId="60705FBC" w14:textId="77777777" w:rsidR="00DE066C" w:rsidRPr="00C00294" w:rsidRDefault="00DE066C" w:rsidP="00F87781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5215A948" w14:textId="77777777" w:rsidR="00DE066C" w:rsidRPr="00C00294" w:rsidRDefault="00DE066C" w:rsidP="00F87781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C00294">
              <w:rPr>
                <w:rFonts w:ascii="Cambria" w:hAnsi="Cambria" w:cs="Arial"/>
                <w:sz w:val="22"/>
                <w:szCs w:val="22"/>
              </w:rPr>
              <w:t>Potpis</w:t>
            </w:r>
            <w:r>
              <w:rPr>
                <w:rFonts w:ascii="Cambria" w:hAnsi="Cambria" w:cs="Arial"/>
                <w:sz w:val="22"/>
                <w:szCs w:val="22"/>
              </w:rPr>
              <w:t>:</w:t>
            </w:r>
          </w:p>
          <w:p w14:paraId="240BFDE8" w14:textId="77777777" w:rsidR="00DE066C" w:rsidRPr="00C00294" w:rsidRDefault="00DE066C" w:rsidP="00F87781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7B188372" w14:textId="77777777" w:rsidR="00DE066C" w:rsidRPr="00C00294" w:rsidRDefault="00DE066C" w:rsidP="00F87781">
            <w:pPr>
              <w:shd w:val="clear" w:color="auto" w:fill="FFFFFF" w:themeFill="background1"/>
              <w:jc w:val="righ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_______________________________________________</w:t>
            </w:r>
          </w:p>
          <w:p w14:paraId="7677A844" w14:textId="77777777" w:rsidR="00DE066C" w:rsidRDefault="00DE066C" w:rsidP="00F87781">
            <w:pPr>
              <w:jc w:val="right"/>
              <w:rPr>
                <w:rFonts w:ascii="Cambria" w:hAnsi="Cambria" w:cs="Arial"/>
              </w:rPr>
            </w:pPr>
            <w:r w:rsidRPr="00F44A16">
              <w:rPr>
                <w:rFonts w:ascii="Cambria" w:hAnsi="Cambria" w:cs="Arial"/>
              </w:rPr>
              <w:t>(ime i prezime novog studijskoga savjetnika)</w:t>
            </w:r>
          </w:p>
          <w:p w14:paraId="677F42A5" w14:textId="77777777" w:rsidR="00DE066C" w:rsidRPr="00F44A16" w:rsidRDefault="00DE066C" w:rsidP="00F87781">
            <w:pPr>
              <w:rPr>
                <w:rFonts w:ascii="Cambria" w:hAnsi="Cambria" w:cs="Arial"/>
              </w:rPr>
            </w:pPr>
          </w:p>
          <w:p w14:paraId="182C9D38" w14:textId="77777777" w:rsidR="00DE066C" w:rsidRPr="004D2F4D" w:rsidRDefault="00DE066C" w:rsidP="00F87781">
            <w:pPr>
              <w:rPr>
                <w:rFonts w:ascii="Cambria" w:hAnsi="Cambria" w:cs="Arial"/>
                <w:sz w:val="8"/>
                <w:szCs w:val="8"/>
              </w:rPr>
            </w:pPr>
          </w:p>
        </w:tc>
      </w:tr>
    </w:tbl>
    <w:p w14:paraId="4EBDB4ED" w14:textId="77777777" w:rsidR="0041107A" w:rsidRDefault="0041107A"/>
    <w:sectPr w:rsidR="0041107A" w:rsidSect="00376C4A">
      <w:headerReference w:type="default" r:id="rId11"/>
      <w:footerReference w:type="default" r:id="rId12"/>
      <w:headerReference w:type="first" r:id="rId13"/>
      <w:pgSz w:w="11909" w:h="16834"/>
      <w:pgMar w:top="2602" w:right="1757" w:bottom="1656" w:left="2102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CEE18" w14:textId="77777777" w:rsidR="008572B2" w:rsidRDefault="008572B2">
      <w:r>
        <w:separator/>
      </w:r>
    </w:p>
  </w:endnote>
  <w:endnote w:type="continuationSeparator" w:id="0">
    <w:p w14:paraId="09366456" w14:textId="77777777" w:rsidR="008572B2" w:rsidRDefault="00857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64571D6A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7475E" w14:textId="77777777" w:rsidR="008572B2" w:rsidRDefault="008572B2">
      <w:r>
        <w:separator/>
      </w:r>
    </w:p>
  </w:footnote>
  <w:footnote w:type="continuationSeparator" w:id="0">
    <w:p w14:paraId="35540010" w14:textId="77777777" w:rsidR="008572B2" w:rsidRDefault="00857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1D787E57" w14:textId="77777777" w:rsidR="003C3782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65D85368" wp14:editId="3704A83B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01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48B6A50B" wp14:editId="21E66706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0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76749FA7" w14:textId="77777777" w:rsidR="003C3782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1F0B045C" wp14:editId="04B2F339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101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60299537" wp14:editId="364E5212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102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75AF5660" wp14:editId="629198E9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103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06A3FC30" wp14:editId="5C0E733C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104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DFE"/>
    <w:rsid w:val="000326ED"/>
    <w:rsid w:val="00034616"/>
    <w:rsid w:val="0006063C"/>
    <w:rsid w:val="00063C97"/>
    <w:rsid w:val="00116D48"/>
    <w:rsid w:val="0015074B"/>
    <w:rsid w:val="001766A1"/>
    <w:rsid w:val="001E2DFE"/>
    <w:rsid w:val="0029639D"/>
    <w:rsid w:val="00326F90"/>
    <w:rsid w:val="00376C4A"/>
    <w:rsid w:val="003C3782"/>
    <w:rsid w:val="0041107A"/>
    <w:rsid w:val="007A1388"/>
    <w:rsid w:val="008358AF"/>
    <w:rsid w:val="008572B2"/>
    <w:rsid w:val="008C726C"/>
    <w:rsid w:val="00A0668E"/>
    <w:rsid w:val="00AA1D8D"/>
    <w:rsid w:val="00B47730"/>
    <w:rsid w:val="00CB0664"/>
    <w:rsid w:val="00DE066C"/>
    <w:rsid w:val="00DE42E4"/>
    <w:rsid w:val="00E06356"/>
    <w:rsid w:val="00F760FB"/>
    <w:rsid w:val="00FC693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4C935"/>
  <w14:defaultImageDpi w14:val="300"/>
  <w15:docId w15:val="{D33F0F39-8522-4124-8970-FA489837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D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2</cp:revision>
  <dcterms:created xsi:type="dcterms:W3CDTF">2026-09-17T13:46:00Z</dcterms:created>
  <dcterms:modified xsi:type="dcterms:W3CDTF">2026-09-18T07:28:00Z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