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C1E0CC" w14:textId="0312CA2D" w:rsidR="00851A53" w:rsidRPr="00F333C1" w:rsidRDefault="00851A53" w:rsidP="00851A53">
      <w:pPr>
        <w:spacing w:before="240"/>
        <w:ind w:right="-739" w:hanging="993"/>
        <w:jc w:val="both"/>
        <w:rPr>
          <w:rFonts w:ascii="Cambria" w:hAnsi="Cambria" w:cs="Arial"/>
        </w:rPr>
      </w:pPr>
      <w:r w:rsidRPr="00F333C1">
        <w:rPr>
          <w:rFonts w:ascii="Cambria" w:hAnsi="Cambria" w:cs="Arial"/>
        </w:rPr>
        <w:t>Ime i prezime studenta/studentice:______________________________________________________</w:t>
      </w:r>
      <w:r w:rsidRPr="00F333C1">
        <w:rPr>
          <w:rFonts w:ascii="Cambria" w:hAnsi="Cambria" w:cs="Arial"/>
        </w:rPr>
        <w:t>__________________________________</w:t>
      </w:r>
      <w:r w:rsidRPr="00F333C1">
        <w:rPr>
          <w:rFonts w:ascii="Cambria" w:hAnsi="Cambria" w:cs="Arial"/>
        </w:rPr>
        <w:t>_</w:t>
      </w:r>
    </w:p>
    <w:p w14:paraId="44D9DE28" w14:textId="6FBFEDCC" w:rsidR="00851A53" w:rsidRPr="00F333C1" w:rsidRDefault="00851A53" w:rsidP="00851A53">
      <w:pPr>
        <w:spacing w:before="240"/>
        <w:ind w:left="-1276" w:right="-881" w:firstLine="283"/>
        <w:jc w:val="both"/>
        <w:rPr>
          <w:rFonts w:ascii="Cambria" w:hAnsi="Cambria" w:cs="Arial"/>
        </w:rPr>
      </w:pPr>
      <w:r w:rsidRPr="00F333C1">
        <w:rPr>
          <w:rFonts w:ascii="Cambria" w:hAnsi="Cambria" w:cs="Arial"/>
        </w:rPr>
        <w:t>Modul:_________________________________________________________________________________</w:t>
      </w:r>
      <w:r w:rsidRPr="00F333C1">
        <w:rPr>
          <w:rFonts w:ascii="Cambria" w:hAnsi="Cambria" w:cs="Arial"/>
        </w:rPr>
        <w:softHyphen/>
      </w:r>
      <w:r w:rsidRPr="00F333C1">
        <w:rPr>
          <w:rFonts w:ascii="Cambria" w:hAnsi="Cambria" w:cs="Arial"/>
        </w:rPr>
        <w:softHyphen/>
      </w:r>
      <w:r w:rsidRPr="00F333C1">
        <w:rPr>
          <w:rFonts w:ascii="Cambria" w:hAnsi="Cambria" w:cs="Arial"/>
        </w:rPr>
        <w:softHyphen/>
      </w:r>
      <w:r w:rsidRPr="00F333C1">
        <w:rPr>
          <w:rFonts w:ascii="Cambria" w:hAnsi="Cambria" w:cs="Arial"/>
        </w:rPr>
        <w:softHyphen/>
        <w:t>_____</w:t>
      </w:r>
      <w:r w:rsidRPr="00F333C1">
        <w:rPr>
          <w:rFonts w:ascii="Cambria" w:hAnsi="Cambria" w:cs="Arial"/>
        </w:rPr>
        <w:t>____________________________________</w:t>
      </w:r>
    </w:p>
    <w:p w14:paraId="752C7B85" w14:textId="0C920AFF" w:rsidR="00851A53" w:rsidRPr="00F333C1" w:rsidRDefault="00851A53" w:rsidP="00851A53">
      <w:pPr>
        <w:spacing w:before="240"/>
        <w:ind w:right="-881" w:hanging="993"/>
        <w:jc w:val="both"/>
        <w:rPr>
          <w:rFonts w:ascii="Cambria" w:hAnsi="Cambria" w:cs="Arial"/>
        </w:rPr>
      </w:pPr>
      <w:proofErr w:type="spellStart"/>
      <w:r w:rsidRPr="00F333C1">
        <w:rPr>
          <w:rFonts w:ascii="Cambria" w:hAnsi="Cambria" w:cs="Arial"/>
        </w:rPr>
        <w:t>Licencijatski</w:t>
      </w:r>
      <w:proofErr w:type="spellEnd"/>
      <w:r w:rsidRPr="00F333C1">
        <w:rPr>
          <w:rFonts w:ascii="Cambria" w:hAnsi="Cambria" w:cs="Arial"/>
        </w:rPr>
        <w:t>/Doktorski studij (zaokružiti)</w:t>
      </w:r>
      <w:r w:rsidRPr="00F333C1">
        <w:rPr>
          <w:rFonts w:ascii="Cambria" w:hAnsi="Cambria" w:cs="Arial"/>
        </w:rPr>
        <w:tab/>
      </w:r>
      <w:r w:rsidRPr="00F333C1">
        <w:rPr>
          <w:rFonts w:ascii="Cambria" w:hAnsi="Cambria" w:cs="Arial"/>
        </w:rPr>
        <w:tab/>
      </w:r>
      <w:r w:rsidRPr="00F333C1">
        <w:rPr>
          <w:rFonts w:ascii="Cambria" w:hAnsi="Cambria" w:cs="Arial"/>
        </w:rPr>
        <w:t xml:space="preserve">                                                   </w:t>
      </w:r>
      <w:r w:rsidRPr="00F333C1">
        <w:rPr>
          <w:rFonts w:ascii="Cambria" w:hAnsi="Cambria" w:cs="Arial"/>
        </w:rPr>
        <w:t>Godina studija:_____________________</w:t>
      </w:r>
    </w:p>
    <w:p w14:paraId="468B9919" w14:textId="77777777" w:rsidR="00851A53" w:rsidRPr="00F333C1" w:rsidRDefault="00851A53" w:rsidP="00851A53">
      <w:pPr>
        <w:rPr>
          <w:rFonts w:ascii="Cambria" w:hAnsi="Cambria"/>
        </w:rPr>
      </w:pPr>
    </w:p>
    <w:tbl>
      <w:tblPr>
        <w:tblW w:w="9628" w:type="dxa"/>
        <w:tblInd w:w="-9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13"/>
        <w:gridCol w:w="3903"/>
        <w:gridCol w:w="1346"/>
        <w:gridCol w:w="1211"/>
        <w:gridCol w:w="1080"/>
        <w:gridCol w:w="1075"/>
      </w:tblGrid>
      <w:tr w:rsidR="00851A53" w:rsidRPr="00F333C1" w14:paraId="36ABF470" w14:textId="77777777" w:rsidTr="00851A53">
        <w:trPr>
          <w:trHeight w:val="246"/>
        </w:trPr>
        <w:tc>
          <w:tcPr>
            <w:tcW w:w="1013" w:type="dxa"/>
          </w:tcPr>
          <w:p w14:paraId="747D309E" w14:textId="77777777" w:rsidR="00851A53" w:rsidRPr="00F333C1" w:rsidRDefault="00851A53" w:rsidP="006E517B">
            <w:pPr>
              <w:jc w:val="center"/>
              <w:rPr>
                <w:rFonts w:ascii="Cambria" w:hAnsi="Cambria" w:cs="Arial"/>
                <w:i/>
              </w:rPr>
            </w:pPr>
            <w:r w:rsidRPr="00F333C1">
              <w:rPr>
                <w:rFonts w:ascii="Cambria" w:hAnsi="Cambria" w:cs="Arial"/>
                <w:i/>
              </w:rPr>
              <w:t>Skupina</w:t>
            </w:r>
          </w:p>
        </w:tc>
        <w:tc>
          <w:tcPr>
            <w:tcW w:w="5249" w:type="dxa"/>
            <w:gridSpan w:val="2"/>
          </w:tcPr>
          <w:p w14:paraId="01BF03C1" w14:textId="77777777" w:rsidR="00851A53" w:rsidRPr="00F333C1" w:rsidRDefault="00851A53" w:rsidP="006E517B">
            <w:pPr>
              <w:jc w:val="center"/>
              <w:rPr>
                <w:rFonts w:ascii="Cambria" w:hAnsi="Cambria" w:cs="Arial"/>
                <w:i/>
              </w:rPr>
            </w:pPr>
            <w:r w:rsidRPr="00F333C1">
              <w:rPr>
                <w:rFonts w:ascii="Cambria" w:hAnsi="Cambria" w:cs="Arial"/>
                <w:i/>
              </w:rPr>
              <w:t>Naziv aktivnosti</w:t>
            </w:r>
          </w:p>
        </w:tc>
        <w:tc>
          <w:tcPr>
            <w:tcW w:w="2289" w:type="dxa"/>
            <w:gridSpan w:val="2"/>
          </w:tcPr>
          <w:p w14:paraId="17FFBB63" w14:textId="77777777" w:rsidR="00851A53" w:rsidRPr="00F333C1" w:rsidRDefault="00851A53" w:rsidP="006E517B">
            <w:pPr>
              <w:jc w:val="center"/>
              <w:rPr>
                <w:rFonts w:ascii="Cambria" w:hAnsi="Cambria" w:cs="Arial"/>
                <w:i/>
              </w:rPr>
            </w:pPr>
            <w:r w:rsidRPr="00F333C1">
              <w:rPr>
                <w:rFonts w:ascii="Cambria" w:hAnsi="Cambria" w:cs="Arial"/>
                <w:i/>
              </w:rPr>
              <w:t>Vrijednost u bodovima</w:t>
            </w:r>
          </w:p>
        </w:tc>
        <w:tc>
          <w:tcPr>
            <w:tcW w:w="1075" w:type="dxa"/>
          </w:tcPr>
          <w:p w14:paraId="48C48841" w14:textId="77777777" w:rsidR="00851A53" w:rsidRPr="00F333C1" w:rsidRDefault="00851A53" w:rsidP="006E517B">
            <w:pPr>
              <w:jc w:val="center"/>
              <w:rPr>
                <w:rFonts w:ascii="Cambria" w:hAnsi="Cambria" w:cs="Arial"/>
                <w:i/>
              </w:rPr>
            </w:pPr>
            <w:r w:rsidRPr="00F333C1">
              <w:rPr>
                <w:rFonts w:ascii="Cambria" w:hAnsi="Cambria" w:cs="Arial"/>
                <w:i/>
              </w:rPr>
              <w:t>Stečeni bodovi</w:t>
            </w:r>
          </w:p>
        </w:tc>
      </w:tr>
      <w:tr w:rsidR="00851A53" w:rsidRPr="00F333C1" w14:paraId="5E88DDE8" w14:textId="77777777" w:rsidTr="00851A53">
        <w:trPr>
          <w:trHeight w:val="246"/>
        </w:trPr>
        <w:tc>
          <w:tcPr>
            <w:tcW w:w="1013" w:type="dxa"/>
            <w:vMerge w:val="restart"/>
            <w:tcMar>
              <w:top w:w="85" w:type="dxa"/>
              <w:bottom w:w="85" w:type="dxa"/>
            </w:tcMar>
          </w:tcPr>
          <w:p w14:paraId="7DCD49D2" w14:textId="77777777" w:rsidR="00851A53" w:rsidRPr="00F333C1" w:rsidRDefault="00851A53" w:rsidP="006E517B">
            <w:pPr>
              <w:jc w:val="center"/>
              <w:rPr>
                <w:rFonts w:ascii="Cambria" w:hAnsi="Cambria" w:cs="Arial"/>
                <w:b/>
              </w:rPr>
            </w:pPr>
          </w:p>
          <w:p w14:paraId="4795F506" w14:textId="77777777" w:rsidR="00851A53" w:rsidRPr="00F333C1" w:rsidRDefault="00851A53" w:rsidP="006E517B">
            <w:pPr>
              <w:jc w:val="center"/>
              <w:rPr>
                <w:rFonts w:ascii="Cambria" w:hAnsi="Cambria" w:cs="Arial"/>
                <w:b/>
              </w:rPr>
            </w:pPr>
          </w:p>
          <w:p w14:paraId="5EE5CB35" w14:textId="77777777" w:rsidR="00851A53" w:rsidRPr="00F333C1" w:rsidRDefault="00851A53" w:rsidP="006E517B">
            <w:pPr>
              <w:jc w:val="center"/>
              <w:rPr>
                <w:rFonts w:ascii="Cambria" w:hAnsi="Cambria" w:cs="Arial"/>
                <w:b/>
              </w:rPr>
            </w:pPr>
          </w:p>
          <w:p w14:paraId="30B19CE7" w14:textId="77777777" w:rsidR="00851A53" w:rsidRPr="00F333C1" w:rsidRDefault="00851A53" w:rsidP="006E517B">
            <w:pPr>
              <w:jc w:val="center"/>
              <w:rPr>
                <w:rFonts w:ascii="Cambria" w:hAnsi="Cambria" w:cs="Arial"/>
                <w:b/>
              </w:rPr>
            </w:pPr>
          </w:p>
          <w:p w14:paraId="28DD0BEE" w14:textId="77777777" w:rsidR="00851A53" w:rsidRPr="00F333C1" w:rsidRDefault="00851A53" w:rsidP="006E517B">
            <w:pPr>
              <w:jc w:val="center"/>
              <w:rPr>
                <w:rFonts w:ascii="Cambria" w:hAnsi="Cambria" w:cs="Arial"/>
                <w:b/>
              </w:rPr>
            </w:pPr>
          </w:p>
          <w:p w14:paraId="431F8446" w14:textId="77777777" w:rsidR="00851A53" w:rsidRPr="00F333C1" w:rsidRDefault="00851A53" w:rsidP="006E517B">
            <w:pPr>
              <w:jc w:val="center"/>
              <w:rPr>
                <w:rFonts w:ascii="Cambria" w:hAnsi="Cambria" w:cs="Arial"/>
                <w:b/>
              </w:rPr>
            </w:pPr>
            <w:r w:rsidRPr="00F333C1">
              <w:rPr>
                <w:rFonts w:ascii="Cambria" w:hAnsi="Cambria" w:cs="Arial"/>
                <w:b/>
              </w:rPr>
              <w:t>I.</w:t>
            </w:r>
          </w:p>
        </w:tc>
        <w:tc>
          <w:tcPr>
            <w:tcW w:w="8615" w:type="dxa"/>
            <w:gridSpan w:val="5"/>
            <w:tcMar>
              <w:top w:w="85" w:type="dxa"/>
              <w:bottom w:w="85" w:type="dxa"/>
            </w:tcMar>
          </w:tcPr>
          <w:p w14:paraId="2B2250F7" w14:textId="77777777" w:rsidR="00851A53" w:rsidRPr="00F333C1" w:rsidRDefault="00851A53" w:rsidP="006E517B">
            <w:pPr>
              <w:jc w:val="center"/>
              <w:rPr>
                <w:rFonts w:ascii="Cambria" w:hAnsi="Cambria" w:cs="Arial"/>
              </w:rPr>
            </w:pPr>
            <w:r w:rsidRPr="00F333C1">
              <w:rPr>
                <w:rFonts w:ascii="Cambria" w:hAnsi="Cambria" w:cs="Arial"/>
                <w:b/>
              </w:rPr>
              <w:t>Vrsta rada</w:t>
            </w:r>
          </w:p>
        </w:tc>
      </w:tr>
      <w:tr w:rsidR="00851A53" w:rsidRPr="00F333C1" w14:paraId="3FAF8B74" w14:textId="77777777" w:rsidTr="00851A53">
        <w:trPr>
          <w:trHeight w:val="197"/>
        </w:trPr>
        <w:tc>
          <w:tcPr>
            <w:tcW w:w="1013" w:type="dxa"/>
            <w:vMerge/>
            <w:tcMar>
              <w:top w:w="85" w:type="dxa"/>
              <w:bottom w:w="85" w:type="dxa"/>
            </w:tcMar>
          </w:tcPr>
          <w:p w14:paraId="43B606BD" w14:textId="77777777" w:rsidR="00851A53" w:rsidRPr="00F333C1" w:rsidRDefault="00851A53" w:rsidP="006E517B">
            <w:pPr>
              <w:jc w:val="center"/>
              <w:rPr>
                <w:rFonts w:ascii="Cambria" w:hAnsi="Cambria" w:cs="Arial"/>
                <w:b/>
              </w:rPr>
            </w:pPr>
          </w:p>
        </w:tc>
        <w:tc>
          <w:tcPr>
            <w:tcW w:w="3903" w:type="dxa"/>
            <w:vMerge w:val="restart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392D6B5C" w14:textId="77777777" w:rsidR="00851A53" w:rsidRPr="00F333C1" w:rsidRDefault="00851A53" w:rsidP="006E517B">
            <w:pPr>
              <w:rPr>
                <w:rFonts w:ascii="Cambria" w:hAnsi="Cambria" w:cs="Arial"/>
              </w:rPr>
            </w:pPr>
          </w:p>
          <w:p w14:paraId="1E7C7513" w14:textId="77777777" w:rsidR="00851A53" w:rsidRPr="00F333C1" w:rsidRDefault="00851A53" w:rsidP="006E517B">
            <w:pPr>
              <w:rPr>
                <w:rFonts w:ascii="Cambria" w:hAnsi="Cambria" w:cs="Arial"/>
                <w:b/>
              </w:rPr>
            </w:pPr>
            <w:r w:rsidRPr="00F333C1">
              <w:rPr>
                <w:rFonts w:ascii="Cambria" w:hAnsi="Cambria" w:cs="Arial"/>
              </w:rPr>
              <w:t>(1) Izvorni znanstveni rad</w:t>
            </w:r>
          </w:p>
        </w:tc>
        <w:tc>
          <w:tcPr>
            <w:tcW w:w="1345" w:type="dxa"/>
            <w:tcBorders>
              <w:bottom w:val="single" w:sz="4" w:space="0" w:color="auto"/>
            </w:tcBorders>
          </w:tcPr>
          <w:p w14:paraId="27A42CC6" w14:textId="77777777" w:rsidR="00851A53" w:rsidRPr="00F333C1" w:rsidRDefault="00851A53" w:rsidP="006E517B">
            <w:pPr>
              <w:jc w:val="center"/>
              <w:rPr>
                <w:rFonts w:ascii="Cambria" w:hAnsi="Cambria" w:cs="Arial"/>
              </w:rPr>
            </w:pPr>
            <w:r w:rsidRPr="00F333C1">
              <w:rPr>
                <w:rFonts w:ascii="Cambria" w:hAnsi="Cambria" w:cs="Arial"/>
              </w:rPr>
              <w:t>a</w:t>
            </w:r>
            <w:r w:rsidRPr="00F333C1">
              <w:rPr>
                <w:rFonts w:ascii="Cambria" w:hAnsi="Cambria" w:cs="Arial"/>
                <w:vertAlign w:val="subscript"/>
              </w:rPr>
              <w:t>1</w:t>
            </w:r>
          </w:p>
        </w:tc>
        <w:tc>
          <w:tcPr>
            <w:tcW w:w="2289" w:type="dxa"/>
            <w:gridSpan w:val="2"/>
            <w:tcBorders>
              <w:bottom w:val="single" w:sz="4" w:space="0" w:color="auto"/>
            </w:tcBorders>
          </w:tcPr>
          <w:p w14:paraId="60567DB9" w14:textId="77777777" w:rsidR="00851A53" w:rsidRPr="00F333C1" w:rsidRDefault="00851A53" w:rsidP="006E517B">
            <w:pPr>
              <w:jc w:val="center"/>
              <w:rPr>
                <w:rFonts w:ascii="Cambria" w:hAnsi="Cambria" w:cs="Arial"/>
              </w:rPr>
            </w:pPr>
            <w:r w:rsidRPr="00F333C1">
              <w:rPr>
                <w:rFonts w:ascii="Cambria" w:hAnsi="Cambria" w:cs="Arial"/>
              </w:rPr>
              <w:t>5</w:t>
            </w:r>
          </w:p>
        </w:tc>
        <w:tc>
          <w:tcPr>
            <w:tcW w:w="1075" w:type="dxa"/>
            <w:tcBorders>
              <w:bottom w:val="single" w:sz="4" w:space="0" w:color="auto"/>
            </w:tcBorders>
          </w:tcPr>
          <w:p w14:paraId="7121FB38" w14:textId="77777777" w:rsidR="00851A53" w:rsidRPr="00F333C1" w:rsidRDefault="00851A53" w:rsidP="006E517B">
            <w:pPr>
              <w:jc w:val="center"/>
              <w:rPr>
                <w:rFonts w:ascii="Cambria" w:hAnsi="Cambria" w:cs="Arial"/>
              </w:rPr>
            </w:pPr>
          </w:p>
        </w:tc>
      </w:tr>
      <w:tr w:rsidR="00851A53" w:rsidRPr="00F333C1" w14:paraId="1F3B6325" w14:textId="77777777" w:rsidTr="00851A53">
        <w:trPr>
          <w:trHeight w:val="197"/>
        </w:trPr>
        <w:tc>
          <w:tcPr>
            <w:tcW w:w="1013" w:type="dxa"/>
            <w:vMerge/>
            <w:tcMar>
              <w:top w:w="85" w:type="dxa"/>
              <w:bottom w:w="85" w:type="dxa"/>
            </w:tcMar>
          </w:tcPr>
          <w:p w14:paraId="4C85C193" w14:textId="77777777" w:rsidR="00851A53" w:rsidRPr="00F333C1" w:rsidRDefault="00851A53" w:rsidP="006E517B">
            <w:pPr>
              <w:jc w:val="center"/>
              <w:rPr>
                <w:rFonts w:ascii="Cambria" w:hAnsi="Cambria" w:cs="Arial"/>
                <w:b/>
              </w:rPr>
            </w:pPr>
          </w:p>
        </w:tc>
        <w:tc>
          <w:tcPr>
            <w:tcW w:w="3903" w:type="dxa"/>
            <w:vMerge/>
            <w:tcMar>
              <w:top w:w="85" w:type="dxa"/>
              <w:bottom w:w="85" w:type="dxa"/>
            </w:tcMar>
          </w:tcPr>
          <w:p w14:paraId="425FF57A" w14:textId="77777777" w:rsidR="00851A53" w:rsidRPr="00F333C1" w:rsidRDefault="00851A53" w:rsidP="006E517B">
            <w:pPr>
              <w:rPr>
                <w:rFonts w:ascii="Cambria" w:hAnsi="Cambria" w:cs="Arial"/>
              </w:rPr>
            </w:pPr>
          </w:p>
        </w:tc>
        <w:tc>
          <w:tcPr>
            <w:tcW w:w="1345" w:type="dxa"/>
            <w:tcMar>
              <w:top w:w="85" w:type="dxa"/>
              <w:bottom w:w="85" w:type="dxa"/>
            </w:tcMar>
          </w:tcPr>
          <w:p w14:paraId="76591153" w14:textId="77777777" w:rsidR="00851A53" w:rsidRPr="00F333C1" w:rsidRDefault="00851A53" w:rsidP="006E517B">
            <w:pPr>
              <w:jc w:val="center"/>
              <w:rPr>
                <w:rFonts w:ascii="Cambria" w:hAnsi="Cambria" w:cs="Arial"/>
              </w:rPr>
            </w:pPr>
            <w:r w:rsidRPr="00F333C1">
              <w:rPr>
                <w:rFonts w:ascii="Cambria" w:hAnsi="Cambria" w:cs="Arial"/>
              </w:rPr>
              <w:t>a</w:t>
            </w:r>
            <w:r w:rsidRPr="00F333C1">
              <w:rPr>
                <w:rFonts w:ascii="Cambria" w:hAnsi="Cambria" w:cs="Arial"/>
                <w:vertAlign w:val="subscript"/>
              </w:rPr>
              <w:t>2</w:t>
            </w:r>
          </w:p>
        </w:tc>
        <w:tc>
          <w:tcPr>
            <w:tcW w:w="2289" w:type="dxa"/>
            <w:gridSpan w:val="2"/>
            <w:tcMar>
              <w:top w:w="85" w:type="dxa"/>
              <w:bottom w:w="85" w:type="dxa"/>
            </w:tcMar>
          </w:tcPr>
          <w:p w14:paraId="51FA8C58" w14:textId="77777777" w:rsidR="00851A53" w:rsidRPr="00F333C1" w:rsidRDefault="00851A53" w:rsidP="006E517B">
            <w:pPr>
              <w:jc w:val="center"/>
              <w:rPr>
                <w:rFonts w:ascii="Cambria" w:hAnsi="Cambria" w:cs="Arial"/>
              </w:rPr>
            </w:pPr>
            <w:r w:rsidRPr="00F333C1">
              <w:rPr>
                <w:rFonts w:ascii="Cambria" w:hAnsi="Cambria" w:cs="Arial"/>
              </w:rPr>
              <w:t>4</w:t>
            </w:r>
          </w:p>
        </w:tc>
        <w:tc>
          <w:tcPr>
            <w:tcW w:w="1075" w:type="dxa"/>
          </w:tcPr>
          <w:p w14:paraId="13E6FB17" w14:textId="77777777" w:rsidR="00851A53" w:rsidRPr="00F333C1" w:rsidRDefault="00851A53" w:rsidP="006E517B">
            <w:pPr>
              <w:jc w:val="center"/>
              <w:rPr>
                <w:rFonts w:ascii="Cambria" w:hAnsi="Cambria" w:cs="Arial"/>
              </w:rPr>
            </w:pPr>
          </w:p>
        </w:tc>
      </w:tr>
      <w:tr w:rsidR="00851A53" w:rsidRPr="00F333C1" w14:paraId="4130C210" w14:textId="77777777" w:rsidTr="00851A53">
        <w:trPr>
          <w:trHeight w:val="197"/>
        </w:trPr>
        <w:tc>
          <w:tcPr>
            <w:tcW w:w="1013" w:type="dxa"/>
            <w:vMerge/>
            <w:tcMar>
              <w:top w:w="85" w:type="dxa"/>
              <w:bottom w:w="85" w:type="dxa"/>
            </w:tcMar>
          </w:tcPr>
          <w:p w14:paraId="44574859" w14:textId="77777777" w:rsidR="00851A53" w:rsidRPr="00F333C1" w:rsidRDefault="00851A53" w:rsidP="006E517B">
            <w:pPr>
              <w:jc w:val="center"/>
              <w:rPr>
                <w:rFonts w:ascii="Cambria" w:hAnsi="Cambria" w:cs="Arial"/>
                <w:b/>
              </w:rPr>
            </w:pPr>
          </w:p>
        </w:tc>
        <w:tc>
          <w:tcPr>
            <w:tcW w:w="3903" w:type="dxa"/>
            <w:vMerge w:val="restart"/>
            <w:tcMar>
              <w:top w:w="85" w:type="dxa"/>
              <w:bottom w:w="85" w:type="dxa"/>
            </w:tcMar>
          </w:tcPr>
          <w:p w14:paraId="637F6A3A" w14:textId="77777777" w:rsidR="00851A53" w:rsidRPr="00F333C1" w:rsidRDefault="00851A53" w:rsidP="006E517B">
            <w:pPr>
              <w:rPr>
                <w:rFonts w:ascii="Cambria" w:hAnsi="Cambria" w:cs="Arial"/>
              </w:rPr>
            </w:pPr>
          </w:p>
          <w:p w14:paraId="2A1B227E" w14:textId="77777777" w:rsidR="00851A53" w:rsidRPr="00F333C1" w:rsidRDefault="00851A53" w:rsidP="006E517B">
            <w:pPr>
              <w:rPr>
                <w:rFonts w:ascii="Cambria" w:hAnsi="Cambria" w:cs="Arial"/>
              </w:rPr>
            </w:pPr>
            <w:r w:rsidRPr="00F333C1">
              <w:rPr>
                <w:rFonts w:ascii="Cambria" w:hAnsi="Cambria" w:cs="Arial"/>
              </w:rPr>
              <w:t>(2) Pregledni rad</w:t>
            </w:r>
          </w:p>
        </w:tc>
        <w:tc>
          <w:tcPr>
            <w:tcW w:w="1345" w:type="dxa"/>
            <w:tcMar>
              <w:top w:w="85" w:type="dxa"/>
              <w:bottom w:w="85" w:type="dxa"/>
            </w:tcMar>
          </w:tcPr>
          <w:p w14:paraId="6E06F311" w14:textId="77777777" w:rsidR="00851A53" w:rsidRPr="00F333C1" w:rsidRDefault="00851A53" w:rsidP="006E517B">
            <w:pPr>
              <w:jc w:val="center"/>
              <w:rPr>
                <w:rFonts w:ascii="Cambria" w:hAnsi="Cambria" w:cs="Arial"/>
              </w:rPr>
            </w:pPr>
            <w:r w:rsidRPr="00F333C1">
              <w:rPr>
                <w:rFonts w:ascii="Cambria" w:hAnsi="Cambria" w:cs="Arial"/>
              </w:rPr>
              <w:t>a</w:t>
            </w:r>
            <w:r w:rsidRPr="00F333C1">
              <w:rPr>
                <w:rFonts w:ascii="Cambria" w:hAnsi="Cambria" w:cs="Arial"/>
                <w:vertAlign w:val="subscript"/>
              </w:rPr>
              <w:t>1</w:t>
            </w:r>
          </w:p>
        </w:tc>
        <w:tc>
          <w:tcPr>
            <w:tcW w:w="2289" w:type="dxa"/>
            <w:gridSpan w:val="2"/>
            <w:tcMar>
              <w:top w:w="85" w:type="dxa"/>
              <w:bottom w:w="85" w:type="dxa"/>
            </w:tcMar>
          </w:tcPr>
          <w:p w14:paraId="1BA7D554" w14:textId="77777777" w:rsidR="00851A53" w:rsidRPr="00F333C1" w:rsidRDefault="00851A53" w:rsidP="006E517B">
            <w:pPr>
              <w:jc w:val="center"/>
              <w:rPr>
                <w:rFonts w:ascii="Cambria" w:hAnsi="Cambria" w:cs="Arial"/>
              </w:rPr>
            </w:pPr>
            <w:r w:rsidRPr="00F333C1">
              <w:rPr>
                <w:rFonts w:ascii="Cambria" w:hAnsi="Cambria" w:cs="Arial"/>
              </w:rPr>
              <w:t>4</w:t>
            </w:r>
          </w:p>
        </w:tc>
        <w:tc>
          <w:tcPr>
            <w:tcW w:w="1075" w:type="dxa"/>
          </w:tcPr>
          <w:p w14:paraId="10AFBEA0" w14:textId="77777777" w:rsidR="00851A53" w:rsidRPr="00F333C1" w:rsidRDefault="00851A53" w:rsidP="006E517B">
            <w:pPr>
              <w:jc w:val="center"/>
              <w:rPr>
                <w:rFonts w:ascii="Cambria" w:hAnsi="Cambria" w:cs="Arial"/>
              </w:rPr>
            </w:pPr>
          </w:p>
        </w:tc>
      </w:tr>
      <w:tr w:rsidR="00851A53" w:rsidRPr="00F333C1" w14:paraId="6D289018" w14:textId="77777777" w:rsidTr="00851A53">
        <w:trPr>
          <w:trHeight w:val="197"/>
        </w:trPr>
        <w:tc>
          <w:tcPr>
            <w:tcW w:w="1013" w:type="dxa"/>
            <w:vMerge/>
            <w:tcMar>
              <w:top w:w="85" w:type="dxa"/>
              <w:bottom w:w="85" w:type="dxa"/>
            </w:tcMar>
          </w:tcPr>
          <w:p w14:paraId="0691B3A9" w14:textId="77777777" w:rsidR="00851A53" w:rsidRPr="00F333C1" w:rsidRDefault="00851A53" w:rsidP="006E517B">
            <w:pPr>
              <w:jc w:val="center"/>
              <w:rPr>
                <w:rFonts w:ascii="Cambria" w:hAnsi="Cambria" w:cs="Arial"/>
                <w:b/>
              </w:rPr>
            </w:pPr>
          </w:p>
        </w:tc>
        <w:tc>
          <w:tcPr>
            <w:tcW w:w="3903" w:type="dxa"/>
            <w:vMerge/>
            <w:tcMar>
              <w:top w:w="85" w:type="dxa"/>
              <w:bottom w:w="85" w:type="dxa"/>
            </w:tcMar>
          </w:tcPr>
          <w:p w14:paraId="1EA617B0" w14:textId="77777777" w:rsidR="00851A53" w:rsidRPr="00F333C1" w:rsidRDefault="00851A53" w:rsidP="006E517B">
            <w:pPr>
              <w:rPr>
                <w:rFonts w:ascii="Cambria" w:hAnsi="Cambria" w:cs="Arial"/>
              </w:rPr>
            </w:pPr>
          </w:p>
        </w:tc>
        <w:tc>
          <w:tcPr>
            <w:tcW w:w="1345" w:type="dxa"/>
            <w:tcMar>
              <w:top w:w="85" w:type="dxa"/>
              <w:bottom w:w="85" w:type="dxa"/>
            </w:tcMar>
          </w:tcPr>
          <w:p w14:paraId="64E784BD" w14:textId="77777777" w:rsidR="00851A53" w:rsidRPr="00F333C1" w:rsidRDefault="00851A53" w:rsidP="006E517B">
            <w:pPr>
              <w:jc w:val="center"/>
              <w:rPr>
                <w:rFonts w:ascii="Cambria" w:hAnsi="Cambria" w:cs="Arial"/>
              </w:rPr>
            </w:pPr>
            <w:r w:rsidRPr="00F333C1">
              <w:rPr>
                <w:rFonts w:ascii="Cambria" w:hAnsi="Cambria" w:cs="Arial"/>
              </w:rPr>
              <w:t>a</w:t>
            </w:r>
            <w:r w:rsidRPr="00F333C1">
              <w:rPr>
                <w:rFonts w:ascii="Cambria" w:hAnsi="Cambria" w:cs="Arial"/>
                <w:vertAlign w:val="subscript"/>
              </w:rPr>
              <w:t>2</w:t>
            </w:r>
          </w:p>
        </w:tc>
        <w:tc>
          <w:tcPr>
            <w:tcW w:w="2289" w:type="dxa"/>
            <w:gridSpan w:val="2"/>
            <w:tcMar>
              <w:top w:w="85" w:type="dxa"/>
              <w:bottom w:w="85" w:type="dxa"/>
            </w:tcMar>
          </w:tcPr>
          <w:p w14:paraId="20DC43A5" w14:textId="77777777" w:rsidR="00851A53" w:rsidRPr="00F333C1" w:rsidRDefault="00851A53" w:rsidP="006E517B">
            <w:pPr>
              <w:jc w:val="center"/>
              <w:rPr>
                <w:rFonts w:ascii="Cambria" w:hAnsi="Cambria" w:cs="Arial"/>
              </w:rPr>
            </w:pPr>
            <w:r w:rsidRPr="00F333C1">
              <w:rPr>
                <w:rFonts w:ascii="Cambria" w:hAnsi="Cambria" w:cs="Arial"/>
              </w:rPr>
              <w:t>3</w:t>
            </w:r>
          </w:p>
        </w:tc>
        <w:tc>
          <w:tcPr>
            <w:tcW w:w="1075" w:type="dxa"/>
          </w:tcPr>
          <w:p w14:paraId="3D1BC385" w14:textId="77777777" w:rsidR="00851A53" w:rsidRPr="00F333C1" w:rsidRDefault="00851A53" w:rsidP="006E517B">
            <w:pPr>
              <w:jc w:val="center"/>
              <w:rPr>
                <w:rFonts w:ascii="Cambria" w:hAnsi="Cambria" w:cs="Arial"/>
              </w:rPr>
            </w:pPr>
          </w:p>
        </w:tc>
      </w:tr>
      <w:tr w:rsidR="00851A53" w:rsidRPr="00F333C1" w14:paraId="2C7A110D" w14:textId="77777777" w:rsidTr="00851A53">
        <w:trPr>
          <w:trHeight w:val="197"/>
        </w:trPr>
        <w:tc>
          <w:tcPr>
            <w:tcW w:w="1013" w:type="dxa"/>
            <w:vMerge/>
            <w:tcMar>
              <w:top w:w="85" w:type="dxa"/>
              <w:bottom w:w="85" w:type="dxa"/>
            </w:tcMar>
          </w:tcPr>
          <w:p w14:paraId="482CCD33" w14:textId="77777777" w:rsidR="00851A53" w:rsidRPr="00F333C1" w:rsidRDefault="00851A53" w:rsidP="006E517B">
            <w:pPr>
              <w:jc w:val="center"/>
              <w:rPr>
                <w:rFonts w:ascii="Cambria" w:hAnsi="Cambria" w:cs="Arial"/>
                <w:b/>
              </w:rPr>
            </w:pPr>
          </w:p>
        </w:tc>
        <w:tc>
          <w:tcPr>
            <w:tcW w:w="3903" w:type="dxa"/>
            <w:vMerge w:val="restart"/>
            <w:tcMar>
              <w:top w:w="85" w:type="dxa"/>
              <w:bottom w:w="85" w:type="dxa"/>
            </w:tcMar>
          </w:tcPr>
          <w:p w14:paraId="79C8E754" w14:textId="77777777" w:rsidR="00851A53" w:rsidRPr="00F333C1" w:rsidRDefault="00851A53" w:rsidP="006E517B">
            <w:pPr>
              <w:rPr>
                <w:rFonts w:ascii="Cambria" w:hAnsi="Cambria" w:cs="Arial"/>
              </w:rPr>
            </w:pPr>
          </w:p>
          <w:p w14:paraId="2B5F7E7F" w14:textId="77777777" w:rsidR="00851A53" w:rsidRPr="00F333C1" w:rsidRDefault="00851A53" w:rsidP="006E517B">
            <w:pPr>
              <w:rPr>
                <w:rFonts w:ascii="Cambria" w:hAnsi="Cambria" w:cs="Arial"/>
              </w:rPr>
            </w:pPr>
            <w:r w:rsidRPr="00F333C1">
              <w:rPr>
                <w:rFonts w:ascii="Cambria" w:hAnsi="Cambria" w:cs="Arial"/>
              </w:rPr>
              <w:t>(3) Stručni rad</w:t>
            </w:r>
          </w:p>
        </w:tc>
        <w:tc>
          <w:tcPr>
            <w:tcW w:w="1345" w:type="dxa"/>
            <w:tcMar>
              <w:top w:w="85" w:type="dxa"/>
              <w:bottom w:w="85" w:type="dxa"/>
            </w:tcMar>
          </w:tcPr>
          <w:p w14:paraId="0984A715" w14:textId="77777777" w:rsidR="00851A53" w:rsidRPr="00F333C1" w:rsidRDefault="00851A53" w:rsidP="006E517B">
            <w:pPr>
              <w:jc w:val="center"/>
              <w:rPr>
                <w:rFonts w:ascii="Cambria" w:hAnsi="Cambria" w:cs="Arial"/>
              </w:rPr>
            </w:pPr>
            <w:r w:rsidRPr="00F333C1">
              <w:rPr>
                <w:rFonts w:ascii="Cambria" w:hAnsi="Cambria" w:cs="Arial"/>
              </w:rPr>
              <w:t>a</w:t>
            </w:r>
            <w:r w:rsidRPr="00F333C1">
              <w:rPr>
                <w:rFonts w:ascii="Cambria" w:hAnsi="Cambria" w:cs="Arial"/>
                <w:vertAlign w:val="subscript"/>
              </w:rPr>
              <w:t>1</w:t>
            </w:r>
          </w:p>
        </w:tc>
        <w:tc>
          <w:tcPr>
            <w:tcW w:w="2289" w:type="dxa"/>
            <w:gridSpan w:val="2"/>
            <w:tcMar>
              <w:top w:w="85" w:type="dxa"/>
              <w:bottom w:w="85" w:type="dxa"/>
            </w:tcMar>
          </w:tcPr>
          <w:p w14:paraId="410A750B" w14:textId="77777777" w:rsidR="00851A53" w:rsidRPr="00F333C1" w:rsidRDefault="00851A53" w:rsidP="006E517B">
            <w:pPr>
              <w:jc w:val="center"/>
              <w:rPr>
                <w:rFonts w:ascii="Cambria" w:hAnsi="Cambria" w:cs="Arial"/>
              </w:rPr>
            </w:pPr>
            <w:r w:rsidRPr="00F333C1">
              <w:rPr>
                <w:rFonts w:ascii="Cambria" w:hAnsi="Cambria" w:cs="Arial"/>
              </w:rPr>
              <w:t>3</w:t>
            </w:r>
          </w:p>
        </w:tc>
        <w:tc>
          <w:tcPr>
            <w:tcW w:w="1075" w:type="dxa"/>
          </w:tcPr>
          <w:p w14:paraId="49390B7A" w14:textId="77777777" w:rsidR="00851A53" w:rsidRPr="00F333C1" w:rsidRDefault="00851A53" w:rsidP="006E517B">
            <w:pPr>
              <w:jc w:val="center"/>
              <w:rPr>
                <w:rFonts w:ascii="Cambria" w:hAnsi="Cambria" w:cs="Arial"/>
              </w:rPr>
            </w:pPr>
          </w:p>
        </w:tc>
      </w:tr>
      <w:tr w:rsidR="00851A53" w:rsidRPr="00F333C1" w14:paraId="4691340B" w14:textId="77777777" w:rsidTr="00851A53">
        <w:trPr>
          <w:trHeight w:val="197"/>
        </w:trPr>
        <w:tc>
          <w:tcPr>
            <w:tcW w:w="1013" w:type="dxa"/>
            <w:vMerge/>
            <w:tcMar>
              <w:top w:w="85" w:type="dxa"/>
              <w:bottom w:w="85" w:type="dxa"/>
            </w:tcMar>
          </w:tcPr>
          <w:p w14:paraId="61ECEF5F" w14:textId="77777777" w:rsidR="00851A53" w:rsidRPr="00F333C1" w:rsidRDefault="00851A53" w:rsidP="006E517B">
            <w:pPr>
              <w:jc w:val="center"/>
              <w:rPr>
                <w:rFonts w:ascii="Cambria" w:hAnsi="Cambria" w:cs="Arial"/>
                <w:b/>
              </w:rPr>
            </w:pPr>
          </w:p>
        </w:tc>
        <w:tc>
          <w:tcPr>
            <w:tcW w:w="3903" w:type="dxa"/>
            <w:vMerge/>
            <w:tcMar>
              <w:top w:w="85" w:type="dxa"/>
              <w:bottom w:w="85" w:type="dxa"/>
            </w:tcMar>
          </w:tcPr>
          <w:p w14:paraId="59A7EC92" w14:textId="77777777" w:rsidR="00851A53" w:rsidRPr="00F333C1" w:rsidRDefault="00851A53" w:rsidP="006E517B">
            <w:pPr>
              <w:rPr>
                <w:rFonts w:ascii="Cambria" w:hAnsi="Cambria" w:cs="Arial"/>
              </w:rPr>
            </w:pPr>
          </w:p>
        </w:tc>
        <w:tc>
          <w:tcPr>
            <w:tcW w:w="1345" w:type="dxa"/>
            <w:tcMar>
              <w:top w:w="85" w:type="dxa"/>
              <w:bottom w:w="85" w:type="dxa"/>
            </w:tcMar>
          </w:tcPr>
          <w:p w14:paraId="1A2B8DCF" w14:textId="77777777" w:rsidR="00851A53" w:rsidRPr="00F333C1" w:rsidRDefault="00851A53" w:rsidP="006E517B">
            <w:pPr>
              <w:jc w:val="center"/>
              <w:rPr>
                <w:rFonts w:ascii="Cambria" w:hAnsi="Cambria" w:cs="Arial"/>
              </w:rPr>
            </w:pPr>
            <w:r w:rsidRPr="00F333C1">
              <w:rPr>
                <w:rFonts w:ascii="Cambria" w:hAnsi="Cambria" w:cs="Arial"/>
              </w:rPr>
              <w:t>a</w:t>
            </w:r>
            <w:r w:rsidRPr="00F333C1">
              <w:rPr>
                <w:rFonts w:ascii="Cambria" w:hAnsi="Cambria" w:cs="Arial"/>
                <w:vertAlign w:val="subscript"/>
              </w:rPr>
              <w:t>2</w:t>
            </w:r>
          </w:p>
        </w:tc>
        <w:tc>
          <w:tcPr>
            <w:tcW w:w="2289" w:type="dxa"/>
            <w:gridSpan w:val="2"/>
            <w:tcMar>
              <w:top w:w="85" w:type="dxa"/>
              <w:bottom w:w="85" w:type="dxa"/>
            </w:tcMar>
          </w:tcPr>
          <w:p w14:paraId="13EBFFD7" w14:textId="77777777" w:rsidR="00851A53" w:rsidRPr="00F333C1" w:rsidRDefault="00851A53" w:rsidP="006E517B">
            <w:pPr>
              <w:jc w:val="center"/>
              <w:rPr>
                <w:rFonts w:ascii="Cambria" w:hAnsi="Cambria" w:cs="Arial"/>
              </w:rPr>
            </w:pPr>
            <w:r w:rsidRPr="00F333C1">
              <w:rPr>
                <w:rFonts w:ascii="Cambria" w:hAnsi="Cambria" w:cs="Arial"/>
              </w:rPr>
              <w:t>2</w:t>
            </w:r>
          </w:p>
        </w:tc>
        <w:tc>
          <w:tcPr>
            <w:tcW w:w="1075" w:type="dxa"/>
          </w:tcPr>
          <w:p w14:paraId="5FC29313" w14:textId="77777777" w:rsidR="00851A53" w:rsidRPr="00F333C1" w:rsidRDefault="00851A53" w:rsidP="006E517B">
            <w:pPr>
              <w:jc w:val="center"/>
              <w:rPr>
                <w:rFonts w:ascii="Cambria" w:hAnsi="Cambria" w:cs="Arial"/>
              </w:rPr>
            </w:pPr>
          </w:p>
        </w:tc>
      </w:tr>
      <w:tr w:rsidR="00851A53" w:rsidRPr="00F333C1" w14:paraId="6C58CBE7" w14:textId="77777777" w:rsidTr="00851A53">
        <w:trPr>
          <w:trHeight w:val="197"/>
        </w:trPr>
        <w:tc>
          <w:tcPr>
            <w:tcW w:w="1013" w:type="dxa"/>
            <w:vMerge/>
            <w:tcMar>
              <w:top w:w="85" w:type="dxa"/>
              <w:bottom w:w="85" w:type="dxa"/>
            </w:tcMar>
          </w:tcPr>
          <w:p w14:paraId="4B86524D" w14:textId="77777777" w:rsidR="00851A53" w:rsidRPr="00F333C1" w:rsidRDefault="00851A53" w:rsidP="006E517B">
            <w:pPr>
              <w:jc w:val="center"/>
              <w:rPr>
                <w:rFonts w:ascii="Cambria" w:hAnsi="Cambria" w:cs="Arial"/>
                <w:b/>
              </w:rPr>
            </w:pPr>
          </w:p>
        </w:tc>
        <w:tc>
          <w:tcPr>
            <w:tcW w:w="3903" w:type="dxa"/>
            <w:tcMar>
              <w:top w:w="85" w:type="dxa"/>
              <w:bottom w:w="85" w:type="dxa"/>
            </w:tcMar>
          </w:tcPr>
          <w:p w14:paraId="7B1038AC" w14:textId="77777777" w:rsidR="00851A53" w:rsidRPr="00F333C1" w:rsidRDefault="00851A53" w:rsidP="006E517B">
            <w:pPr>
              <w:rPr>
                <w:rFonts w:ascii="Cambria" w:hAnsi="Cambria" w:cs="Arial"/>
              </w:rPr>
            </w:pPr>
            <w:r w:rsidRPr="00F333C1">
              <w:rPr>
                <w:rFonts w:ascii="Cambria" w:hAnsi="Cambria" w:cs="Arial"/>
              </w:rPr>
              <w:t>(4) Recenzija, prikaz, osvrt</w:t>
            </w:r>
          </w:p>
        </w:tc>
        <w:tc>
          <w:tcPr>
            <w:tcW w:w="1345" w:type="dxa"/>
            <w:tcMar>
              <w:top w:w="85" w:type="dxa"/>
              <w:bottom w:w="85" w:type="dxa"/>
            </w:tcMar>
          </w:tcPr>
          <w:p w14:paraId="385B237C" w14:textId="77777777" w:rsidR="00851A53" w:rsidRPr="00F333C1" w:rsidRDefault="00851A53" w:rsidP="006E517B">
            <w:pPr>
              <w:jc w:val="center"/>
              <w:rPr>
                <w:rFonts w:ascii="Cambria" w:hAnsi="Cambria" w:cs="Arial"/>
                <w:vertAlign w:val="subscript"/>
              </w:rPr>
            </w:pPr>
            <w:r w:rsidRPr="00F333C1">
              <w:rPr>
                <w:rFonts w:ascii="Cambria" w:hAnsi="Cambria" w:cs="Arial"/>
              </w:rPr>
              <w:t>a</w:t>
            </w:r>
            <w:r w:rsidRPr="00F333C1">
              <w:rPr>
                <w:rFonts w:ascii="Cambria" w:hAnsi="Cambria" w:cs="Arial"/>
                <w:vertAlign w:val="subscript"/>
              </w:rPr>
              <w:t>1</w:t>
            </w:r>
            <w:r w:rsidRPr="00F333C1">
              <w:rPr>
                <w:rFonts w:ascii="Cambria" w:hAnsi="Cambria" w:cs="Arial"/>
              </w:rPr>
              <w:t xml:space="preserve"> ili a</w:t>
            </w:r>
            <w:r w:rsidRPr="00F333C1">
              <w:rPr>
                <w:rFonts w:ascii="Cambria" w:hAnsi="Cambria" w:cs="Arial"/>
                <w:vertAlign w:val="subscript"/>
              </w:rPr>
              <w:t>2</w:t>
            </w:r>
          </w:p>
        </w:tc>
        <w:tc>
          <w:tcPr>
            <w:tcW w:w="2289" w:type="dxa"/>
            <w:gridSpan w:val="2"/>
            <w:tcMar>
              <w:top w:w="85" w:type="dxa"/>
              <w:bottom w:w="85" w:type="dxa"/>
            </w:tcMar>
          </w:tcPr>
          <w:p w14:paraId="1B6D0F69" w14:textId="77777777" w:rsidR="00851A53" w:rsidRPr="00F333C1" w:rsidRDefault="00851A53" w:rsidP="006E517B">
            <w:pPr>
              <w:jc w:val="center"/>
              <w:rPr>
                <w:rFonts w:ascii="Cambria" w:hAnsi="Cambria" w:cs="Arial"/>
              </w:rPr>
            </w:pPr>
            <w:r w:rsidRPr="00F333C1">
              <w:rPr>
                <w:rFonts w:ascii="Cambria" w:hAnsi="Cambria" w:cs="Arial"/>
              </w:rPr>
              <w:t>1,5</w:t>
            </w:r>
          </w:p>
        </w:tc>
        <w:tc>
          <w:tcPr>
            <w:tcW w:w="1075" w:type="dxa"/>
          </w:tcPr>
          <w:p w14:paraId="41F4EDEF" w14:textId="77777777" w:rsidR="00851A53" w:rsidRPr="00F333C1" w:rsidRDefault="00851A53" w:rsidP="006E517B">
            <w:pPr>
              <w:jc w:val="center"/>
              <w:rPr>
                <w:rFonts w:ascii="Cambria" w:hAnsi="Cambria" w:cs="Arial"/>
              </w:rPr>
            </w:pPr>
          </w:p>
        </w:tc>
      </w:tr>
      <w:tr w:rsidR="00851A53" w:rsidRPr="00F333C1" w14:paraId="76F9A06A" w14:textId="77777777" w:rsidTr="00851A53">
        <w:trPr>
          <w:trHeight w:val="197"/>
        </w:trPr>
        <w:tc>
          <w:tcPr>
            <w:tcW w:w="1013" w:type="dxa"/>
            <w:vMerge w:val="restart"/>
            <w:tcMar>
              <w:top w:w="85" w:type="dxa"/>
              <w:bottom w:w="85" w:type="dxa"/>
            </w:tcMar>
          </w:tcPr>
          <w:p w14:paraId="25935435" w14:textId="77777777" w:rsidR="00851A53" w:rsidRPr="00F333C1" w:rsidRDefault="00851A53" w:rsidP="006E517B">
            <w:pPr>
              <w:jc w:val="center"/>
              <w:rPr>
                <w:rFonts w:ascii="Cambria" w:hAnsi="Cambria" w:cs="Arial"/>
                <w:b/>
              </w:rPr>
            </w:pPr>
          </w:p>
          <w:p w14:paraId="20122F53" w14:textId="77777777" w:rsidR="00851A53" w:rsidRPr="00F333C1" w:rsidRDefault="00851A53" w:rsidP="006E517B">
            <w:pPr>
              <w:jc w:val="center"/>
              <w:rPr>
                <w:rFonts w:ascii="Cambria" w:hAnsi="Cambria" w:cs="Arial"/>
                <w:b/>
              </w:rPr>
            </w:pPr>
          </w:p>
          <w:p w14:paraId="74AE5439" w14:textId="77777777" w:rsidR="00851A53" w:rsidRPr="00F333C1" w:rsidRDefault="00851A53" w:rsidP="006E517B">
            <w:pPr>
              <w:jc w:val="center"/>
              <w:rPr>
                <w:rFonts w:ascii="Cambria" w:hAnsi="Cambria" w:cs="Arial"/>
                <w:b/>
              </w:rPr>
            </w:pPr>
          </w:p>
          <w:p w14:paraId="5EE1FD13" w14:textId="77777777" w:rsidR="00851A53" w:rsidRPr="00F333C1" w:rsidRDefault="00851A53" w:rsidP="006E517B">
            <w:pPr>
              <w:jc w:val="center"/>
              <w:rPr>
                <w:rFonts w:ascii="Cambria" w:hAnsi="Cambria" w:cs="Arial"/>
                <w:b/>
              </w:rPr>
            </w:pPr>
          </w:p>
          <w:p w14:paraId="1EB6B12C" w14:textId="77777777" w:rsidR="00851A53" w:rsidRPr="00F333C1" w:rsidRDefault="00851A53" w:rsidP="006E517B">
            <w:pPr>
              <w:jc w:val="center"/>
              <w:rPr>
                <w:rFonts w:ascii="Cambria" w:hAnsi="Cambria" w:cs="Arial"/>
                <w:b/>
              </w:rPr>
            </w:pPr>
          </w:p>
          <w:p w14:paraId="61B7B4B5" w14:textId="77777777" w:rsidR="00851A53" w:rsidRPr="00F333C1" w:rsidRDefault="00851A53" w:rsidP="006E517B">
            <w:pPr>
              <w:jc w:val="center"/>
              <w:rPr>
                <w:rFonts w:ascii="Cambria" w:hAnsi="Cambria" w:cs="Arial"/>
                <w:b/>
              </w:rPr>
            </w:pPr>
          </w:p>
          <w:p w14:paraId="5F9C67C8" w14:textId="77777777" w:rsidR="00851A53" w:rsidRPr="00F333C1" w:rsidRDefault="00851A53" w:rsidP="006E517B">
            <w:pPr>
              <w:jc w:val="center"/>
              <w:rPr>
                <w:rFonts w:ascii="Cambria" w:hAnsi="Cambria" w:cs="Arial"/>
                <w:b/>
              </w:rPr>
            </w:pPr>
          </w:p>
          <w:p w14:paraId="0E46504E" w14:textId="77777777" w:rsidR="00851A53" w:rsidRPr="00F333C1" w:rsidRDefault="00851A53" w:rsidP="006E517B">
            <w:pPr>
              <w:jc w:val="center"/>
              <w:rPr>
                <w:rFonts w:ascii="Cambria" w:hAnsi="Cambria" w:cs="Arial"/>
                <w:b/>
              </w:rPr>
            </w:pPr>
          </w:p>
          <w:p w14:paraId="3A838259" w14:textId="77777777" w:rsidR="00851A53" w:rsidRPr="00F333C1" w:rsidRDefault="00851A53" w:rsidP="006E517B">
            <w:pPr>
              <w:jc w:val="center"/>
              <w:rPr>
                <w:rFonts w:ascii="Cambria" w:hAnsi="Cambria" w:cs="Arial"/>
                <w:b/>
              </w:rPr>
            </w:pPr>
            <w:r w:rsidRPr="00F333C1">
              <w:rPr>
                <w:rFonts w:ascii="Cambria" w:hAnsi="Cambria" w:cs="Arial"/>
                <w:b/>
              </w:rPr>
              <w:t>II.</w:t>
            </w:r>
          </w:p>
        </w:tc>
        <w:tc>
          <w:tcPr>
            <w:tcW w:w="5249" w:type="dxa"/>
            <w:gridSpan w:val="2"/>
            <w:tcMar>
              <w:top w:w="85" w:type="dxa"/>
              <w:bottom w:w="85" w:type="dxa"/>
            </w:tcMar>
          </w:tcPr>
          <w:p w14:paraId="622C6B25" w14:textId="77777777" w:rsidR="00851A53" w:rsidRPr="00F333C1" w:rsidRDefault="00851A53" w:rsidP="006E517B">
            <w:pPr>
              <w:jc w:val="center"/>
              <w:rPr>
                <w:rFonts w:ascii="Cambria" w:hAnsi="Cambria" w:cs="Arial"/>
                <w:b/>
              </w:rPr>
            </w:pPr>
            <w:r w:rsidRPr="00F333C1">
              <w:rPr>
                <w:rFonts w:ascii="Cambria" w:hAnsi="Cambria" w:cs="Arial"/>
                <w:b/>
              </w:rPr>
              <w:t>Nazočnost</w:t>
            </w:r>
            <w:r w:rsidRPr="00F333C1">
              <w:rPr>
                <w:rFonts w:ascii="Cambria" w:hAnsi="Cambria" w:cs="Calibri"/>
                <w:b/>
              </w:rPr>
              <w:t>*</w:t>
            </w:r>
            <w:r w:rsidRPr="00F333C1">
              <w:rPr>
                <w:rFonts w:ascii="Cambria" w:hAnsi="Cambria" w:cs="Arial"/>
                <w:b/>
              </w:rPr>
              <w:t>/izlaganje</w:t>
            </w:r>
          </w:p>
        </w:tc>
        <w:tc>
          <w:tcPr>
            <w:tcW w:w="1211" w:type="dxa"/>
            <w:tcMar>
              <w:top w:w="85" w:type="dxa"/>
              <w:bottom w:w="85" w:type="dxa"/>
            </w:tcMar>
          </w:tcPr>
          <w:p w14:paraId="5D1749F9" w14:textId="77777777" w:rsidR="00851A53" w:rsidRPr="00F333C1" w:rsidRDefault="00851A53" w:rsidP="006E517B">
            <w:pPr>
              <w:jc w:val="center"/>
              <w:rPr>
                <w:rFonts w:ascii="Cambria" w:hAnsi="Cambria" w:cs="Arial"/>
              </w:rPr>
            </w:pPr>
            <w:r w:rsidRPr="00F333C1">
              <w:rPr>
                <w:rFonts w:ascii="Cambria" w:hAnsi="Cambria" w:cs="Arial"/>
              </w:rPr>
              <w:t>Nazočnost</w:t>
            </w:r>
          </w:p>
        </w:tc>
        <w:tc>
          <w:tcPr>
            <w:tcW w:w="1078" w:type="dxa"/>
          </w:tcPr>
          <w:p w14:paraId="617DC5FF" w14:textId="77777777" w:rsidR="00851A53" w:rsidRPr="00F333C1" w:rsidRDefault="00851A53" w:rsidP="006E517B">
            <w:pPr>
              <w:jc w:val="center"/>
              <w:rPr>
                <w:rFonts w:ascii="Cambria" w:hAnsi="Cambria" w:cs="Arial"/>
              </w:rPr>
            </w:pPr>
            <w:r w:rsidRPr="00F333C1">
              <w:rPr>
                <w:rFonts w:ascii="Cambria" w:hAnsi="Cambria" w:cs="Arial"/>
              </w:rPr>
              <w:t>Izlaganje</w:t>
            </w:r>
          </w:p>
        </w:tc>
        <w:tc>
          <w:tcPr>
            <w:tcW w:w="1075" w:type="dxa"/>
          </w:tcPr>
          <w:p w14:paraId="3121C119" w14:textId="77777777" w:rsidR="00851A53" w:rsidRPr="00F333C1" w:rsidRDefault="00851A53" w:rsidP="006E517B">
            <w:pPr>
              <w:jc w:val="center"/>
              <w:rPr>
                <w:rFonts w:ascii="Cambria" w:hAnsi="Cambria" w:cs="Arial"/>
              </w:rPr>
            </w:pPr>
          </w:p>
        </w:tc>
      </w:tr>
      <w:tr w:rsidR="00851A53" w:rsidRPr="00F333C1" w14:paraId="4BFEF755" w14:textId="77777777" w:rsidTr="00851A53">
        <w:trPr>
          <w:trHeight w:val="197"/>
        </w:trPr>
        <w:tc>
          <w:tcPr>
            <w:tcW w:w="1013" w:type="dxa"/>
            <w:vMerge/>
            <w:tcMar>
              <w:top w:w="85" w:type="dxa"/>
              <w:bottom w:w="85" w:type="dxa"/>
            </w:tcMar>
          </w:tcPr>
          <w:p w14:paraId="618BF585" w14:textId="77777777" w:rsidR="00851A53" w:rsidRPr="00F333C1" w:rsidRDefault="00851A53" w:rsidP="006E517B">
            <w:pPr>
              <w:jc w:val="center"/>
              <w:rPr>
                <w:rFonts w:ascii="Cambria" w:hAnsi="Cambria" w:cs="Arial"/>
                <w:b/>
              </w:rPr>
            </w:pPr>
          </w:p>
        </w:tc>
        <w:tc>
          <w:tcPr>
            <w:tcW w:w="5249" w:type="dxa"/>
            <w:gridSpan w:val="2"/>
            <w:tcMar>
              <w:top w:w="85" w:type="dxa"/>
              <w:bottom w:w="85" w:type="dxa"/>
            </w:tcMar>
          </w:tcPr>
          <w:p w14:paraId="5156E8A0" w14:textId="77777777" w:rsidR="00851A53" w:rsidRPr="00F333C1" w:rsidRDefault="00851A53" w:rsidP="006E517B">
            <w:pPr>
              <w:rPr>
                <w:rFonts w:ascii="Cambria" w:hAnsi="Cambria" w:cs="Arial"/>
              </w:rPr>
            </w:pPr>
            <w:r w:rsidRPr="00F333C1">
              <w:rPr>
                <w:rFonts w:ascii="Cambria" w:hAnsi="Cambria" w:cs="Arial"/>
              </w:rPr>
              <w:t>(a) jednodnevni međunarodni znanstveni skup</w:t>
            </w:r>
          </w:p>
        </w:tc>
        <w:tc>
          <w:tcPr>
            <w:tcW w:w="1211" w:type="dxa"/>
            <w:tcMar>
              <w:top w:w="85" w:type="dxa"/>
              <w:bottom w:w="85" w:type="dxa"/>
            </w:tcMar>
          </w:tcPr>
          <w:p w14:paraId="0E271EE4" w14:textId="77777777" w:rsidR="00851A53" w:rsidRPr="00F333C1" w:rsidRDefault="00851A53" w:rsidP="006E517B">
            <w:pPr>
              <w:jc w:val="center"/>
              <w:rPr>
                <w:rFonts w:ascii="Cambria" w:hAnsi="Cambria" w:cs="Arial"/>
              </w:rPr>
            </w:pPr>
            <w:r w:rsidRPr="00F333C1">
              <w:rPr>
                <w:rFonts w:ascii="Cambria" w:hAnsi="Cambria" w:cs="Arial"/>
              </w:rPr>
              <w:t>1,5</w:t>
            </w:r>
          </w:p>
        </w:tc>
        <w:tc>
          <w:tcPr>
            <w:tcW w:w="1078" w:type="dxa"/>
          </w:tcPr>
          <w:p w14:paraId="0DD8BF5D" w14:textId="77777777" w:rsidR="00851A53" w:rsidRPr="00F333C1" w:rsidRDefault="00851A53" w:rsidP="006E517B">
            <w:pPr>
              <w:jc w:val="center"/>
              <w:rPr>
                <w:rFonts w:ascii="Cambria" w:hAnsi="Cambria" w:cs="Arial"/>
              </w:rPr>
            </w:pPr>
            <w:r w:rsidRPr="00F333C1">
              <w:rPr>
                <w:rFonts w:ascii="Cambria" w:hAnsi="Cambria" w:cs="Arial"/>
              </w:rPr>
              <w:t>2,5</w:t>
            </w:r>
          </w:p>
        </w:tc>
        <w:tc>
          <w:tcPr>
            <w:tcW w:w="1075" w:type="dxa"/>
          </w:tcPr>
          <w:p w14:paraId="4F31FE8B" w14:textId="77777777" w:rsidR="00851A53" w:rsidRPr="00F333C1" w:rsidRDefault="00851A53" w:rsidP="006E517B">
            <w:pPr>
              <w:jc w:val="center"/>
              <w:rPr>
                <w:rFonts w:ascii="Cambria" w:hAnsi="Cambria" w:cs="Arial"/>
              </w:rPr>
            </w:pPr>
          </w:p>
        </w:tc>
      </w:tr>
      <w:tr w:rsidR="00851A53" w:rsidRPr="00F333C1" w14:paraId="722DAAB1" w14:textId="77777777" w:rsidTr="00851A53">
        <w:trPr>
          <w:trHeight w:val="197"/>
        </w:trPr>
        <w:tc>
          <w:tcPr>
            <w:tcW w:w="1013" w:type="dxa"/>
            <w:vMerge/>
            <w:tcMar>
              <w:top w:w="85" w:type="dxa"/>
              <w:bottom w:w="85" w:type="dxa"/>
            </w:tcMar>
          </w:tcPr>
          <w:p w14:paraId="0F6353BF" w14:textId="77777777" w:rsidR="00851A53" w:rsidRPr="00F333C1" w:rsidRDefault="00851A53" w:rsidP="006E517B">
            <w:pPr>
              <w:jc w:val="center"/>
              <w:rPr>
                <w:rFonts w:ascii="Cambria" w:hAnsi="Cambria" w:cs="Arial"/>
                <w:b/>
              </w:rPr>
            </w:pPr>
          </w:p>
        </w:tc>
        <w:tc>
          <w:tcPr>
            <w:tcW w:w="5249" w:type="dxa"/>
            <w:gridSpan w:val="2"/>
            <w:tcMar>
              <w:top w:w="85" w:type="dxa"/>
              <w:bottom w:w="85" w:type="dxa"/>
            </w:tcMar>
          </w:tcPr>
          <w:p w14:paraId="70906E05" w14:textId="77777777" w:rsidR="00851A53" w:rsidRPr="00F333C1" w:rsidRDefault="00851A53" w:rsidP="006E517B">
            <w:pPr>
              <w:rPr>
                <w:rFonts w:ascii="Cambria" w:hAnsi="Cambria" w:cs="Arial"/>
              </w:rPr>
            </w:pPr>
            <w:r w:rsidRPr="00F333C1">
              <w:rPr>
                <w:rFonts w:ascii="Cambria" w:hAnsi="Cambria" w:cs="Arial"/>
              </w:rPr>
              <w:t>(b) dvodnevni međunarodni znanstveni skup</w:t>
            </w:r>
          </w:p>
        </w:tc>
        <w:tc>
          <w:tcPr>
            <w:tcW w:w="1211" w:type="dxa"/>
            <w:tcMar>
              <w:top w:w="85" w:type="dxa"/>
              <w:bottom w:w="85" w:type="dxa"/>
            </w:tcMar>
          </w:tcPr>
          <w:p w14:paraId="6FD9B963" w14:textId="77777777" w:rsidR="00851A53" w:rsidRPr="00F333C1" w:rsidRDefault="00851A53" w:rsidP="006E517B">
            <w:pPr>
              <w:jc w:val="center"/>
              <w:rPr>
                <w:rFonts w:ascii="Cambria" w:hAnsi="Cambria" w:cs="Arial"/>
              </w:rPr>
            </w:pPr>
            <w:r w:rsidRPr="00F333C1">
              <w:rPr>
                <w:rFonts w:ascii="Cambria" w:hAnsi="Cambria" w:cs="Arial"/>
              </w:rPr>
              <w:t>2</w:t>
            </w:r>
          </w:p>
        </w:tc>
        <w:tc>
          <w:tcPr>
            <w:tcW w:w="1078" w:type="dxa"/>
          </w:tcPr>
          <w:p w14:paraId="0EAA09AC" w14:textId="77777777" w:rsidR="00851A53" w:rsidRPr="00F333C1" w:rsidRDefault="00851A53" w:rsidP="006E517B">
            <w:pPr>
              <w:jc w:val="center"/>
              <w:rPr>
                <w:rFonts w:ascii="Cambria" w:hAnsi="Cambria" w:cs="Arial"/>
              </w:rPr>
            </w:pPr>
            <w:r w:rsidRPr="00F333C1">
              <w:rPr>
                <w:rFonts w:ascii="Cambria" w:hAnsi="Cambria" w:cs="Arial"/>
              </w:rPr>
              <w:t>3,5</w:t>
            </w:r>
          </w:p>
        </w:tc>
        <w:tc>
          <w:tcPr>
            <w:tcW w:w="1075" w:type="dxa"/>
          </w:tcPr>
          <w:p w14:paraId="2C41C4F5" w14:textId="77777777" w:rsidR="00851A53" w:rsidRPr="00F333C1" w:rsidRDefault="00851A53" w:rsidP="006E517B">
            <w:pPr>
              <w:jc w:val="center"/>
              <w:rPr>
                <w:rFonts w:ascii="Cambria" w:hAnsi="Cambria" w:cs="Arial"/>
              </w:rPr>
            </w:pPr>
          </w:p>
        </w:tc>
      </w:tr>
      <w:tr w:rsidR="00851A53" w:rsidRPr="00F333C1" w14:paraId="21C9A2F4" w14:textId="77777777" w:rsidTr="00851A53">
        <w:trPr>
          <w:trHeight w:val="197"/>
        </w:trPr>
        <w:tc>
          <w:tcPr>
            <w:tcW w:w="1013" w:type="dxa"/>
            <w:vMerge/>
            <w:tcMar>
              <w:top w:w="85" w:type="dxa"/>
              <w:bottom w:w="85" w:type="dxa"/>
            </w:tcMar>
          </w:tcPr>
          <w:p w14:paraId="5CFA3146" w14:textId="77777777" w:rsidR="00851A53" w:rsidRPr="00F333C1" w:rsidRDefault="00851A53" w:rsidP="006E517B">
            <w:pPr>
              <w:jc w:val="center"/>
              <w:rPr>
                <w:rFonts w:ascii="Cambria" w:hAnsi="Cambria" w:cs="Arial"/>
                <w:b/>
              </w:rPr>
            </w:pPr>
          </w:p>
        </w:tc>
        <w:tc>
          <w:tcPr>
            <w:tcW w:w="5249" w:type="dxa"/>
            <w:gridSpan w:val="2"/>
            <w:tcMar>
              <w:top w:w="85" w:type="dxa"/>
              <w:bottom w:w="85" w:type="dxa"/>
            </w:tcMar>
          </w:tcPr>
          <w:p w14:paraId="054136B4" w14:textId="77777777" w:rsidR="00851A53" w:rsidRPr="00F333C1" w:rsidRDefault="00851A53" w:rsidP="006E517B">
            <w:pPr>
              <w:rPr>
                <w:rFonts w:ascii="Cambria" w:hAnsi="Cambria" w:cs="Arial"/>
              </w:rPr>
            </w:pPr>
            <w:r w:rsidRPr="00F333C1">
              <w:rPr>
                <w:rFonts w:ascii="Cambria" w:hAnsi="Cambria" w:cs="Arial"/>
              </w:rPr>
              <w:t>(c) trodnevni međunarodni znanstveni skup</w:t>
            </w:r>
          </w:p>
        </w:tc>
        <w:tc>
          <w:tcPr>
            <w:tcW w:w="1211" w:type="dxa"/>
            <w:tcMar>
              <w:top w:w="85" w:type="dxa"/>
              <w:bottom w:w="85" w:type="dxa"/>
            </w:tcMar>
          </w:tcPr>
          <w:p w14:paraId="31DC5CED" w14:textId="77777777" w:rsidR="00851A53" w:rsidRPr="00F333C1" w:rsidRDefault="00851A53" w:rsidP="006E517B">
            <w:pPr>
              <w:jc w:val="center"/>
              <w:rPr>
                <w:rFonts w:ascii="Cambria" w:hAnsi="Cambria" w:cs="Arial"/>
              </w:rPr>
            </w:pPr>
            <w:r w:rsidRPr="00F333C1">
              <w:rPr>
                <w:rFonts w:ascii="Cambria" w:hAnsi="Cambria" w:cs="Arial"/>
              </w:rPr>
              <w:t>2,5</w:t>
            </w:r>
          </w:p>
        </w:tc>
        <w:tc>
          <w:tcPr>
            <w:tcW w:w="1078" w:type="dxa"/>
          </w:tcPr>
          <w:p w14:paraId="6DE5B926" w14:textId="77777777" w:rsidR="00851A53" w:rsidRPr="00F333C1" w:rsidRDefault="00851A53" w:rsidP="006E517B">
            <w:pPr>
              <w:jc w:val="center"/>
              <w:rPr>
                <w:rFonts w:ascii="Cambria" w:hAnsi="Cambria" w:cs="Arial"/>
              </w:rPr>
            </w:pPr>
            <w:r w:rsidRPr="00F333C1">
              <w:rPr>
                <w:rFonts w:ascii="Cambria" w:hAnsi="Cambria" w:cs="Arial"/>
              </w:rPr>
              <w:t>4</w:t>
            </w:r>
          </w:p>
        </w:tc>
        <w:tc>
          <w:tcPr>
            <w:tcW w:w="1075" w:type="dxa"/>
          </w:tcPr>
          <w:p w14:paraId="20FCEAD5" w14:textId="77777777" w:rsidR="00851A53" w:rsidRPr="00F333C1" w:rsidRDefault="00851A53" w:rsidP="006E517B">
            <w:pPr>
              <w:jc w:val="center"/>
              <w:rPr>
                <w:rFonts w:ascii="Cambria" w:hAnsi="Cambria" w:cs="Arial"/>
              </w:rPr>
            </w:pPr>
          </w:p>
        </w:tc>
      </w:tr>
      <w:tr w:rsidR="00851A53" w:rsidRPr="00F333C1" w14:paraId="5741B1F5" w14:textId="77777777" w:rsidTr="00851A53">
        <w:trPr>
          <w:trHeight w:val="197"/>
        </w:trPr>
        <w:tc>
          <w:tcPr>
            <w:tcW w:w="1013" w:type="dxa"/>
            <w:vMerge/>
            <w:tcMar>
              <w:top w:w="85" w:type="dxa"/>
              <w:bottom w:w="85" w:type="dxa"/>
            </w:tcMar>
          </w:tcPr>
          <w:p w14:paraId="4F7D3F9C" w14:textId="77777777" w:rsidR="00851A53" w:rsidRPr="00F333C1" w:rsidRDefault="00851A53" w:rsidP="006E517B">
            <w:pPr>
              <w:jc w:val="center"/>
              <w:rPr>
                <w:rFonts w:ascii="Cambria" w:hAnsi="Cambria" w:cs="Arial"/>
                <w:b/>
              </w:rPr>
            </w:pPr>
          </w:p>
        </w:tc>
        <w:tc>
          <w:tcPr>
            <w:tcW w:w="5249" w:type="dxa"/>
            <w:gridSpan w:val="2"/>
            <w:tcMar>
              <w:top w:w="85" w:type="dxa"/>
              <w:bottom w:w="85" w:type="dxa"/>
            </w:tcMar>
          </w:tcPr>
          <w:p w14:paraId="12FE1CC4" w14:textId="77777777" w:rsidR="00851A53" w:rsidRPr="00F333C1" w:rsidRDefault="00851A53" w:rsidP="006E517B">
            <w:pPr>
              <w:rPr>
                <w:rFonts w:ascii="Cambria" w:hAnsi="Cambria" w:cs="Arial"/>
              </w:rPr>
            </w:pPr>
            <w:r w:rsidRPr="00F333C1">
              <w:rPr>
                <w:rFonts w:ascii="Cambria" w:hAnsi="Cambria" w:cs="Arial"/>
              </w:rPr>
              <w:t>(d) jednodnevni domaći znanstveni skup</w:t>
            </w:r>
          </w:p>
        </w:tc>
        <w:tc>
          <w:tcPr>
            <w:tcW w:w="1211" w:type="dxa"/>
            <w:tcMar>
              <w:top w:w="85" w:type="dxa"/>
              <w:bottom w:w="85" w:type="dxa"/>
            </w:tcMar>
          </w:tcPr>
          <w:p w14:paraId="39A23D8E" w14:textId="77777777" w:rsidR="00851A53" w:rsidRPr="00F333C1" w:rsidRDefault="00851A53" w:rsidP="006E517B">
            <w:pPr>
              <w:jc w:val="center"/>
              <w:rPr>
                <w:rFonts w:ascii="Cambria" w:hAnsi="Cambria" w:cs="Arial"/>
              </w:rPr>
            </w:pPr>
            <w:r w:rsidRPr="00F333C1">
              <w:rPr>
                <w:rFonts w:ascii="Cambria" w:hAnsi="Cambria" w:cs="Arial"/>
              </w:rPr>
              <w:t>0,5</w:t>
            </w:r>
          </w:p>
        </w:tc>
        <w:tc>
          <w:tcPr>
            <w:tcW w:w="1078" w:type="dxa"/>
          </w:tcPr>
          <w:p w14:paraId="20204CD3" w14:textId="77777777" w:rsidR="00851A53" w:rsidRPr="00F333C1" w:rsidRDefault="00851A53" w:rsidP="006E517B">
            <w:pPr>
              <w:jc w:val="center"/>
              <w:rPr>
                <w:rFonts w:ascii="Cambria" w:hAnsi="Cambria" w:cs="Arial"/>
              </w:rPr>
            </w:pPr>
            <w:r w:rsidRPr="00F333C1">
              <w:rPr>
                <w:rFonts w:ascii="Cambria" w:hAnsi="Cambria" w:cs="Arial"/>
              </w:rPr>
              <w:t>1,5</w:t>
            </w:r>
          </w:p>
        </w:tc>
        <w:tc>
          <w:tcPr>
            <w:tcW w:w="1075" w:type="dxa"/>
          </w:tcPr>
          <w:p w14:paraId="12300522" w14:textId="77777777" w:rsidR="00851A53" w:rsidRPr="00F333C1" w:rsidRDefault="00851A53" w:rsidP="006E517B">
            <w:pPr>
              <w:jc w:val="center"/>
              <w:rPr>
                <w:rFonts w:ascii="Cambria" w:hAnsi="Cambria" w:cs="Arial"/>
              </w:rPr>
            </w:pPr>
          </w:p>
        </w:tc>
      </w:tr>
      <w:tr w:rsidR="00851A53" w:rsidRPr="00F333C1" w14:paraId="7FA74481" w14:textId="77777777" w:rsidTr="00851A53">
        <w:trPr>
          <w:trHeight w:val="197"/>
        </w:trPr>
        <w:tc>
          <w:tcPr>
            <w:tcW w:w="1013" w:type="dxa"/>
            <w:vMerge/>
            <w:tcMar>
              <w:top w:w="85" w:type="dxa"/>
              <w:bottom w:w="85" w:type="dxa"/>
            </w:tcMar>
          </w:tcPr>
          <w:p w14:paraId="0E54DE39" w14:textId="77777777" w:rsidR="00851A53" w:rsidRPr="00F333C1" w:rsidRDefault="00851A53" w:rsidP="006E517B">
            <w:pPr>
              <w:jc w:val="center"/>
              <w:rPr>
                <w:rFonts w:ascii="Cambria" w:hAnsi="Cambria" w:cs="Arial"/>
                <w:b/>
              </w:rPr>
            </w:pPr>
          </w:p>
        </w:tc>
        <w:tc>
          <w:tcPr>
            <w:tcW w:w="5249" w:type="dxa"/>
            <w:gridSpan w:val="2"/>
            <w:tcMar>
              <w:top w:w="85" w:type="dxa"/>
              <w:bottom w:w="85" w:type="dxa"/>
            </w:tcMar>
          </w:tcPr>
          <w:p w14:paraId="68DDD87E" w14:textId="77777777" w:rsidR="00851A53" w:rsidRPr="00F333C1" w:rsidRDefault="00851A53" w:rsidP="006E517B">
            <w:pPr>
              <w:rPr>
                <w:rFonts w:ascii="Cambria" w:hAnsi="Cambria" w:cs="Arial"/>
              </w:rPr>
            </w:pPr>
            <w:r w:rsidRPr="00F333C1">
              <w:rPr>
                <w:rFonts w:ascii="Cambria" w:hAnsi="Cambria" w:cs="Arial"/>
              </w:rPr>
              <w:t>(e) dvodnevni domaći znanstveni skup</w:t>
            </w:r>
          </w:p>
        </w:tc>
        <w:tc>
          <w:tcPr>
            <w:tcW w:w="1211" w:type="dxa"/>
            <w:tcMar>
              <w:top w:w="85" w:type="dxa"/>
              <w:bottom w:w="85" w:type="dxa"/>
            </w:tcMar>
          </w:tcPr>
          <w:p w14:paraId="21C744EC" w14:textId="77777777" w:rsidR="00851A53" w:rsidRPr="00F333C1" w:rsidRDefault="00851A53" w:rsidP="006E517B">
            <w:pPr>
              <w:jc w:val="center"/>
              <w:rPr>
                <w:rFonts w:ascii="Cambria" w:hAnsi="Cambria" w:cs="Arial"/>
              </w:rPr>
            </w:pPr>
            <w:r w:rsidRPr="00F333C1">
              <w:rPr>
                <w:rFonts w:ascii="Cambria" w:hAnsi="Cambria" w:cs="Arial"/>
              </w:rPr>
              <w:t>1</w:t>
            </w:r>
          </w:p>
        </w:tc>
        <w:tc>
          <w:tcPr>
            <w:tcW w:w="1078" w:type="dxa"/>
          </w:tcPr>
          <w:p w14:paraId="74ABE1D4" w14:textId="77777777" w:rsidR="00851A53" w:rsidRPr="00F333C1" w:rsidRDefault="00851A53" w:rsidP="006E517B">
            <w:pPr>
              <w:jc w:val="center"/>
              <w:rPr>
                <w:rFonts w:ascii="Cambria" w:hAnsi="Cambria" w:cs="Arial"/>
              </w:rPr>
            </w:pPr>
            <w:r w:rsidRPr="00F333C1">
              <w:rPr>
                <w:rFonts w:ascii="Cambria" w:hAnsi="Cambria" w:cs="Arial"/>
              </w:rPr>
              <w:t>2,5</w:t>
            </w:r>
          </w:p>
        </w:tc>
        <w:tc>
          <w:tcPr>
            <w:tcW w:w="1075" w:type="dxa"/>
          </w:tcPr>
          <w:p w14:paraId="010388E4" w14:textId="77777777" w:rsidR="00851A53" w:rsidRPr="00F333C1" w:rsidRDefault="00851A53" w:rsidP="006E517B">
            <w:pPr>
              <w:jc w:val="center"/>
              <w:rPr>
                <w:rFonts w:ascii="Cambria" w:hAnsi="Cambria" w:cs="Arial"/>
              </w:rPr>
            </w:pPr>
          </w:p>
        </w:tc>
      </w:tr>
      <w:tr w:rsidR="00851A53" w:rsidRPr="00F333C1" w14:paraId="2D9DD0FC" w14:textId="77777777" w:rsidTr="00851A53">
        <w:trPr>
          <w:trHeight w:val="197"/>
        </w:trPr>
        <w:tc>
          <w:tcPr>
            <w:tcW w:w="1013" w:type="dxa"/>
            <w:vMerge/>
            <w:tcMar>
              <w:top w:w="85" w:type="dxa"/>
              <w:bottom w:w="85" w:type="dxa"/>
            </w:tcMar>
          </w:tcPr>
          <w:p w14:paraId="4EFBF31D" w14:textId="77777777" w:rsidR="00851A53" w:rsidRPr="00F333C1" w:rsidRDefault="00851A53" w:rsidP="006E517B">
            <w:pPr>
              <w:jc w:val="center"/>
              <w:rPr>
                <w:rFonts w:ascii="Cambria" w:hAnsi="Cambria" w:cs="Arial"/>
                <w:b/>
              </w:rPr>
            </w:pPr>
          </w:p>
        </w:tc>
        <w:tc>
          <w:tcPr>
            <w:tcW w:w="5249" w:type="dxa"/>
            <w:gridSpan w:val="2"/>
            <w:tcMar>
              <w:top w:w="85" w:type="dxa"/>
              <w:bottom w:w="85" w:type="dxa"/>
            </w:tcMar>
          </w:tcPr>
          <w:p w14:paraId="32AA7448" w14:textId="77777777" w:rsidR="00851A53" w:rsidRPr="00F333C1" w:rsidRDefault="00851A53" w:rsidP="006E517B">
            <w:pPr>
              <w:rPr>
                <w:rFonts w:ascii="Cambria" w:hAnsi="Cambria" w:cs="Arial"/>
              </w:rPr>
            </w:pPr>
            <w:r w:rsidRPr="00F333C1">
              <w:rPr>
                <w:rFonts w:ascii="Cambria" w:hAnsi="Cambria" w:cs="Arial"/>
              </w:rPr>
              <w:t>(f) trodnevni domaći znanstveni skup</w:t>
            </w:r>
          </w:p>
        </w:tc>
        <w:tc>
          <w:tcPr>
            <w:tcW w:w="1211" w:type="dxa"/>
            <w:tcMar>
              <w:top w:w="85" w:type="dxa"/>
              <w:bottom w:w="85" w:type="dxa"/>
            </w:tcMar>
          </w:tcPr>
          <w:p w14:paraId="503BB257" w14:textId="77777777" w:rsidR="00851A53" w:rsidRPr="00F333C1" w:rsidRDefault="00851A53" w:rsidP="006E517B">
            <w:pPr>
              <w:jc w:val="center"/>
              <w:rPr>
                <w:rFonts w:ascii="Cambria" w:hAnsi="Cambria" w:cs="Arial"/>
              </w:rPr>
            </w:pPr>
            <w:r w:rsidRPr="00F333C1">
              <w:rPr>
                <w:rFonts w:ascii="Cambria" w:hAnsi="Cambria" w:cs="Arial"/>
              </w:rPr>
              <w:t>1,5</w:t>
            </w:r>
          </w:p>
        </w:tc>
        <w:tc>
          <w:tcPr>
            <w:tcW w:w="1078" w:type="dxa"/>
          </w:tcPr>
          <w:p w14:paraId="1D3598B0" w14:textId="77777777" w:rsidR="00851A53" w:rsidRPr="00F333C1" w:rsidRDefault="00851A53" w:rsidP="006E517B">
            <w:pPr>
              <w:jc w:val="center"/>
              <w:rPr>
                <w:rFonts w:ascii="Cambria" w:hAnsi="Cambria" w:cs="Arial"/>
              </w:rPr>
            </w:pPr>
            <w:r w:rsidRPr="00F333C1">
              <w:rPr>
                <w:rFonts w:ascii="Cambria" w:hAnsi="Cambria" w:cs="Arial"/>
              </w:rPr>
              <w:t>3</w:t>
            </w:r>
          </w:p>
        </w:tc>
        <w:tc>
          <w:tcPr>
            <w:tcW w:w="1075" w:type="dxa"/>
          </w:tcPr>
          <w:p w14:paraId="2C2F4CB0" w14:textId="77777777" w:rsidR="00851A53" w:rsidRPr="00F333C1" w:rsidRDefault="00851A53" w:rsidP="006E517B">
            <w:pPr>
              <w:jc w:val="center"/>
              <w:rPr>
                <w:rFonts w:ascii="Cambria" w:hAnsi="Cambria" w:cs="Arial"/>
              </w:rPr>
            </w:pPr>
          </w:p>
        </w:tc>
      </w:tr>
      <w:tr w:rsidR="00851A53" w:rsidRPr="00F333C1" w14:paraId="3C2A4839" w14:textId="77777777" w:rsidTr="00851A53">
        <w:trPr>
          <w:trHeight w:val="197"/>
        </w:trPr>
        <w:tc>
          <w:tcPr>
            <w:tcW w:w="1013" w:type="dxa"/>
            <w:vMerge/>
            <w:tcMar>
              <w:top w:w="85" w:type="dxa"/>
              <w:bottom w:w="85" w:type="dxa"/>
            </w:tcMar>
          </w:tcPr>
          <w:p w14:paraId="1A670D3F" w14:textId="77777777" w:rsidR="00851A53" w:rsidRPr="00F333C1" w:rsidRDefault="00851A53" w:rsidP="006E517B">
            <w:pPr>
              <w:jc w:val="center"/>
              <w:rPr>
                <w:rFonts w:ascii="Cambria" w:hAnsi="Cambria" w:cs="Arial"/>
                <w:b/>
              </w:rPr>
            </w:pPr>
          </w:p>
        </w:tc>
        <w:tc>
          <w:tcPr>
            <w:tcW w:w="5249" w:type="dxa"/>
            <w:gridSpan w:val="2"/>
            <w:tcMar>
              <w:top w:w="85" w:type="dxa"/>
              <w:bottom w:w="85" w:type="dxa"/>
            </w:tcMar>
          </w:tcPr>
          <w:p w14:paraId="7E73D81D" w14:textId="77777777" w:rsidR="00851A53" w:rsidRPr="00F333C1" w:rsidRDefault="00851A53" w:rsidP="006E517B">
            <w:pPr>
              <w:rPr>
                <w:rFonts w:ascii="Cambria" w:hAnsi="Cambria" w:cs="Arial"/>
              </w:rPr>
            </w:pPr>
            <w:r w:rsidRPr="00F333C1">
              <w:rPr>
                <w:rFonts w:ascii="Cambria" w:hAnsi="Cambria" w:cs="Arial"/>
              </w:rPr>
              <w:t>(g) tečajevi trajnog usavršavanja</w:t>
            </w:r>
          </w:p>
        </w:tc>
        <w:tc>
          <w:tcPr>
            <w:tcW w:w="2289" w:type="dxa"/>
            <w:gridSpan w:val="2"/>
            <w:tcMar>
              <w:top w:w="85" w:type="dxa"/>
              <w:bottom w:w="85" w:type="dxa"/>
            </w:tcMar>
          </w:tcPr>
          <w:p w14:paraId="3D36D383" w14:textId="77777777" w:rsidR="00851A53" w:rsidRPr="00F333C1" w:rsidRDefault="00851A53" w:rsidP="006E517B">
            <w:pPr>
              <w:jc w:val="center"/>
              <w:rPr>
                <w:rFonts w:ascii="Cambria" w:hAnsi="Cambria" w:cs="Arial"/>
              </w:rPr>
            </w:pPr>
            <w:r w:rsidRPr="00F333C1">
              <w:rPr>
                <w:rFonts w:ascii="Cambria" w:hAnsi="Cambria" w:cs="Arial"/>
              </w:rPr>
              <w:t>1-3</w:t>
            </w:r>
          </w:p>
        </w:tc>
        <w:tc>
          <w:tcPr>
            <w:tcW w:w="1075" w:type="dxa"/>
          </w:tcPr>
          <w:p w14:paraId="7B5D0F8B" w14:textId="77777777" w:rsidR="00851A53" w:rsidRPr="00F333C1" w:rsidRDefault="00851A53" w:rsidP="006E517B">
            <w:pPr>
              <w:jc w:val="center"/>
              <w:rPr>
                <w:rFonts w:ascii="Cambria" w:hAnsi="Cambria" w:cs="Arial"/>
              </w:rPr>
            </w:pPr>
          </w:p>
        </w:tc>
      </w:tr>
      <w:tr w:rsidR="00851A53" w:rsidRPr="00F333C1" w14:paraId="38923F9F" w14:textId="77777777" w:rsidTr="00851A53">
        <w:trPr>
          <w:trHeight w:val="197"/>
        </w:trPr>
        <w:tc>
          <w:tcPr>
            <w:tcW w:w="1013" w:type="dxa"/>
            <w:vMerge/>
            <w:tcMar>
              <w:top w:w="85" w:type="dxa"/>
              <w:bottom w:w="85" w:type="dxa"/>
            </w:tcMar>
          </w:tcPr>
          <w:p w14:paraId="3D218EF2" w14:textId="77777777" w:rsidR="00851A53" w:rsidRPr="00F333C1" w:rsidRDefault="00851A53" w:rsidP="006E517B">
            <w:pPr>
              <w:jc w:val="center"/>
              <w:rPr>
                <w:rFonts w:ascii="Cambria" w:hAnsi="Cambria" w:cs="Arial"/>
                <w:b/>
              </w:rPr>
            </w:pPr>
          </w:p>
        </w:tc>
        <w:tc>
          <w:tcPr>
            <w:tcW w:w="5249" w:type="dxa"/>
            <w:gridSpan w:val="2"/>
            <w:tcMar>
              <w:top w:w="85" w:type="dxa"/>
              <w:bottom w:w="85" w:type="dxa"/>
            </w:tcMar>
          </w:tcPr>
          <w:p w14:paraId="4B75A464" w14:textId="77777777" w:rsidR="00851A53" w:rsidRPr="00F333C1" w:rsidRDefault="00851A53" w:rsidP="006E517B">
            <w:pPr>
              <w:rPr>
                <w:rFonts w:ascii="Cambria" w:hAnsi="Cambria" w:cs="Arial"/>
              </w:rPr>
            </w:pPr>
            <w:r w:rsidRPr="00F333C1">
              <w:rPr>
                <w:rFonts w:ascii="Cambria" w:hAnsi="Cambria" w:cs="Arial"/>
              </w:rPr>
              <w:t>(h) tribine, okrugli stolovi</w:t>
            </w:r>
          </w:p>
        </w:tc>
        <w:tc>
          <w:tcPr>
            <w:tcW w:w="1211" w:type="dxa"/>
            <w:tcMar>
              <w:top w:w="85" w:type="dxa"/>
              <w:bottom w:w="85" w:type="dxa"/>
            </w:tcMar>
          </w:tcPr>
          <w:p w14:paraId="7B307F4B" w14:textId="77777777" w:rsidR="00851A53" w:rsidRPr="00F333C1" w:rsidRDefault="00851A53" w:rsidP="006E517B">
            <w:pPr>
              <w:jc w:val="center"/>
              <w:rPr>
                <w:rFonts w:ascii="Cambria" w:hAnsi="Cambria" w:cs="Arial"/>
              </w:rPr>
            </w:pPr>
            <w:r w:rsidRPr="00F333C1">
              <w:rPr>
                <w:rFonts w:ascii="Cambria" w:hAnsi="Cambria" w:cs="Arial"/>
              </w:rPr>
              <w:t>0,5</w:t>
            </w:r>
          </w:p>
        </w:tc>
        <w:tc>
          <w:tcPr>
            <w:tcW w:w="1078" w:type="dxa"/>
          </w:tcPr>
          <w:p w14:paraId="0E9060D4" w14:textId="77777777" w:rsidR="00851A53" w:rsidRPr="00F333C1" w:rsidRDefault="00851A53" w:rsidP="006E517B">
            <w:pPr>
              <w:jc w:val="center"/>
              <w:rPr>
                <w:rFonts w:ascii="Cambria" w:hAnsi="Cambria" w:cs="Arial"/>
              </w:rPr>
            </w:pPr>
            <w:r w:rsidRPr="00F333C1">
              <w:rPr>
                <w:rFonts w:ascii="Cambria" w:hAnsi="Cambria" w:cs="Arial"/>
              </w:rPr>
              <w:t>1</w:t>
            </w:r>
          </w:p>
        </w:tc>
        <w:tc>
          <w:tcPr>
            <w:tcW w:w="1075" w:type="dxa"/>
          </w:tcPr>
          <w:p w14:paraId="53DF4CCD" w14:textId="77777777" w:rsidR="00851A53" w:rsidRPr="00F333C1" w:rsidRDefault="00851A53" w:rsidP="006E517B">
            <w:pPr>
              <w:jc w:val="center"/>
              <w:rPr>
                <w:rFonts w:ascii="Cambria" w:hAnsi="Cambria" w:cs="Arial"/>
              </w:rPr>
            </w:pPr>
          </w:p>
        </w:tc>
      </w:tr>
      <w:tr w:rsidR="00851A53" w:rsidRPr="00F333C1" w14:paraId="5703F1BD" w14:textId="77777777" w:rsidTr="00851A53">
        <w:trPr>
          <w:trHeight w:val="197"/>
        </w:trPr>
        <w:tc>
          <w:tcPr>
            <w:tcW w:w="1013" w:type="dxa"/>
            <w:vMerge/>
            <w:tcMar>
              <w:top w:w="85" w:type="dxa"/>
              <w:bottom w:w="85" w:type="dxa"/>
            </w:tcMar>
          </w:tcPr>
          <w:p w14:paraId="5D9F86DC" w14:textId="77777777" w:rsidR="00851A53" w:rsidRPr="00F333C1" w:rsidRDefault="00851A53" w:rsidP="006E517B">
            <w:pPr>
              <w:jc w:val="center"/>
              <w:rPr>
                <w:rFonts w:ascii="Cambria" w:hAnsi="Cambria" w:cs="Arial"/>
                <w:b/>
              </w:rPr>
            </w:pPr>
          </w:p>
        </w:tc>
        <w:tc>
          <w:tcPr>
            <w:tcW w:w="5249" w:type="dxa"/>
            <w:gridSpan w:val="2"/>
            <w:tcMar>
              <w:top w:w="85" w:type="dxa"/>
              <w:bottom w:w="85" w:type="dxa"/>
            </w:tcMar>
          </w:tcPr>
          <w:p w14:paraId="4C05866E" w14:textId="77777777" w:rsidR="00851A53" w:rsidRPr="00F333C1" w:rsidRDefault="00851A53" w:rsidP="006E517B">
            <w:pPr>
              <w:rPr>
                <w:rFonts w:ascii="Cambria" w:hAnsi="Cambria" w:cs="Arial"/>
              </w:rPr>
            </w:pPr>
            <w:r w:rsidRPr="00F333C1">
              <w:rPr>
                <w:rFonts w:ascii="Cambria" w:hAnsi="Cambria" w:cs="Arial"/>
              </w:rPr>
              <w:t>(i) javno predavanje</w:t>
            </w:r>
          </w:p>
        </w:tc>
        <w:tc>
          <w:tcPr>
            <w:tcW w:w="1211" w:type="dxa"/>
            <w:tcMar>
              <w:top w:w="85" w:type="dxa"/>
              <w:bottom w:w="85" w:type="dxa"/>
            </w:tcMar>
          </w:tcPr>
          <w:p w14:paraId="0B030201" w14:textId="77777777" w:rsidR="00851A53" w:rsidRPr="00F333C1" w:rsidRDefault="00851A53" w:rsidP="006E517B">
            <w:pPr>
              <w:jc w:val="center"/>
              <w:rPr>
                <w:rFonts w:ascii="Cambria" w:hAnsi="Cambria" w:cs="Arial"/>
              </w:rPr>
            </w:pPr>
            <w:r w:rsidRPr="00F333C1">
              <w:rPr>
                <w:rFonts w:ascii="Cambria" w:hAnsi="Cambria" w:cs="Arial"/>
              </w:rPr>
              <w:t>0,5</w:t>
            </w:r>
          </w:p>
        </w:tc>
        <w:tc>
          <w:tcPr>
            <w:tcW w:w="1078" w:type="dxa"/>
          </w:tcPr>
          <w:p w14:paraId="0D70A440" w14:textId="77777777" w:rsidR="00851A53" w:rsidRPr="00F333C1" w:rsidRDefault="00851A53" w:rsidP="006E517B">
            <w:pPr>
              <w:jc w:val="center"/>
              <w:rPr>
                <w:rFonts w:ascii="Cambria" w:hAnsi="Cambria" w:cs="Arial"/>
              </w:rPr>
            </w:pPr>
            <w:r w:rsidRPr="00F333C1">
              <w:rPr>
                <w:rFonts w:ascii="Cambria" w:hAnsi="Cambria" w:cs="Arial"/>
              </w:rPr>
              <w:t>1</w:t>
            </w:r>
          </w:p>
        </w:tc>
        <w:tc>
          <w:tcPr>
            <w:tcW w:w="1075" w:type="dxa"/>
          </w:tcPr>
          <w:p w14:paraId="3559F475" w14:textId="77777777" w:rsidR="00851A53" w:rsidRPr="00F333C1" w:rsidRDefault="00851A53" w:rsidP="006E517B">
            <w:pPr>
              <w:jc w:val="center"/>
              <w:rPr>
                <w:rFonts w:ascii="Cambria" w:hAnsi="Cambria" w:cs="Arial"/>
              </w:rPr>
            </w:pPr>
          </w:p>
        </w:tc>
      </w:tr>
      <w:tr w:rsidR="00851A53" w:rsidRPr="00F333C1" w14:paraId="42B49534" w14:textId="77777777" w:rsidTr="00851A53">
        <w:trPr>
          <w:trHeight w:val="197"/>
        </w:trPr>
        <w:tc>
          <w:tcPr>
            <w:tcW w:w="1013" w:type="dxa"/>
            <w:vMerge/>
            <w:tcMar>
              <w:top w:w="85" w:type="dxa"/>
              <w:bottom w:w="85" w:type="dxa"/>
            </w:tcMar>
          </w:tcPr>
          <w:p w14:paraId="4D5DB334" w14:textId="77777777" w:rsidR="00851A53" w:rsidRPr="00F333C1" w:rsidRDefault="00851A53" w:rsidP="006E517B">
            <w:pPr>
              <w:jc w:val="center"/>
              <w:rPr>
                <w:rFonts w:ascii="Cambria" w:hAnsi="Cambria" w:cs="Arial"/>
                <w:b/>
              </w:rPr>
            </w:pPr>
          </w:p>
        </w:tc>
        <w:tc>
          <w:tcPr>
            <w:tcW w:w="5249" w:type="dxa"/>
            <w:gridSpan w:val="2"/>
            <w:tcMar>
              <w:top w:w="85" w:type="dxa"/>
              <w:bottom w:w="85" w:type="dxa"/>
            </w:tcMar>
          </w:tcPr>
          <w:p w14:paraId="1EB0C00A" w14:textId="77777777" w:rsidR="00851A53" w:rsidRPr="00F333C1" w:rsidRDefault="00851A53" w:rsidP="006E517B">
            <w:pPr>
              <w:rPr>
                <w:rFonts w:ascii="Cambria" w:hAnsi="Cambria" w:cs="Arial"/>
              </w:rPr>
            </w:pPr>
            <w:r w:rsidRPr="00F333C1">
              <w:rPr>
                <w:rFonts w:ascii="Cambria" w:hAnsi="Cambria" w:cs="Arial"/>
              </w:rPr>
              <w:t>(j) sudjelovanje u pripremi znanstvenih skupova</w:t>
            </w:r>
          </w:p>
        </w:tc>
        <w:tc>
          <w:tcPr>
            <w:tcW w:w="2289" w:type="dxa"/>
            <w:gridSpan w:val="2"/>
            <w:tcMar>
              <w:top w:w="85" w:type="dxa"/>
              <w:bottom w:w="85" w:type="dxa"/>
            </w:tcMar>
          </w:tcPr>
          <w:p w14:paraId="7DC3F38E" w14:textId="77777777" w:rsidR="00851A53" w:rsidRPr="00F333C1" w:rsidRDefault="00851A53" w:rsidP="006E517B">
            <w:pPr>
              <w:jc w:val="center"/>
              <w:rPr>
                <w:rFonts w:ascii="Cambria" w:hAnsi="Cambria" w:cs="Arial"/>
              </w:rPr>
            </w:pPr>
            <w:r w:rsidRPr="00F333C1">
              <w:rPr>
                <w:rFonts w:ascii="Cambria" w:hAnsi="Cambria" w:cs="Arial"/>
              </w:rPr>
              <w:t>1-3</w:t>
            </w:r>
          </w:p>
        </w:tc>
        <w:tc>
          <w:tcPr>
            <w:tcW w:w="1075" w:type="dxa"/>
          </w:tcPr>
          <w:p w14:paraId="61638A11" w14:textId="77777777" w:rsidR="00851A53" w:rsidRPr="00F333C1" w:rsidRDefault="00851A53" w:rsidP="006E517B">
            <w:pPr>
              <w:jc w:val="center"/>
              <w:rPr>
                <w:rFonts w:ascii="Cambria" w:hAnsi="Cambria" w:cs="Arial"/>
              </w:rPr>
            </w:pPr>
          </w:p>
        </w:tc>
      </w:tr>
      <w:tr w:rsidR="00851A53" w:rsidRPr="00F333C1" w14:paraId="6F66D03D" w14:textId="77777777" w:rsidTr="00851A53">
        <w:trPr>
          <w:trHeight w:val="197"/>
        </w:trPr>
        <w:tc>
          <w:tcPr>
            <w:tcW w:w="1013" w:type="dxa"/>
            <w:tcMar>
              <w:top w:w="85" w:type="dxa"/>
              <w:bottom w:w="85" w:type="dxa"/>
            </w:tcMar>
          </w:tcPr>
          <w:p w14:paraId="24CCBC5E" w14:textId="77777777" w:rsidR="00851A53" w:rsidRPr="00F333C1" w:rsidRDefault="00851A53" w:rsidP="006E517B">
            <w:pPr>
              <w:jc w:val="center"/>
              <w:rPr>
                <w:rFonts w:ascii="Cambria" w:hAnsi="Cambria" w:cs="Arial"/>
                <w:b/>
              </w:rPr>
            </w:pPr>
            <w:r w:rsidRPr="00F333C1">
              <w:rPr>
                <w:rFonts w:ascii="Cambria" w:hAnsi="Cambria" w:cs="Arial"/>
                <w:b/>
              </w:rPr>
              <w:t>III.</w:t>
            </w:r>
          </w:p>
        </w:tc>
        <w:tc>
          <w:tcPr>
            <w:tcW w:w="5249" w:type="dxa"/>
            <w:gridSpan w:val="2"/>
            <w:tcMar>
              <w:top w:w="85" w:type="dxa"/>
              <w:bottom w:w="85" w:type="dxa"/>
            </w:tcMar>
          </w:tcPr>
          <w:p w14:paraId="5D6318C5" w14:textId="77777777" w:rsidR="00851A53" w:rsidRPr="00F333C1" w:rsidRDefault="00851A53" w:rsidP="006E517B">
            <w:pPr>
              <w:jc w:val="center"/>
              <w:rPr>
                <w:rFonts w:ascii="Cambria" w:hAnsi="Cambria" w:cs="Arial"/>
                <w:b/>
              </w:rPr>
            </w:pPr>
            <w:r w:rsidRPr="00F333C1">
              <w:rPr>
                <w:rFonts w:ascii="Cambria" w:hAnsi="Cambria" w:cs="Arial"/>
                <w:b/>
              </w:rPr>
              <w:t>Didaktička aktivnost</w:t>
            </w:r>
          </w:p>
        </w:tc>
        <w:tc>
          <w:tcPr>
            <w:tcW w:w="2289" w:type="dxa"/>
            <w:gridSpan w:val="2"/>
            <w:tcMar>
              <w:top w:w="85" w:type="dxa"/>
              <w:bottom w:w="85" w:type="dxa"/>
            </w:tcMar>
          </w:tcPr>
          <w:p w14:paraId="3DBA275E" w14:textId="77777777" w:rsidR="00851A53" w:rsidRPr="00F333C1" w:rsidRDefault="00851A53" w:rsidP="006E517B">
            <w:pPr>
              <w:jc w:val="center"/>
              <w:rPr>
                <w:rFonts w:ascii="Cambria" w:hAnsi="Cambria" w:cs="Arial"/>
              </w:rPr>
            </w:pPr>
            <w:r w:rsidRPr="00F333C1">
              <w:rPr>
                <w:rFonts w:ascii="Cambria" w:hAnsi="Cambria" w:cs="Arial"/>
              </w:rPr>
              <w:t>2</w:t>
            </w:r>
          </w:p>
        </w:tc>
        <w:tc>
          <w:tcPr>
            <w:tcW w:w="1075" w:type="dxa"/>
          </w:tcPr>
          <w:p w14:paraId="298506E9" w14:textId="77777777" w:rsidR="00851A53" w:rsidRPr="00F333C1" w:rsidRDefault="00851A53" w:rsidP="006E517B">
            <w:pPr>
              <w:jc w:val="center"/>
              <w:rPr>
                <w:rFonts w:ascii="Cambria" w:hAnsi="Cambria" w:cs="Arial"/>
              </w:rPr>
            </w:pPr>
          </w:p>
        </w:tc>
      </w:tr>
      <w:tr w:rsidR="00851A53" w:rsidRPr="00F333C1" w14:paraId="399C8B3B" w14:textId="77777777" w:rsidTr="00851A53">
        <w:trPr>
          <w:trHeight w:val="197"/>
        </w:trPr>
        <w:tc>
          <w:tcPr>
            <w:tcW w:w="8553" w:type="dxa"/>
            <w:gridSpan w:val="5"/>
            <w:tcMar>
              <w:top w:w="85" w:type="dxa"/>
              <w:bottom w:w="85" w:type="dxa"/>
            </w:tcMar>
          </w:tcPr>
          <w:p w14:paraId="564FABD2" w14:textId="77777777" w:rsidR="00851A53" w:rsidRPr="00F333C1" w:rsidRDefault="00851A53" w:rsidP="006E517B">
            <w:pPr>
              <w:jc w:val="center"/>
              <w:rPr>
                <w:rFonts w:ascii="Cambria" w:hAnsi="Cambria" w:cs="Arial"/>
                <w:b/>
              </w:rPr>
            </w:pPr>
            <w:r w:rsidRPr="00F333C1">
              <w:rPr>
                <w:rFonts w:ascii="Cambria" w:hAnsi="Cambria" w:cs="Arial"/>
                <w:b/>
              </w:rPr>
              <w:t>Ukupni broj stečenih bodova</w:t>
            </w:r>
          </w:p>
        </w:tc>
        <w:tc>
          <w:tcPr>
            <w:tcW w:w="1075" w:type="dxa"/>
          </w:tcPr>
          <w:p w14:paraId="497F7446" w14:textId="77777777" w:rsidR="00851A53" w:rsidRPr="00F333C1" w:rsidRDefault="00851A53" w:rsidP="006E517B">
            <w:pPr>
              <w:jc w:val="center"/>
              <w:rPr>
                <w:rFonts w:ascii="Cambria" w:hAnsi="Cambria" w:cs="Arial"/>
                <w:b/>
              </w:rPr>
            </w:pPr>
          </w:p>
        </w:tc>
      </w:tr>
    </w:tbl>
    <w:p w14:paraId="2AC461C3" w14:textId="3BAB539E" w:rsidR="00851A53" w:rsidRPr="00F333C1" w:rsidRDefault="00851A53" w:rsidP="00851A53">
      <w:pPr>
        <w:ind w:left="-993"/>
        <w:jc w:val="both"/>
        <w:rPr>
          <w:rFonts w:ascii="Cambria" w:hAnsi="Cambria" w:cs="Calibri"/>
        </w:rPr>
      </w:pPr>
      <w:r w:rsidRPr="00F333C1">
        <w:rPr>
          <w:rFonts w:ascii="Cambria" w:hAnsi="Cambria" w:cs="Calibri"/>
          <w:b/>
        </w:rPr>
        <w:t>*</w:t>
      </w:r>
      <w:r w:rsidRPr="00F333C1">
        <w:rPr>
          <w:rFonts w:ascii="Cambria" w:hAnsi="Cambria" w:cs="Calibri"/>
        </w:rPr>
        <w:t>Uvjet za stjecanje predviđenog broja bodova za nazočnost na znanstvenom skupu je potvrda o sudjelovanju i detaljno pisano izvješće koje student/</w:t>
      </w:r>
      <w:proofErr w:type="spellStart"/>
      <w:r w:rsidRPr="00F333C1">
        <w:rPr>
          <w:rFonts w:ascii="Cambria" w:hAnsi="Cambria" w:cs="Calibri"/>
        </w:rPr>
        <w:t>ica</w:t>
      </w:r>
      <w:proofErr w:type="spellEnd"/>
      <w:r w:rsidRPr="00F333C1">
        <w:rPr>
          <w:rFonts w:ascii="Cambria" w:hAnsi="Cambria" w:cs="Calibri"/>
        </w:rPr>
        <w:t xml:space="preserve"> podnosi mentoru/studijskom savjetniku.</w:t>
      </w:r>
    </w:p>
    <w:p w14:paraId="4AE74723" w14:textId="77777777" w:rsidR="00851A53" w:rsidRPr="00F333C1" w:rsidRDefault="00851A53" w:rsidP="00851A53">
      <w:pPr>
        <w:rPr>
          <w:rFonts w:ascii="Cambria" w:hAnsi="Cambria" w:cs="Arial"/>
          <w:i/>
        </w:rPr>
      </w:pPr>
    </w:p>
    <w:p w14:paraId="7E90E990" w14:textId="185D34A6" w:rsidR="00851A53" w:rsidRPr="00F333C1" w:rsidRDefault="00851A53" w:rsidP="00851A53">
      <w:pPr>
        <w:spacing w:line="360" w:lineRule="auto"/>
        <w:ind w:hanging="993"/>
        <w:rPr>
          <w:rFonts w:ascii="Cambria" w:hAnsi="Cambria" w:cs="Arial"/>
        </w:rPr>
      </w:pPr>
      <w:r w:rsidRPr="00F333C1">
        <w:rPr>
          <w:rFonts w:ascii="Cambria" w:hAnsi="Cambria" w:cs="Arial"/>
        </w:rPr>
        <w:t>Student/</w:t>
      </w:r>
      <w:proofErr w:type="spellStart"/>
      <w:r w:rsidRPr="00F333C1">
        <w:rPr>
          <w:rFonts w:ascii="Cambria" w:hAnsi="Cambria" w:cs="Arial"/>
        </w:rPr>
        <w:t>ica</w:t>
      </w:r>
      <w:proofErr w:type="spellEnd"/>
      <w:r w:rsidRPr="00F333C1">
        <w:rPr>
          <w:rFonts w:ascii="Cambria" w:hAnsi="Cambria" w:cs="Arial"/>
        </w:rPr>
        <w:t xml:space="preserve"> je u akademskoj </w:t>
      </w:r>
      <w:proofErr w:type="spellStart"/>
      <w:r w:rsidRPr="00F333C1">
        <w:rPr>
          <w:rFonts w:ascii="Cambria" w:hAnsi="Cambria" w:cs="Arial"/>
        </w:rPr>
        <w:t>godini_____________________ostvario</w:t>
      </w:r>
      <w:proofErr w:type="spellEnd"/>
      <w:r w:rsidRPr="00F333C1">
        <w:rPr>
          <w:rFonts w:ascii="Cambria" w:hAnsi="Cambria" w:cs="Arial"/>
        </w:rPr>
        <w:t>/</w:t>
      </w:r>
      <w:proofErr w:type="spellStart"/>
      <w:r w:rsidRPr="00F333C1">
        <w:rPr>
          <w:rFonts w:ascii="Cambria" w:hAnsi="Cambria" w:cs="Arial"/>
        </w:rPr>
        <w:t>la______________bodova</w:t>
      </w:r>
      <w:proofErr w:type="spellEnd"/>
      <w:r w:rsidRPr="00F333C1">
        <w:rPr>
          <w:rFonts w:ascii="Cambria" w:hAnsi="Cambria" w:cs="Arial"/>
        </w:rPr>
        <w:t>.</w:t>
      </w:r>
    </w:p>
    <w:p w14:paraId="6C01AADB" w14:textId="77777777" w:rsidR="00851A53" w:rsidRPr="00F333C1" w:rsidRDefault="00851A53" w:rsidP="00851A53">
      <w:pPr>
        <w:ind w:right="-881"/>
        <w:jc w:val="right"/>
        <w:rPr>
          <w:rFonts w:ascii="Cambria" w:hAnsi="Cambria" w:cs="Arial"/>
          <w:i/>
        </w:rPr>
      </w:pPr>
      <w:r w:rsidRPr="00F333C1">
        <w:rPr>
          <w:rFonts w:ascii="Cambria" w:hAnsi="Cambria" w:cs="Arial"/>
          <w:i/>
        </w:rPr>
        <w:t>_______________________________________</w:t>
      </w:r>
    </w:p>
    <w:p w14:paraId="71F4E6DE" w14:textId="4AB9772E" w:rsidR="0041107A" w:rsidRPr="00F333C1" w:rsidRDefault="00851A53" w:rsidP="00851A53">
      <w:pPr>
        <w:ind w:right="-597"/>
        <w:jc w:val="right"/>
        <w:rPr>
          <w:rFonts w:ascii="Cambria" w:hAnsi="Cambria" w:cs="Arial"/>
          <w:i/>
          <w:color w:val="4F81BD"/>
        </w:rPr>
      </w:pPr>
      <w:r w:rsidRPr="00F333C1">
        <w:rPr>
          <w:rFonts w:ascii="Cambria" w:hAnsi="Cambria" w:cs="Arial"/>
          <w:i/>
        </w:rPr>
        <w:t>Mentor / Studijski savjetnik</w:t>
      </w:r>
      <w:r w:rsidRPr="00F333C1">
        <w:rPr>
          <w:rFonts w:ascii="Cambria" w:hAnsi="Cambria" w:cs="Arial"/>
          <w:i/>
          <w:color w:val="4F81BD"/>
        </w:rPr>
        <w:t xml:space="preserve"> </w:t>
      </w:r>
    </w:p>
    <w:p w14:paraId="0FD36527" w14:textId="77777777" w:rsidR="00851A53" w:rsidRPr="00F333C1" w:rsidRDefault="00851A53" w:rsidP="00851A53">
      <w:pPr>
        <w:tabs>
          <w:tab w:val="left" w:pos="397"/>
        </w:tabs>
        <w:autoSpaceDE w:val="0"/>
        <w:autoSpaceDN w:val="0"/>
        <w:adjustRightInd w:val="0"/>
        <w:ind w:left="340" w:hanging="340"/>
        <w:jc w:val="center"/>
        <w:textAlignment w:val="baseline"/>
        <w:rPr>
          <w:rFonts w:ascii="Cambria" w:hAnsi="Cambria" w:cs="Arial"/>
          <w:b/>
        </w:rPr>
      </w:pPr>
      <w:r w:rsidRPr="00F333C1">
        <w:rPr>
          <w:rFonts w:ascii="Cambria" w:hAnsi="Cambria" w:cs="Arial"/>
          <w:b/>
        </w:rPr>
        <w:lastRenderedPageBreak/>
        <w:t>LICENCIJATSKI I DOKTORSKI STUDIJ TEOLOGIJE</w:t>
      </w:r>
    </w:p>
    <w:p w14:paraId="3BDC3AB2" w14:textId="77777777" w:rsidR="00851A53" w:rsidRPr="00F333C1" w:rsidRDefault="00851A53" w:rsidP="00851A53">
      <w:pPr>
        <w:tabs>
          <w:tab w:val="left" w:pos="397"/>
        </w:tabs>
        <w:autoSpaceDE w:val="0"/>
        <w:autoSpaceDN w:val="0"/>
        <w:adjustRightInd w:val="0"/>
        <w:ind w:left="340" w:hanging="340"/>
        <w:jc w:val="center"/>
        <w:textAlignment w:val="baseline"/>
        <w:rPr>
          <w:rFonts w:ascii="Cambria" w:hAnsi="Cambria" w:cs="Arial"/>
          <w:b/>
        </w:rPr>
      </w:pPr>
      <w:r w:rsidRPr="00F333C1">
        <w:rPr>
          <w:rFonts w:ascii="Cambria" w:hAnsi="Cambria" w:cs="Arial"/>
          <w:b/>
        </w:rPr>
        <w:t xml:space="preserve">Obrazac za bodovanje znanstveno-nastavnih aktivnosti </w:t>
      </w:r>
    </w:p>
    <w:p w14:paraId="0AC49AFB" w14:textId="77777777" w:rsidR="00851A53" w:rsidRPr="00F333C1" w:rsidRDefault="00851A53" w:rsidP="00851A53">
      <w:pPr>
        <w:tabs>
          <w:tab w:val="left" w:pos="397"/>
        </w:tabs>
        <w:autoSpaceDE w:val="0"/>
        <w:autoSpaceDN w:val="0"/>
        <w:adjustRightInd w:val="0"/>
        <w:ind w:left="340" w:hanging="340"/>
        <w:jc w:val="center"/>
        <w:textAlignment w:val="baseline"/>
        <w:rPr>
          <w:rFonts w:ascii="Cambria" w:hAnsi="Cambria" w:cs="Arial"/>
          <w:i/>
        </w:rPr>
      </w:pPr>
      <w:r w:rsidRPr="00F333C1">
        <w:rPr>
          <w:rFonts w:ascii="Cambria" w:hAnsi="Cambria" w:cs="Arial"/>
          <w:i/>
        </w:rPr>
        <w:t xml:space="preserve"> (Ispunjava mentor/studijski savjetnik)</w:t>
      </w:r>
    </w:p>
    <w:p w14:paraId="44EEDD73" w14:textId="77777777" w:rsidR="00F333C1" w:rsidRPr="00F333C1" w:rsidRDefault="00F333C1" w:rsidP="00851A53">
      <w:pPr>
        <w:tabs>
          <w:tab w:val="left" w:pos="397"/>
        </w:tabs>
        <w:autoSpaceDE w:val="0"/>
        <w:autoSpaceDN w:val="0"/>
        <w:adjustRightInd w:val="0"/>
        <w:ind w:left="340" w:hanging="340"/>
        <w:jc w:val="center"/>
        <w:textAlignment w:val="baseline"/>
        <w:rPr>
          <w:rFonts w:ascii="Cambria" w:hAnsi="Cambria" w:cs="Arial"/>
        </w:rPr>
      </w:pPr>
    </w:p>
    <w:p w14:paraId="74CAD499" w14:textId="77777777" w:rsidR="00851A53" w:rsidRPr="00F333C1" w:rsidRDefault="00851A53" w:rsidP="00851A53">
      <w:pPr>
        <w:spacing w:line="360" w:lineRule="auto"/>
        <w:jc w:val="center"/>
        <w:rPr>
          <w:rFonts w:ascii="Cambria" w:hAnsi="Cambria" w:cs="Arial"/>
          <w:b/>
          <w:bCs/>
        </w:rPr>
      </w:pPr>
      <w:r w:rsidRPr="00F333C1">
        <w:rPr>
          <w:rFonts w:ascii="Cambria" w:hAnsi="Cambria" w:cs="Arial"/>
          <w:b/>
          <w:bCs/>
        </w:rPr>
        <w:t>Znanstveno-nastavne aktivnosti (akademska praksa)</w:t>
      </w:r>
    </w:p>
    <w:p w14:paraId="244AF8AE" w14:textId="77777777" w:rsidR="00851A53" w:rsidRPr="00F333C1" w:rsidRDefault="00851A53" w:rsidP="00851A53">
      <w:pPr>
        <w:spacing w:line="360" w:lineRule="auto"/>
        <w:jc w:val="both"/>
        <w:rPr>
          <w:rFonts w:ascii="Cambria" w:hAnsi="Cambria" w:cs="Arial"/>
          <w:bCs/>
        </w:rPr>
      </w:pPr>
    </w:p>
    <w:p w14:paraId="6B32F1DE" w14:textId="77777777" w:rsidR="00851A53" w:rsidRPr="00F333C1" w:rsidRDefault="00851A53" w:rsidP="00851A53">
      <w:pPr>
        <w:spacing w:line="360" w:lineRule="auto"/>
        <w:jc w:val="both"/>
        <w:rPr>
          <w:rFonts w:ascii="Cambria" w:hAnsi="Cambria" w:cs="Arial"/>
        </w:rPr>
      </w:pPr>
      <w:r w:rsidRPr="00F333C1">
        <w:rPr>
          <w:rFonts w:ascii="Cambria" w:hAnsi="Cambria" w:cs="Arial"/>
        </w:rPr>
        <w:t>Znanstveno-nastavne aktivnosti čine</w:t>
      </w:r>
      <w:r w:rsidRPr="00F333C1">
        <w:rPr>
          <w:rFonts w:ascii="Cambria" w:hAnsi="Cambria" w:cs="Arial"/>
          <w:bCs/>
        </w:rPr>
        <w:t xml:space="preserve"> drugu bodovnu skupinu</w:t>
      </w:r>
      <w:r w:rsidRPr="00F333C1">
        <w:rPr>
          <w:rFonts w:ascii="Cambria" w:hAnsi="Cambria" w:cs="Arial"/>
        </w:rPr>
        <w:t xml:space="preserve">. One iznose, za studente koji pripremaju </w:t>
      </w:r>
      <w:proofErr w:type="spellStart"/>
      <w:r w:rsidRPr="00F333C1">
        <w:rPr>
          <w:rFonts w:ascii="Cambria" w:hAnsi="Cambria" w:cs="Arial"/>
        </w:rPr>
        <w:t>licencijat</w:t>
      </w:r>
      <w:proofErr w:type="spellEnd"/>
      <w:r w:rsidRPr="00F333C1">
        <w:rPr>
          <w:rFonts w:ascii="Cambria" w:hAnsi="Cambria" w:cs="Arial"/>
        </w:rPr>
        <w:t xml:space="preserve">, 18 ECTS bodova unutar dviju godina studiranja. Za studente koji pripremaju doktorat ove aktivnosti unutar tri godine iznose 28 ECTS bodova. Realizacija znanstveno-nastavnih aktivnosti nije vezana uz pojedine semestre. </w:t>
      </w:r>
    </w:p>
    <w:p w14:paraId="1C75B681" w14:textId="77777777" w:rsidR="00851A53" w:rsidRPr="00F333C1" w:rsidRDefault="00851A53" w:rsidP="00851A53">
      <w:pPr>
        <w:spacing w:line="360" w:lineRule="auto"/>
        <w:jc w:val="both"/>
        <w:rPr>
          <w:rFonts w:ascii="Cambria" w:hAnsi="Cambria" w:cs="Arial"/>
        </w:rPr>
      </w:pPr>
      <w:r w:rsidRPr="00F333C1">
        <w:rPr>
          <w:rFonts w:ascii="Cambria" w:hAnsi="Cambria" w:cs="Arial"/>
        </w:rPr>
        <w:t>Student/</w:t>
      </w:r>
      <w:proofErr w:type="spellStart"/>
      <w:r w:rsidRPr="00F333C1">
        <w:rPr>
          <w:rFonts w:ascii="Cambria" w:hAnsi="Cambria" w:cs="Arial"/>
        </w:rPr>
        <w:t>ica</w:t>
      </w:r>
      <w:proofErr w:type="spellEnd"/>
      <w:r w:rsidRPr="00F333C1">
        <w:rPr>
          <w:rFonts w:ascii="Cambria" w:hAnsi="Cambria" w:cs="Arial"/>
        </w:rPr>
        <w:t xml:space="preserve"> planira i izvršava znanstveno-nastavne aktivnosti pod vodstvom mentora ili studijskog savjetnika. Obrazac ispunjava mentor/studijski savjetnik na temelju predane dokumentacije, tj. dokaza o izvršenju obveze. Popunjen i potpisan obrazac dostavlja se na kraju akademske godine u referadu poslijediplomskoga studija. Bodovi moraju obuhvaćati sve tri bodovne skupine.</w:t>
      </w:r>
    </w:p>
    <w:p w14:paraId="6AE73938" w14:textId="77777777" w:rsidR="00851A53" w:rsidRPr="00F333C1" w:rsidRDefault="00851A53" w:rsidP="00851A53">
      <w:pPr>
        <w:spacing w:line="360" w:lineRule="auto"/>
        <w:jc w:val="both"/>
        <w:rPr>
          <w:rFonts w:ascii="Cambria" w:hAnsi="Cambria" w:cs="Arial"/>
        </w:rPr>
      </w:pPr>
    </w:p>
    <w:p w14:paraId="438B08B0" w14:textId="77777777" w:rsidR="00851A53" w:rsidRPr="00F333C1" w:rsidRDefault="00851A53" w:rsidP="00851A53">
      <w:pPr>
        <w:spacing w:line="360" w:lineRule="auto"/>
        <w:jc w:val="both"/>
        <w:rPr>
          <w:rFonts w:ascii="Cambria" w:hAnsi="Cambria" w:cs="Arial"/>
        </w:rPr>
      </w:pPr>
      <w:r w:rsidRPr="00F333C1">
        <w:rPr>
          <w:rFonts w:ascii="Cambria" w:hAnsi="Cambria" w:cs="Arial"/>
        </w:rPr>
        <w:t xml:space="preserve">Znanstveno-nastavne aktivnosti uključuju tri skupine aktivnosti: </w:t>
      </w:r>
    </w:p>
    <w:p w14:paraId="47D91EC7" w14:textId="77777777" w:rsidR="00851A53" w:rsidRPr="00F333C1" w:rsidRDefault="00851A53" w:rsidP="00851A53">
      <w:pPr>
        <w:spacing w:line="360" w:lineRule="auto"/>
        <w:jc w:val="both"/>
        <w:rPr>
          <w:rFonts w:ascii="Cambria" w:hAnsi="Cambria" w:cs="Arial"/>
        </w:rPr>
      </w:pPr>
      <w:r w:rsidRPr="00F333C1">
        <w:rPr>
          <w:rFonts w:ascii="Cambria" w:hAnsi="Cambria" w:cs="Arial"/>
        </w:rPr>
        <w:t>Prva skupina:</w:t>
      </w:r>
    </w:p>
    <w:p w14:paraId="6F7EA623" w14:textId="77777777" w:rsidR="00851A53" w:rsidRPr="00F333C1" w:rsidRDefault="00851A53" w:rsidP="00851A53">
      <w:pPr>
        <w:numPr>
          <w:ilvl w:val="0"/>
          <w:numId w:val="10"/>
        </w:numPr>
        <w:spacing w:line="360" w:lineRule="auto"/>
        <w:jc w:val="both"/>
        <w:rPr>
          <w:rFonts w:ascii="Cambria" w:hAnsi="Cambria" w:cs="Arial"/>
        </w:rPr>
      </w:pPr>
      <w:r w:rsidRPr="00F333C1">
        <w:rPr>
          <w:rFonts w:ascii="Cambria" w:hAnsi="Cambria" w:cs="Arial"/>
        </w:rPr>
        <w:t xml:space="preserve">objavljivanje autorskih ili koautorskih znanstvenih i stručnih radova u domaćim i stranim časopisima (izvorni znanstveni rad, pregledni rad, stručni rad – u časopisima a1 i a2, ili u recenziranim zbornicima) </w:t>
      </w:r>
    </w:p>
    <w:p w14:paraId="68B8717E" w14:textId="77777777" w:rsidR="00851A53" w:rsidRPr="00F333C1" w:rsidRDefault="00851A53" w:rsidP="00851A53">
      <w:pPr>
        <w:numPr>
          <w:ilvl w:val="0"/>
          <w:numId w:val="10"/>
        </w:numPr>
        <w:spacing w:line="360" w:lineRule="auto"/>
        <w:jc w:val="both"/>
        <w:rPr>
          <w:rFonts w:ascii="Cambria" w:hAnsi="Cambria" w:cs="Arial"/>
        </w:rPr>
      </w:pPr>
      <w:r w:rsidRPr="00F333C1">
        <w:rPr>
          <w:rFonts w:ascii="Cambria" w:hAnsi="Cambria" w:cs="Arial"/>
        </w:rPr>
        <w:t>pisanje recenzija, prikaza, osvrta.</w:t>
      </w:r>
    </w:p>
    <w:p w14:paraId="06E6D474" w14:textId="77777777" w:rsidR="00851A53" w:rsidRPr="00F333C1" w:rsidRDefault="00851A53" w:rsidP="00851A53">
      <w:pPr>
        <w:spacing w:line="360" w:lineRule="auto"/>
        <w:jc w:val="both"/>
        <w:rPr>
          <w:rFonts w:ascii="Cambria" w:hAnsi="Cambria" w:cs="Arial"/>
        </w:rPr>
      </w:pPr>
      <w:r w:rsidRPr="00F333C1">
        <w:rPr>
          <w:rFonts w:ascii="Cambria" w:hAnsi="Cambria" w:cs="Arial"/>
        </w:rPr>
        <w:t>Druga skupina:</w:t>
      </w:r>
    </w:p>
    <w:p w14:paraId="60712C46" w14:textId="77777777" w:rsidR="00851A53" w:rsidRPr="00F333C1" w:rsidRDefault="00851A53" w:rsidP="00851A53">
      <w:pPr>
        <w:numPr>
          <w:ilvl w:val="0"/>
          <w:numId w:val="10"/>
        </w:numPr>
        <w:spacing w:line="360" w:lineRule="auto"/>
        <w:jc w:val="both"/>
        <w:rPr>
          <w:rFonts w:ascii="Cambria" w:hAnsi="Cambria" w:cs="Arial"/>
        </w:rPr>
      </w:pPr>
      <w:r w:rsidRPr="00F333C1">
        <w:rPr>
          <w:rFonts w:ascii="Cambria" w:hAnsi="Cambria" w:cs="Arial"/>
        </w:rPr>
        <w:t>sudjelovanje na znanstvenom skupu</w:t>
      </w:r>
    </w:p>
    <w:p w14:paraId="70BC53DE" w14:textId="77777777" w:rsidR="00851A53" w:rsidRPr="00F333C1" w:rsidRDefault="00851A53" w:rsidP="00851A53">
      <w:pPr>
        <w:numPr>
          <w:ilvl w:val="0"/>
          <w:numId w:val="10"/>
        </w:numPr>
        <w:spacing w:line="360" w:lineRule="auto"/>
        <w:jc w:val="both"/>
        <w:rPr>
          <w:rFonts w:ascii="Cambria" w:hAnsi="Cambria" w:cs="Arial"/>
        </w:rPr>
      </w:pPr>
      <w:r w:rsidRPr="00F333C1">
        <w:rPr>
          <w:rFonts w:ascii="Cambria" w:hAnsi="Cambria" w:cs="Arial"/>
        </w:rPr>
        <w:t>izlaganje na međunarodnom znanstvenom skupu</w:t>
      </w:r>
    </w:p>
    <w:p w14:paraId="03EA4EB5" w14:textId="77777777" w:rsidR="00851A53" w:rsidRPr="00F333C1" w:rsidRDefault="00851A53" w:rsidP="00851A53">
      <w:pPr>
        <w:numPr>
          <w:ilvl w:val="0"/>
          <w:numId w:val="10"/>
        </w:numPr>
        <w:spacing w:line="360" w:lineRule="auto"/>
        <w:jc w:val="both"/>
        <w:rPr>
          <w:rFonts w:ascii="Cambria" w:hAnsi="Cambria" w:cs="Arial"/>
        </w:rPr>
      </w:pPr>
      <w:r w:rsidRPr="00F333C1">
        <w:rPr>
          <w:rFonts w:ascii="Cambria" w:hAnsi="Cambria" w:cs="Arial"/>
        </w:rPr>
        <w:t>izlaganje na domaćem znanstvenom skupu</w:t>
      </w:r>
    </w:p>
    <w:p w14:paraId="4EDA2E53" w14:textId="77777777" w:rsidR="00851A53" w:rsidRPr="00F333C1" w:rsidRDefault="00851A53" w:rsidP="00851A53">
      <w:pPr>
        <w:numPr>
          <w:ilvl w:val="0"/>
          <w:numId w:val="10"/>
        </w:numPr>
        <w:spacing w:line="360" w:lineRule="auto"/>
        <w:jc w:val="both"/>
        <w:rPr>
          <w:rFonts w:ascii="Cambria" w:hAnsi="Cambria" w:cs="Arial"/>
        </w:rPr>
      </w:pPr>
      <w:r w:rsidRPr="00F333C1">
        <w:rPr>
          <w:rFonts w:ascii="Cambria" w:hAnsi="Cambria" w:cs="Arial"/>
        </w:rPr>
        <w:t>sudjelovanje na tribinama, okruglim stolovima</w:t>
      </w:r>
    </w:p>
    <w:p w14:paraId="23300550" w14:textId="77777777" w:rsidR="00851A53" w:rsidRPr="00F333C1" w:rsidRDefault="00851A53" w:rsidP="00851A53">
      <w:pPr>
        <w:numPr>
          <w:ilvl w:val="0"/>
          <w:numId w:val="10"/>
        </w:numPr>
        <w:spacing w:line="360" w:lineRule="auto"/>
        <w:jc w:val="both"/>
        <w:rPr>
          <w:rFonts w:ascii="Cambria" w:hAnsi="Cambria" w:cs="Arial"/>
        </w:rPr>
      </w:pPr>
      <w:r w:rsidRPr="00F333C1">
        <w:rPr>
          <w:rFonts w:ascii="Cambria" w:hAnsi="Cambria" w:cs="Arial"/>
        </w:rPr>
        <w:t>javno predavanje</w:t>
      </w:r>
    </w:p>
    <w:p w14:paraId="04489BC4" w14:textId="77777777" w:rsidR="00851A53" w:rsidRPr="00F333C1" w:rsidRDefault="00851A53" w:rsidP="00851A53">
      <w:pPr>
        <w:numPr>
          <w:ilvl w:val="0"/>
          <w:numId w:val="10"/>
        </w:numPr>
        <w:spacing w:line="360" w:lineRule="auto"/>
        <w:jc w:val="both"/>
        <w:rPr>
          <w:rFonts w:ascii="Cambria" w:hAnsi="Cambria" w:cs="Arial"/>
        </w:rPr>
      </w:pPr>
      <w:r w:rsidRPr="00F333C1">
        <w:rPr>
          <w:rFonts w:ascii="Cambria" w:hAnsi="Cambria" w:cs="Arial"/>
        </w:rPr>
        <w:t>sudjelovanje u pripremi znanstvenih skupova</w:t>
      </w:r>
    </w:p>
    <w:p w14:paraId="708C6F8A" w14:textId="77777777" w:rsidR="00851A53" w:rsidRPr="00F333C1" w:rsidRDefault="00851A53" w:rsidP="00851A53">
      <w:pPr>
        <w:numPr>
          <w:ilvl w:val="0"/>
          <w:numId w:val="10"/>
        </w:numPr>
        <w:spacing w:line="360" w:lineRule="auto"/>
        <w:jc w:val="both"/>
        <w:rPr>
          <w:rFonts w:ascii="Cambria" w:hAnsi="Cambria" w:cs="Arial"/>
        </w:rPr>
      </w:pPr>
      <w:r w:rsidRPr="00F333C1">
        <w:rPr>
          <w:rFonts w:ascii="Cambria" w:hAnsi="Cambria" w:cs="Arial"/>
        </w:rPr>
        <w:t>tečajevi trajnog usavršavanja.</w:t>
      </w:r>
    </w:p>
    <w:p w14:paraId="569FE9F5" w14:textId="77777777" w:rsidR="00851A53" w:rsidRPr="00F333C1" w:rsidRDefault="00851A53" w:rsidP="00851A53">
      <w:pPr>
        <w:spacing w:line="360" w:lineRule="auto"/>
        <w:jc w:val="both"/>
        <w:rPr>
          <w:rFonts w:ascii="Cambria" w:hAnsi="Cambria" w:cs="Arial"/>
        </w:rPr>
      </w:pPr>
      <w:r w:rsidRPr="00F333C1">
        <w:rPr>
          <w:rFonts w:ascii="Cambria" w:hAnsi="Cambria" w:cs="Arial"/>
        </w:rPr>
        <w:t xml:space="preserve">Treća skupina: </w:t>
      </w:r>
    </w:p>
    <w:p w14:paraId="4FDF3A57" w14:textId="77777777" w:rsidR="00851A53" w:rsidRPr="00F333C1" w:rsidRDefault="00851A53" w:rsidP="00851A53">
      <w:pPr>
        <w:numPr>
          <w:ilvl w:val="0"/>
          <w:numId w:val="10"/>
        </w:numPr>
        <w:spacing w:line="360" w:lineRule="auto"/>
        <w:jc w:val="both"/>
        <w:rPr>
          <w:rFonts w:ascii="Cambria" w:hAnsi="Cambria" w:cs="Arial"/>
        </w:rPr>
      </w:pPr>
      <w:r w:rsidRPr="00F333C1">
        <w:rPr>
          <w:rFonts w:ascii="Cambria" w:hAnsi="Cambria" w:cs="Arial"/>
        </w:rPr>
        <w:t>sudjelovanje u izvođenju nastave, seminara, vježbi unutar preddiplomskog ili diplomskog studijskog programa (didaktička aktivnost).</w:t>
      </w:r>
    </w:p>
    <w:p w14:paraId="1F4A0586" w14:textId="77777777" w:rsidR="00851A53" w:rsidRPr="00851A53" w:rsidRDefault="00851A53" w:rsidP="00851A53">
      <w:pPr>
        <w:ind w:right="-597"/>
        <w:jc w:val="right"/>
        <w:rPr>
          <w:rFonts w:ascii="Cambria" w:hAnsi="Cambria" w:cs="Arial"/>
          <w:i/>
          <w:szCs w:val="24"/>
        </w:rPr>
      </w:pPr>
    </w:p>
    <w:sectPr w:rsidR="00851A53" w:rsidRPr="00851A53" w:rsidSect="00376C4A">
      <w:headerReference w:type="default" r:id="rId11"/>
      <w:footerReference w:type="default" r:id="rId12"/>
      <w:headerReference w:type="first" r:id="rId13"/>
      <w:pgSz w:w="11909" w:h="16834"/>
      <w:pgMar w:top="2602" w:right="1757" w:bottom="1656" w:left="2102" w:header="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1952EE" w14:textId="77777777" w:rsidR="00541994" w:rsidRDefault="00541994">
      <w:r>
        <w:separator/>
      </w:r>
    </w:p>
  </w:endnote>
  <w:endnote w:type="continuationSeparator" w:id="0">
    <w:p w14:paraId="727BF1F5" w14:textId="77777777" w:rsidR="00541994" w:rsidRDefault="005419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alias w:val="PODNOZJE_KBF"/>
      <w:tag w:val="PODNOZJE_KBF"/>
      <w:id w:val="1300100003"/>
      <w:lock w:val="sdtContentLocked"/>
      <w:group/>
    </w:sdtPr>
    <w:sdtContent>
      <w:p w14:paraId="2EE54F1C" w14:textId="77777777" w:rsidR="00F760FB" w:rsidRDefault="00116D48">
        <w:pPr>
          <w:pStyle w:val="Podnoje"/>
          <w:jc w:val="right"/>
        </w:pPr>
        <w:r>
          <w:rPr>
            <w:sz w:val="20"/>
            <w:szCs w:val="20"/>
          </w:rPr>
          <w:fldChar w:fldCharType="begin"/>
        </w:r>
        <w:r>
          <w:rPr>
            <w:sz w:val="20"/>
            <w:szCs w:val="20"/>
          </w:rPr>
          <w:instrText xml:space="preserve"> PAGE  \* MERGEFORMAT </w:instrText>
        </w:r>
        <w:r>
          <w:rPr>
            <w:sz w:val="20"/>
            <w:szCs w:val="20"/>
          </w:rPr>
          <w:fldChar w:fldCharType="separate"/>
        </w:r>
        <w:r>
          <w:rPr>
            <w:sz w:val="20"/>
            <w:szCs w:val="20"/>
          </w:rPr>
          <w:t>2</w:t>
        </w:r>
        <w:r>
          <w:rPr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97437C" w14:textId="77777777" w:rsidR="00541994" w:rsidRDefault="00541994">
      <w:r>
        <w:separator/>
      </w:r>
    </w:p>
  </w:footnote>
  <w:footnote w:type="continuationSeparator" w:id="0">
    <w:p w14:paraId="390F8D5D" w14:textId="77777777" w:rsidR="00541994" w:rsidRDefault="005419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alias w:val="ZAGLAVLJE_KBF"/>
      <w:tag w:val="ZAGLAVLJE_KBF"/>
      <w:id w:val="1300100001"/>
      <w:lock w:val="sdtContentLocked"/>
      <w:group/>
    </w:sdtPr>
    <w:sdtContent>
      <w:p w14:paraId="5FA0AFF7" w14:textId="77777777" w:rsidR="00E56703" w:rsidRDefault="00000000">
        <w:pPr>
          <w:pStyle w:val="Zaglavlje"/>
          <w:spacing w:line="14" w:lineRule="exact"/>
        </w:pPr>
        <w:r>
          <w:rPr>
            <w:noProof/>
          </w:rPr>
          <w:drawing>
            <wp:anchor distT="0" distB="0" distL="0" distR="0" simplePos="0" relativeHeight="251650201" behindDoc="1" locked="1" layoutInCell="1" allowOverlap="1" wp14:anchorId="10192423" wp14:editId="2F8BFBB4">
              <wp:simplePos x="0" y="0"/>
              <wp:positionH relativeFrom="page">
                <wp:posOffset>722630</wp:posOffset>
              </wp:positionH>
              <wp:positionV relativeFrom="page">
                <wp:posOffset>680720</wp:posOffset>
              </wp:positionV>
              <wp:extent cx="506730" cy="511810"/>
              <wp:effectExtent l="0" t="0" r="0" b="0"/>
              <wp:wrapNone/>
              <wp:docPr id="201" name="Grb KBF mali"/>
              <wp:cNvGraphicFramePr>
                <a:graphicFrameLocks xmlns:a="http://schemas.openxmlformats.org/drawingml/2006/main" noSelect="1" noChangeAspect="1" noMove="1" noResize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" name="KBF"/>
                      <pic:cNvPicPr/>
                    </pic:nvPicPr>
                    <pic:blipFill>
                      <a:blip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06730" cy="51181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>
          <w:rPr>
            <w:noProof/>
          </w:rPr>
          <w:drawing>
            <wp:anchor distT="0" distB="0" distL="0" distR="0" simplePos="0" relativeHeight="251650202" behindDoc="1" locked="1" layoutInCell="1" allowOverlap="1" wp14:anchorId="2843E994" wp14:editId="5064ADA7">
              <wp:simplePos x="0" y="0"/>
              <wp:positionH relativeFrom="page">
                <wp:posOffset>1366520</wp:posOffset>
              </wp:positionH>
              <wp:positionV relativeFrom="page">
                <wp:posOffset>680720</wp:posOffset>
              </wp:positionV>
              <wp:extent cx="506730" cy="502920"/>
              <wp:effectExtent l="0" t="0" r="0" b="0"/>
              <wp:wrapNone/>
              <wp:docPr id="202" name="Grb Sveucilista mali"/>
              <wp:cNvGraphicFramePr>
                <a:graphicFrameLocks xmlns:a="http://schemas.openxmlformats.org/drawingml/2006/main" noSelect="1" noChangeAspect="1" noMove="1" noResize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UniZg"/>
                      <pic:cNvPicPr/>
                    </pic:nvPicPr>
                    <pic:blipFill>
                      <a:blip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06730" cy="50292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alias w:val="ZAGLAVLJE_KBF_PRVA"/>
      <w:tag w:val="ZAGLAVLJE_KBF_PRVA"/>
      <w:id w:val="1300100002"/>
      <w:lock w:val="sdtContentLocked"/>
      <w:group/>
    </w:sdtPr>
    <w:sdtContent>
      <w:p w14:paraId="071F7F5C" w14:textId="77777777" w:rsidR="00E56703" w:rsidRDefault="00000000">
        <w:pPr>
          <w:pStyle w:val="Zaglavlje"/>
          <w:spacing w:line="14" w:lineRule="exact"/>
        </w:pPr>
        <w:r>
          <w:rPr>
            <w:noProof/>
          </w:rPr>
          <w:drawing>
            <wp:anchor distT="0" distB="0" distL="0" distR="0" simplePos="0" relativeHeight="251650101" behindDoc="1" locked="1" layoutInCell="1" allowOverlap="1" wp14:anchorId="4166C62C" wp14:editId="1ECD4C0B">
              <wp:simplePos x="0" y="0"/>
              <wp:positionH relativeFrom="page">
                <wp:posOffset>393065</wp:posOffset>
              </wp:positionH>
              <wp:positionV relativeFrom="page">
                <wp:posOffset>667258</wp:posOffset>
              </wp:positionV>
              <wp:extent cx="845439" cy="808863"/>
              <wp:effectExtent l="0" t="0" r="0" b="0"/>
              <wp:wrapNone/>
              <wp:docPr id="101" name="Grb KBF"/>
              <wp:cNvGraphicFramePr>
                <a:graphicFrameLocks xmlns:a="http://schemas.openxmlformats.org/drawingml/2006/main" noSelect="1" noChangeAspect="1" noMove="1" noResize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KBF"/>
                      <pic:cNvPicPr/>
                    </pic:nvPicPr>
                    <pic:blipFill>
                      <a:blip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845439" cy="808863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>
          <w:rPr>
            <w:noProof/>
          </w:rPr>
          <w:drawing>
            <wp:anchor distT="0" distB="0" distL="0" distR="0" simplePos="0" relativeHeight="251650102" behindDoc="1" locked="1" layoutInCell="1" allowOverlap="1" wp14:anchorId="44EB1577" wp14:editId="09A35D69">
              <wp:simplePos x="0" y="0"/>
              <wp:positionH relativeFrom="page">
                <wp:posOffset>6137910</wp:posOffset>
              </wp:positionH>
              <wp:positionV relativeFrom="page">
                <wp:posOffset>667258</wp:posOffset>
              </wp:positionV>
              <wp:extent cx="786130" cy="776859"/>
              <wp:effectExtent l="0" t="0" r="0" b="0"/>
              <wp:wrapNone/>
              <wp:docPr id="102" name="Grb Sveucilista"/>
              <wp:cNvGraphicFramePr>
                <a:graphicFrameLocks xmlns:a="http://schemas.openxmlformats.org/drawingml/2006/main" noSelect="1" noChangeAspect="1" noMove="1" noResize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UniZg"/>
                      <pic:cNvPicPr/>
                    </pic:nvPicPr>
                    <pic:blipFill>
                      <a:blip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86130" cy="776859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>
          <w:rPr>
            <w:noProof/>
          </w:rPr>
          <w:drawing>
            <wp:anchor distT="0" distB="0" distL="0" distR="0" simplePos="0" relativeHeight="251650103" behindDoc="1" locked="1" layoutInCell="1" allowOverlap="1" wp14:anchorId="5B433D31" wp14:editId="3D8F558C">
              <wp:simplePos x="0" y="0"/>
              <wp:positionH relativeFrom="page">
                <wp:posOffset>1320800</wp:posOffset>
              </wp:positionH>
              <wp:positionV relativeFrom="page">
                <wp:posOffset>787400</wp:posOffset>
              </wp:positionV>
              <wp:extent cx="4140200" cy="431800"/>
              <wp:effectExtent l="0" t="0" r="0" b="0"/>
              <wp:wrapNone/>
              <wp:docPr id="103" name="Naziv ustanove"/>
              <wp:cNvGraphicFramePr>
                <a:graphicFrameLocks xmlns:a="http://schemas.openxmlformats.org/drawingml/2006/main" noSelect="1" noChangeAspect="1" noMove="1" noResize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" name="Naziv ustanove"/>
                      <pic:cNvPicPr/>
                    </pic:nvPicPr>
                    <pic:blipFill>
                      <a:blip r:embed="rId3">
                        <a:extLst>
                          <a:ext uri="{96DAC541-7B7A-43D3-8B79-37D633B846F1}">
                            <asvg:svgBlip xmlns:asvg="http://schemas.microsoft.com/office/drawing/2016/SVG/main" r:embed="rId4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140200" cy="431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>
          <w:rPr>
            <w:noProof/>
          </w:rPr>
          <w:drawing>
            <wp:anchor distT="0" distB="0" distL="0" distR="0" simplePos="0" relativeHeight="251650104" behindDoc="1" locked="1" layoutInCell="1" allowOverlap="1" wp14:anchorId="3ED1A00B" wp14:editId="0AF5AB14">
              <wp:simplePos x="0" y="0"/>
              <wp:positionH relativeFrom="page">
                <wp:posOffset>1257300</wp:posOffset>
              </wp:positionH>
              <wp:positionV relativeFrom="page">
                <wp:posOffset>9601200</wp:posOffset>
              </wp:positionV>
              <wp:extent cx="2946400" cy="685800"/>
              <wp:effectExtent l="0" t="0" r="0" b="0"/>
              <wp:wrapNone/>
              <wp:docPr id="104" name="Kontakt podaci"/>
              <wp:cNvGraphicFramePr>
                <a:graphicFrameLocks xmlns:a="http://schemas.openxmlformats.org/drawingml/2006/main" noSelect="1" noChangeAspect="1" noMove="1" noResize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" name="Kontakt podaci"/>
                      <pic:cNvPicPr/>
                    </pic:nvPicPr>
                    <pic:blipFill>
                      <a:blip r:embed="rId5">
                        <a:extLst>
                          <a:ext uri="{96DAC541-7B7A-43D3-8B79-37D633B846F1}">
                            <asvg:svgBlip xmlns:asvg="http://schemas.microsoft.com/office/drawing/2016/SVG/main" r:embed="rId6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946400" cy="685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8B40217"/>
    <w:multiLevelType w:val="hybridMultilevel"/>
    <w:tmpl w:val="544C41C2"/>
    <w:lvl w:ilvl="0" w:tplc="323A2936">
      <w:start w:val="1"/>
      <w:numFmt w:val="bullet"/>
      <w:lvlText w:val="-"/>
      <w:lvlJc w:val="left"/>
      <w:pPr>
        <w:ind w:left="360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571228108">
    <w:abstractNumId w:val="8"/>
  </w:num>
  <w:num w:numId="2" w16cid:durableId="1215965629">
    <w:abstractNumId w:val="6"/>
  </w:num>
  <w:num w:numId="3" w16cid:durableId="2053067883">
    <w:abstractNumId w:val="5"/>
  </w:num>
  <w:num w:numId="4" w16cid:durableId="1122572514">
    <w:abstractNumId w:val="4"/>
  </w:num>
  <w:num w:numId="5" w16cid:durableId="833028119">
    <w:abstractNumId w:val="7"/>
  </w:num>
  <w:num w:numId="6" w16cid:durableId="58524328">
    <w:abstractNumId w:val="3"/>
  </w:num>
  <w:num w:numId="7" w16cid:durableId="744647256">
    <w:abstractNumId w:val="2"/>
  </w:num>
  <w:num w:numId="8" w16cid:durableId="1078284997">
    <w:abstractNumId w:val="1"/>
  </w:num>
  <w:num w:numId="9" w16cid:durableId="1784688492">
    <w:abstractNumId w:val="0"/>
  </w:num>
  <w:num w:numId="10" w16cid:durableId="133649449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7EC"/>
    <w:rsid w:val="000326ED"/>
    <w:rsid w:val="00034616"/>
    <w:rsid w:val="0006063C"/>
    <w:rsid w:val="00063C97"/>
    <w:rsid w:val="00116D48"/>
    <w:rsid w:val="0015074B"/>
    <w:rsid w:val="001766A1"/>
    <w:rsid w:val="0029639D"/>
    <w:rsid w:val="00326F90"/>
    <w:rsid w:val="00376C4A"/>
    <w:rsid w:val="0041107A"/>
    <w:rsid w:val="005277EC"/>
    <w:rsid w:val="00541994"/>
    <w:rsid w:val="006D564B"/>
    <w:rsid w:val="007079C5"/>
    <w:rsid w:val="007A1388"/>
    <w:rsid w:val="0084644A"/>
    <w:rsid w:val="00851A53"/>
    <w:rsid w:val="00A0668E"/>
    <w:rsid w:val="00AA1D8D"/>
    <w:rsid w:val="00B47730"/>
    <w:rsid w:val="00CB0664"/>
    <w:rsid w:val="00DE42E4"/>
    <w:rsid w:val="00E56703"/>
    <w:rsid w:val="00F333C1"/>
    <w:rsid w:val="00F760FB"/>
    <w:rsid w:val="00FC693F"/>
    <w:rsid w:val="00FD3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39C157F"/>
  <w14:defaultImageDpi w14:val="300"/>
  <w15:docId w15:val="{592C673F-428D-4269-A9C5-8FA6FF0E4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77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line="252" w:lineRule="auto"/>
      <w:outlineLvl w:val="0"/>
    </w:pPr>
    <w:rPr>
      <w:rFonts w:ascii="Cambria" w:eastAsia="Cambria" w:hAnsi="Cambria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line="252" w:lineRule="auto"/>
      <w:outlineLvl w:val="1"/>
    </w:pPr>
    <w:rPr>
      <w:rFonts w:ascii="Cambria" w:eastAsia="Cambria" w:hAnsi="Cambria" w:cstheme="majorBidi"/>
      <w:b/>
      <w:bCs/>
      <w:color w:val="4F81BD" w:themeColor="accent1"/>
      <w:sz w:val="26"/>
      <w:szCs w:val="26"/>
      <w:lang w:eastAsia="en-US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line="252" w:lineRule="auto"/>
      <w:outlineLvl w:val="2"/>
    </w:pPr>
    <w:rPr>
      <w:rFonts w:ascii="Cambria" w:eastAsia="Cambria" w:hAnsi="Cambria" w:cstheme="majorBidi"/>
      <w:b/>
      <w:bCs/>
      <w:color w:val="4F81BD" w:themeColor="accent1"/>
      <w:sz w:val="25"/>
      <w:szCs w:val="22"/>
      <w:lang w:eastAsia="en-US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line="252" w:lineRule="auto"/>
      <w:outlineLvl w:val="3"/>
    </w:pPr>
    <w:rPr>
      <w:rFonts w:ascii="Cambria" w:eastAsia="Cambria" w:hAnsi="Cambria" w:cstheme="majorBidi"/>
      <w:b/>
      <w:bCs/>
      <w:color w:val="4F81BD" w:themeColor="accent1"/>
      <w:sz w:val="25"/>
      <w:szCs w:val="22"/>
      <w:lang w:eastAsia="en-US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line="252" w:lineRule="auto"/>
      <w:outlineLvl w:val="4"/>
    </w:pPr>
    <w:rPr>
      <w:rFonts w:ascii="Cambria" w:eastAsia="Cambria" w:hAnsi="Cambria" w:cstheme="majorBidi"/>
      <w:color w:val="243F60" w:themeColor="accent1" w:themeShade="7F"/>
      <w:sz w:val="25"/>
      <w:szCs w:val="22"/>
      <w:lang w:eastAsia="en-US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line="252" w:lineRule="auto"/>
      <w:outlineLvl w:val="5"/>
    </w:pPr>
    <w:rPr>
      <w:rFonts w:ascii="Cambria" w:eastAsia="Cambria" w:hAnsi="Cambria" w:cstheme="majorBidi"/>
      <w:color w:val="243F60" w:themeColor="accent1" w:themeShade="7F"/>
      <w:sz w:val="25"/>
      <w:szCs w:val="22"/>
      <w:lang w:eastAsia="en-US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line="252" w:lineRule="auto"/>
      <w:outlineLvl w:val="6"/>
    </w:pPr>
    <w:rPr>
      <w:rFonts w:ascii="Cambria" w:eastAsia="Cambria" w:hAnsi="Cambria" w:cstheme="majorBidi"/>
      <w:color w:val="404040" w:themeColor="text1" w:themeTint="BF"/>
      <w:sz w:val="25"/>
      <w:szCs w:val="22"/>
      <w:lang w:eastAsia="en-US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line="252" w:lineRule="auto"/>
      <w:outlineLvl w:val="7"/>
    </w:pPr>
    <w:rPr>
      <w:rFonts w:ascii="Cambria" w:eastAsia="Cambria" w:hAnsi="Cambria" w:cstheme="majorBidi"/>
      <w:color w:val="4F81BD" w:themeColor="accent1"/>
      <w:lang w:eastAsia="en-US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line="252" w:lineRule="auto"/>
      <w:outlineLvl w:val="8"/>
    </w:pPr>
    <w:rPr>
      <w:rFonts w:ascii="Cambria" w:eastAsia="Cambria" w:hAnsi="Cambria" w:cstheme="majorBidi"/>
      <w:color w:val="404040" w:themeColor="text1" w:themeTint="BF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</w:pPr>
    <w:rPr>
      <w:rFonts w:ascii="Cambria" w:eastAsia="Cambria" w:hAnsi="Cambria" w:cs="Cambria"/>
      <w:sz w:val="25"/>
      <w:szCs w:val="22"/>
      <w:lang w:eastAsia="en-US"/>
    </w:r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</w:pPr>
    <w:rPr>
      <w:rFonts w:ascii="Cambria" w:eastAsia="Cambria" w:hAnsi="Cambria" w:cs="Cambria"/>
      <w:sz w:val="25"/>
      <w:szCs w:val="22"/>
      <w:lang w:eastAsia="en-US"/>
    </w:r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="Cambria" w:eastAsia="Cambria" w:hAnsi="Cambria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="Cambria" w:eastAsia="Cambria" w:hAnsi="Cambria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="Cambria" w:eastAsia="Cambria" w:hAnsi="Cambria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="Cambria" w:eastAsia="Cambria" w:hAnsi="Cambria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="Cambria" w:eastAsia="Cambria" w:hAnsi="Cambria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  <w:spacing w:line="252" w:lineRule="auto"/>
    </w:pPr>
    <w:rPr>
      <w:rFonts w:ascii="Cambria" w:eastAsia="Cambria" w:hAnsi="Cambria" w:cstheme="majorBidi"/>
      <w:color w:val="4F81BD" w:themeColor="accent1"/>
      <w:spacing w:val="15"/>
      <w:sz w:val="24"/>
      <w:szCs w:val="24"/>
      <w:lang w:eastAsia="en-US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="Cambria" w:eastAsia="Cambria" w:hAnsi="Cambria" w:cstheme="majorBidi"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spacing w:line="252" w:lineRule="auto"/>
      <w:ind w:left="720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 w:line="252" w:lineRule="auto"/>
    </w:pPr>
    <w:rPr>
      <w:rFonts w:ascii="Cambria" w:eastAsia="Cambria" w:hAnsi="Cambria" w:cs="Cambria"/>
      <w:sz w:val="25"/>
      <w:szCs w:val="22"/>
      <w:lang w:eastAsia="en-US"/>
    </w:r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  <w:rPr>
      <w:rFonts w:ascii="Cambria" w:eastAsia="Cambria" w:hAnsi="Cambria" w:cs="Cambria"/>
      <w:sz w:val="25"/>
      <w:szCs w:val="22"/>
      <w:lang w:eastAsia="en-US"/>
    </w:r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 w:line="252" w:lineRule="auto"/>
    </w:pPr>
    <w:rPr>
      <w:rFonts w:ascii="Cambria" w:eastAsia="Cambria" w:hAnsi="Cambria" w:cs="Cambria"/>
      <w:sz w:val="16"/>
      <w:szCs w:val="16"/>
      <w:lang w:eastAsia="en-US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spacing w:line="252" w:lineRule="auto"/>
      <w:ind w:left="360" w:hanging="360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Popis2">
    <w:name w:val="List 2"/>
    <w:basedOn w:val="Normal"/>
    <w:uiPriority w:val="99"/>
    <w:unhideWhenUsed/>
    <w:rsid w:val="00326F90"/>
    <w:pPr>
      <w:spacing w:line="252" w:lineRule="auto"/>
      <w:ind w:left="720" w:hanging="360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Popis3">
    <w:name w:val="List 3"/>
    <w:basedOn w:val="Normal"/>
    <w:uiPriority w:val="99"/>
    <w:unhideWhenUsed/>
    <w:rsid w:val="00326F90"/>
    <w:pPr>
      <w:spacing w:line="252" w:lineRule="auto"/>
      <w:ind w:left="1080" w:hanging="360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spacing w:line="252" w:lineRule="auto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spacing w:line="252" w:lineRule="auto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spacing w:line="252" w:lineRule="auto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spacing w:line="252" w:lineRule="auto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spacing w:line="252" w:lineRule="auto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spacing w:line="252" w:lineRule="auto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Nastavakpopisa">
    <w:name w:val="List Continue"/>
    <w:basedOn w:val="Normal"/>
    <w:uiPriority w:val="99"/>
    <w:unhideWhenUsed/>
    <w:rsid w:val="0029639D"/>
    <w:pPr>
      <w:spacing w:after="120" w:line="252" w:lineRule="auto"/>
      <w:ind w:left="360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Nastavakpopisa2">
    <w:name w:val="List Continue 2"/>
    <w:basedOn w:val="Normal"/>
    <w:uiPriority w:val="99"/>
    <w:unhideWhenUsed/>
    <w:rsid w:val="0029639D"/>
    <w:pPr>
      <w:spacing w:after="120" w:line="252" w:lineRule="auto"/>
      <w:ind w:left="720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Nastavakpopisa3">
    <w:name w:val="List Continue 3"/>
    <w:basedOn w:val="Normal"/>
    <w:uiPriority w:val="99"/>
    <w:unhideWhenUsed/>
    <w:rsid w:val="0029639D"/>
    <w:pPr>
      <w:spacing w:after="120" w:line="252" w:lineRule="auto"/>
      <w:ind w:left="1080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cs="Cambria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ambria" w:eastAsia="Cambria" w:hAnsi="Cambria" w:cs="Cambria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pPr>
      <w:spacing w:line="252" w:lineRule="auto"/>
    </w:pPr>
    <w:rPr>
      <w:rFonts w:ascii="Cambria" w:eastAsia="Cambria" w:hAnsi="Cambria" w:cs="Cambria"/>
      <w:color w:val="000000" w:themeColor="text1"/>
      <w:sz w:val="25"/>
      <w:szCs w:val="22"/>
      <w:lang w:eastAsia="en-US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="Cambria" w:eastAsia="Cambria" w:hAnsi="Cambria" w:cstheme="majorBidi"/>
      <w:b/>
      <w:b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="Cambria" w:eastAsia="Cambria" w:hAnsi="Cambria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="Cambria" w:eastAsia="Cambria" w:hAnsi="Cambria" w:cstheme="majorBidi"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="Cambria" w:eastAsia="Cambria" w:hAnsi="Cambria" w:cstheme="majorBidi"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="Cambria" w:eastAsia="Cambria" w:hAnsi="Cambria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="Cambria" w:eastAsia="Cambria" w:hAnsi="Cambria" w:cstheme="majorBidi"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rPr>
      <w:rFonts w:ascii="Cambria" w:eastAsia="Cambria" w:hAnsi="Cambria" w:cs="Cambria"/>
      <w:b/>
      <w:bCs/>
      <w:color w:val="4F81BD" w:themeColor="accent1"/>
      <w:sz w:val="18"/>
      <w:szCs w:val="18"/>
      <w:lang w:eastAsia="en-US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 w:line="252" w:lineRule="auto"/>
      <w:ind w:left="936" w:right="936"/>
    </w:pPr>
    <w:rPr>
      <w:rFonts w:ascii="Cambria" w:eastAsia="Cambria" w:hAnsi="Cambria" w:cs="Cambria"/>
      <w:b/>
      <w:bCs/>
      <w:color w:val="4F81BD" w:themeColor="accent1"/>
      <w:sz w:val="25"/>
      <w:szCs w:val="22"/>
      <w:lang w:eastAsia="en-US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Cambria" w:eastAsia="Cambria" w:hAnsi="Cambria" w:cstheme="majorBidi"/>
        <w:b/>
        <w:bCs/>
      </w:rPr>
    </w:tblStylePr>
    <w:tblStylePr w:type="lastCol">
      <w:rPr>
        <w:rFonts w:ascii="Cambria" w:eastAsia="Cambria" w:hAnsi="Cambria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="Cambria" w:eastAsia="Cambria" w:hAnsi="Cambria" w:cstheme="majorBidi"/>
        <w:b/>
        <w:bCs/>
      </w:rPr>
    </w:tblStylePr>
    <w:tblStylePr w:type="lastCol">
      <w:rPr>
        <w:rFonts w:ascii="Cambria" w:eastAsia="Cambria" w:hAnsi="Cambria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="Cambria" w:eastAsia="Cambria" w:hAnsi="Cambria" w:cstheme="majorBidi"/>
        <w:b/>
        <w:bCs/>
      </w:rPr>
    </w:tblStylePr>
    <w:tblStylePr w:type="lastCol">
      <w:rPr>
        <w:rFonts w:ascii="Cambria" w:eastAsia="Cambria" w:hAnsi="Cambria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="Cambria" w:eastAsia="Cambria" w:hAnsi="Cambria" w:cstheme="majorBidi"/>
        <w:b/>
        <w:bCs/>
      </w:rPr>
    </w:tblStylePr>
    <w:tblStylePr w:type="lastCol">
      <w:rPr>
        <w:rFonts w:ascii="Cambria" w:eastAsia="Cambria" w:hAnsi="Cambria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="Cambria" w:eastAsia="Cambria" w:hAnsi="Cambria" w:cstheme="majorBidi"/>
        <w:b/>
        <w:bCs/>
      </w:rPr>
    </w:tblStylePr>
    <w:tblStylePr w:type="lastCol">
      <w:rPr>
        <w:rFonts w:ascii="Cambria" w:eastAsia="Cambria" w:hAnsi="Cambria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="Cambria" w:eastAsia="Cambria" w:hAnsi="Cambria" w:cstheme="majorBidi"/>
        <w:b/>
        <w:bCs/>
      </w:rPr>
    </w:tblStylePr>
    <w:tblStylePr w:type="lastCol">
      <w:rPr>
        <w:rFonts w:ascii="Cambria" w:eastAsia="Cambria" w:hAnsi="Cambria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="Cambria" w:eastAsia="Cambria" w:hAnsi="Cambria" w:cstheme="majorBidi"/>
        <w:b/>
        <w:bCs/>
      </w:rPr>
    </w:tblStylePr>
    <w:tblStylePr w:type="lastCol">
      <w:rPr>
        <w:rFonts w:ascii="Cambria" w:eastAsia="Cambria" w:hAnsi="Cambria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="Cambria" w:eastAsia="Cambria" w:hAnsi="Cambria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="Cambria" w:eastAsia="Cambria" w:hAnsi="Cambria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="Cambria" w:eastAsia="Cambria" w:hAnsi="Cambria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="Cambria" w:eastAsia="Cambria" w:hAnsi="Cambria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="Cambria" w:eastAsia="Cambria" w:hAnsi="Cambria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="Cambria" w:eastAsia="Cambria" w:hAnsi="Cambria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="Cambria" w:eastAsia="Cambria" w:hAnsi="Cambria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FormPlaceholder">
    <w:name w:val="FormPlaceholder"/>
    <w:rPr>
      <w:rFonts w:ascii="Cambria" w:eastAsia="Cambria" w:hAnsi="Cambria" w:cs="Cambria"/>
      <w:color w:val="000000"/>
      <w:sz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svg"/><Relationship Id="rId5" Type="http://schemas.openxmlformats.org/officeDocument/2006/relationships/image" Target="media/image5.png"/><Relationship Id="rId4" Type="http://schemas.openxmlformats.org/officeDocument/2006/relationships/image" Target="media/image4.sv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keresa\OneDrive%20-%20kbf.hr\Desktop\Obrasci%20s%20weba\KBF_memorandum_2026_praza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9e3d9cf-1858-4d2b-9a76-b668d86adea0" xsi:nil="true"/>
    <lcf76f155ced4ddcb4097134ff3c332f xmlns="64e87b53-eeb6-4f1b-b64a-a71184714749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F083A5185567B4A874F4F27B5EA56D5" ma:contentTypeVersion="12" ma:contentTypeDescription="Stvaranje novog dokumenta." ma:contentTypeScope="" ma:versionID="cedfdd96a32077881b56ee199935921e">
  <xsd:schema xmlns:xsd="http://www.w3.org/2001/XMLSchema" xmlns:xs="http://www.w3.org/2001/XMLSchema" xmlns:p="http://schemas.microsoft.com/office/2006/metadata/properties" xmlns:ns2="64e87b53-eeb6-4f1b-b64a-a71184714749" xmlns:ns3="79e3d9cf-1858-4d2b-9a76-b668d86adea0" targetNamespace="http://schemas.microsoft.com/office/2006/metadata/properties" ma:root="true" ma:fieldsID="f1a5eb45ea3083b3f9c47499ead34531" ns2:_="" ns3:_="">
    <xsd:import namespace="64e87b53-eeb6-4f1b-b64a-a71184714749"/>
    <xsd:import namespace="79e3d9cf-1858-4d2b-9a76-b668d86ade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e87b53-eeb6-4f1b-b64a-a7118471474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Oznake slika" ma:readOnly="false" ma:fieldId="{5cf76f15-5ced-4ddc-b409-7134ff3c332f}" ma:taxonomyMulti="true" ma:sspId="d02825fa-fad5-47e3-87b0-561ed47aacf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e3d9cf-1858-4d2b-9a76-b668d86adea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61984ff-0189-47c4-bff6-293c7e96a393}" ma:internalName="TaxCatchAll" ma:showField="CatchAllData" ma:web="79e3d9cf-1858-4d2b-9a76-b668d86ade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63C729C-6894-4327-B6EF-766FEAB5217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4BFDB6F-F43A-461A-9C0D-A8A35BB94905}">
  <ds:schemaRefs>
    <ds:schemaRef ds:uri="http://schemas.microsoft.com/office/2006/metadata/properties"/>
    <ds:schemaRef ds:uri="http://schemas.microsoft.com/office/infopath/2007/PartnerControls"/>
    <ds:schemaRef ds:uri="79e3d9cf-1858-4d2b-9a76-b668d86adea0"/>
    <ds:schemaRef ds:uri="64e87b53-eeb6-4f1b-b64a-a71184714749"/>
  </ds:schemaRefs>
</ds:datastoreItem>
</file>

<file path=customXml/itemProps3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9498C00-2CB1-4FEA-B219-2CA64A7C55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e87b53-eeb6-4f1b-b64a-a71184714749"/>
    <ds:schemaRef ds:uri="79e3d9cf-1858-4d2b-9a76-b668d86ade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KBF_memorandum_2026_prazan.dotx</Template>
  <TotalTime>9</TotalTime>
  <Pages>2</Pages>
  <Words>477</Words>
  <Characters>2723</Characters>
  <Application>Microsoft Office Word</Application>
  <DocSecurity>0</DocSecurity>
  <Lines>22</Lines>
  <Paragraphs>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KBF memorandum – prazan</vt:lpstr>
      <vt:lpstr/>
    </vt:vector>
  </TitlesOfParts>
  <Manager/>
  <Company/>
  <LinksUpToDate>false</LinksUpToDate>
  <CharactersWithSpaces>3194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KBF memorandum – prazan</dc:title>
  <dc:subject/>
  <dc:creator>Maja MK. Keresa</dc:creator>
  <cp:keywords/>
  <dc:description>generated by python-docx</dc:description>
  <cp:lastModifiedBy>Maja Kereša</cp:lastModifiedBy>
  <cp:revision>2</cp:revision>
  <cp:lastPrinted>2026-09-18T08:03:00Z</cp:lastPrinted>
  <dcterms:created xsi:type="dcterms:W3CDTF">2026-09-17T13:49:00Z</dcterms:created>
  <dcterms:modified xsi:type="dcterms:W3CDTF">2026-09-18T08:04:00Z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0x0101003F083A5185567B4A874F4F27B5EA56D5</vt:lpwstr>
  </property>
  <property fmtid="{D5CDD505-2E9C-101B-9397-08002B2CF9AE}" pid="3" name="MediaServiceImageTags">
    <vt:lpwstr/>
  </property>
</Properties>
</file>