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2912" w14:textId="77777777" w:rsidR="004F4694" w:rsidRPr="004F4694" w:rsidRDefault="004F4694" w:rsidP="004F4694">
      <w:pPr>
        <w:jc w:val="center"/>
        <w:rPr>
          <w:bCs/>
          <w:sz w:val="24"/>
          <w:szCs w:val="24"/>
        </w:rPr>
      </w:pPr>
      <w:r w:rsidRPr="004F4694">
        <w:rPr>
          <w:bCs/>
          <w:sz w:val="24"/>
          <w:szCs w:val="24"/>
        </w:rPr>
        <w:t>Društvo bivših studenata</w:t>
      </w:r>
    </w:p>
    <w:p w14:paraId="6079476B" w14:textId="77777777" w:rsidR="004F4694" w:rsidRPr="004F4694" w:rsidRDefault="004F4694" w:rsidP="004F4694">
      <w:pPr>
        <w:jc w:val="center"/>
        <w:rPr>
          <w:bCs/>
          <w:sz w:val="24"/>
          <w:szCs w:val="24"/>
        </w:rPr>
      </w:pPr>
      <w:r w:rsidRPr="004F4694">
        <w:rPr>
          <w:bCs/>
          <w:sz w:val="24"/>
          <w:szCs w:val="24"/>
        </w:rPr>
        <w:t>Katoličkoga bogoslovnog fakulteta Sveučilišta u Zagrebu</w:t>
      </w:r>
    </w:p>
    <w:p w14:paraId="27B5B056" w14:textId="77777777" w:rsidR="004F4694" w:rsidRPr="004F4694" w:rsidRDefault="004F4694" w:rsidP="004F4694">
      <w:pPr>
        <w:jc w:val="center"/>
        <w:rPr>
          <w:bCs/>
          <w:sz w:val="24"/>
          <w:szCs w:val="24"/>
        </w:rPr>
      </w:pPr>
      <w:proofErr w:type="spellStart"/>
      <w:r w:rsidRPr="004F4694">
        <w:rPr>
          <w:bCs/>
          <w:sz w:val="24"/>
          <w:szCs w:val="24"/>
        </w:rPr>
        <w:t>Almae</w:t>
      </w:r>
      <w:proofErr w:type="spellEnd"/>
      <w:r w:rsidRPr="004F4694">
        <w:rPr>
          <w:bCs/>
          <w:sz w:val="24"/>
          <w:szCs w:val="24"/>
        </w:rPr>
        <w:t xml:space="preserve"> </w:t>
      </w:r>
      <w:proofErr w:type="spellStart"/>
      <w:r w:rsidRPr="004F4694">
        <w:rPr>
          <w:bCs/>
          <w:sz w:val="24"/>
          <w:szCs w:val="24"/>
        </w:rPr>
        <w:t>matris</w:t>
      </w:r>
      <w:proofErr w:type="spellEnd"/>
      <w:r w:rsidRPr="004F4694">
        <w:rPr>
          <w:bCs/>
          <w:sz w:val="24"/>
          <w:szCs w:val="24"/>
        </w:rPr>
        <w:t xml:space="preserve"> </w:t>
      </w:r>
      <w:proofErr w:type="spellStart"/>
      <w:r w:rsidRPr="004F4694">
        <w:rPr>
          <w:bCs/>
          <w:sz w:val="24"/>
          <w:szCs w:val="24"/>
        </w:rPr>
        <w:t>alumnae</w:t>
      </w:r>
      <w:proofErr w:type="spellEnd"/>
      <w:r w:rsidRPr="004F4694">
        <w:rPr>
          <w:bCs/>
          <w:sz w:val="24"/>
          <w:szCs w:val="24"/>
        </w:rPr>
        <w:t xml:space="preserve"> </w:t>
      </w:r>
      <w:proofErr w:type="spellStart"/>
      <w:r w:rsidRPr="004F4694">
        <w:rPr>
          <w:bCs/>
          <w:sz w:val="24"/>
          <w:szCs w:val="24"/>
        </w:rPr>
        <w:t>et</w:t>
      </w:r>
      <w:proofErr w:type="spellEnd"/>
      <w:r w:rsidRPr="004F4694">
        <w:rPr>
          <w:bCs/>
          <w:sz w:val="24"/>
          <w:szCs w:val="24"/>
        </w:rPr>
        <w:t xml:space="preserve"> </w:t>
      </w:r>
      <w:proofErr w:type="spellStart"/>
      <w:r w:rsidRPr="004F4694">
        <w:rPr>
          <w:bCs/>
          <w:sz w:val="24"/>
          <w:szCs w:val="24"/>
        </w:rPr>
        <w:t>alumni</w:t>
      </w:r>
      <w:proofErr w:type="spellEnd"/>
      <w:r w:rsidRPr="004F4694">
        <w:rPr>
          <w:bCs/>
          <w:sz w:val="24"/>
          <w:szCs w:val="24"/>
        </w:rPr>
        <w:t xml:space="preserve"> </w:t>
      </w:r>
      <w:proofErr w:type="spellStart"/>
      <w:r w:rsidRPr="004F4694">
        <w:rPr>
          <w:bCs/>
          <w:sz w:val="24"/>
          <w:szCs w:val="24"/>
        </w:rPr>
        <w:t>Croaticae</w:t>
      </w:r>
      <w:proofErr w:type="spellEnd"/>
      <w:r w:rsidRPr="004F4694">
        <w:rPr>
          <w:bCs/>
          <w:sz w:val="24"/>
          <w:szCs w:val="24"/>
        </w:rPr>
        <w:t xml:space="preserve"> – </w:t>
      </w:r>
      <w:proofErr w:type="spellStart"/>
      <w:r w:rsidRPr="004F4694">
        <w:rPr>
          <w:bCs/>
          <w:sz w:val="24"/>
          <w:szCs w:val="24"/>
        </w:rPr>
        <w:t>Facultas</w:t>
      </w:r>
      <w:proofErr w:type="spellEnd"/>
      <w:r w:rsidRPr="004F4694">
        <w:rPr>
          <w:bCs/>
          <w:sz w:val="24"/>
          <w:szCs w:val="24"/>
        </w:rPr>
        <w:t xml:space="preserve"> </w:t>
      </w:r>
      <w:proofErr w:type="spellStart"/>
      <w:r w:rsidRPr="004F4694">
        <w:rPr>
          <w:bCs/>
          <w:sz w:val="24"/>
          <w:szCs w:val="24"/>
        </w:rPr>
        <w:t>theologiae</w:t>
      </w:r>
      <w:proofErr w:type="spellEnd"/>
      <w:r w:rsidRPr="004F4694">
        <w:rPr>
          <w:bCs/>
          <w:sz w:val="24"/>
          <w:szCs w:val="24"/>
        </w:rPr>
        <w:t xml:space="preserve"> </w:t>
      </w:r>
      <w:proofErr w:type="spellStart"/>
      <w:r w:rsidRPr="004F4694">
        <w:rPr>
          <w:bCs/>
          <w:sz w:val="24"/>
          <w:szCs w:val="24"/>
        </w:rPr>
        <w:t>catholicae</w:t>
      </w:r>
      <w:proofErr w:type="spellEnd"/>
    </w:p>
    <w:p w14:paraId="003A8C44" w14:textId="77777777" w:rsidR="004F4694" w:rsidRPr="004F4694" w:rsidRDefault="004F4694" w:rsidP="004F4694">
      <w:pPr>
        <w:jc w:val="center"/>
        <w:rPr>
          <w:bCs/>
          <w:sz w:val="24"/>
          <w:szCs w:val="24"/>
        </w:rPr>
      </w:pPr>
      <w:r w:rsidRPr="004F4694">
        <w:rPr>
          <w:bCs/>
          <w:sz w:val="24"/>
          <w:szCs w:val="24"/>
        </w:rPr>
        <w:t>(DBS-KBF / AMAC-FTC)</w:t>
      </w:r>
    </w:p>
    <w:p w14:paraId="6123C8F2" w14:textId="77777777" w:rsidR="004F4694" w:rsidRDefault="004F4694" w:rsidP="004F4694">
      <w:pPr>
        <w:jc w:val="center"/>
        <w:rPr>
          <w:sz w:val="24"/>
          <w:szCs w:val="24"/>
        </w:rPr>
      </w:pPr>
      <w:r w:rsidRPr="00905DF5">
        <w:rPr>
          <w:sz w:val="24"/>
          <w:szCs w:val="24"/>
        </w:rPr>
        <w:t>Vlaška</w:t>
      </w:r>
      <w:r>
        <w:rPr>
          <w:sz w:val="24"/>
          <w:szCs w:val="24"/>
        </w:rPr>
        <w:t xml:space="preserve"> ulica</w:t>
      </w:r>
      <w:r w:rsidRPr="00905DF5">
        <w:rPr>
          <w:sz w:val="24"/>
          <w:szCs w:val="24"/>
        </w:rPr>
        <w:t xml:space="preserve"> 38, </w:t>
      </w:r>
      <w:r>
        <w:rPr>
          <w:sz w:val="24"/>
          <w:szCs w:val="24"/>
        </w:rPr>
        <w:t>p.p. 5, HR –</w:t>
      </w:r>
      <w:r w:rsidRPr="00905DF5">
        <w:rPr>
          <w:sz w:val="24"/>
          <w:szCs w:val="24"/>
        </w:rPr>
        <w:t>1000</w:t>
      </w:r>
      <w:r>
        <w:rPr>
          <w:sz w:val="24"/>
          <w:szCs w:val="24"/>
        </w:rPr>
        <w:t>1</w:t>
      </w:r>
      <w:r w:rsidRPr="00905DF5">
        <w:rPr>
          <w:sz w:val="24"/>
          <w:szCs w:val="24"/>
        </w:rPr>
        <w:t xml:space="preserve"> Zagreb</w:t>
      </w:r>
    </w:p>
    <w:p w14:paraId="34E0C741" w14:textId="77777777" w:rsidR="004F4694" w:rsidRPr="00905DF5" w:rsidRDefault="00202ACC" w:rsidP="004F4694">
      <w:pPr>
        <w:jc w:val="center"/>
        <w:rPr>
          <w:sz w:val="24"/>
          <w:szCs w:val="24"/>
        </w:rPr>
      </w:pPr>
      <w:hyperlink r:id="rId11" w:history="1">
        <w:r w:rsidR="004F4694" w:rsidRPr="00FB2A37">
          <w:rPr>
            <w:rStyle w:val="Hiperveza"/>
            <w:sz w:val="24"/>
            <w:szCs w:val="24"/>
          </w:rPr>
          <w:t>www.kbf.unizg.hr</w:t>
        </w:r>
      </w:hyperlink>
      <w:r w:rsidR="004F4694" w:rsidRPr="00905DF5">
        <w:rPr>
          <w:sz w:val="24"/>
          <w:szCs w:val="24"/>
        </w:rPr>
        <w:t xml:space="preserve">; </w:t>
      </w:r>
      <w:hyperlink r:id="rId12" w:history="1">
        <w:r w:rsidR="004F4694" w:rsidRPr="001B132D">
          <w:rPr>
            <w:rStyle w:val="Hiperveza"/>
            <w:sz w:val="24"/>
            <w:szCs w:val="24"/>
          </w:rPr>
          <w:t>alumni@kbf.unizg.hr</w:t>
        </w:r>
      </w:hyperlink>
    </w:p>
    <w:p w14:paraId="2E48DA96" w14:textId="77777777" w:rsidR="004F4694" w:rsidRDefault="004F4694" w:rsidP="004F4694">
      <w:pPr>
        <w:rPr>
          <w:szCs w:val="24"/>
        </w:rPr>
      </w:pPr>
    </w:p>
    <w:p w14:paraId="69D36293" w14:textId="77777777" w:rsidR="004F4694" w:rsidRPr="00470562" w:rsidRDefault="004F4694" w:rsidP="004F4694">
      <w:pPr>
        <w:jc w:val="center"/>
        <w:rPr>
          <w:b/>
          <w:sz w:val="28"/>
          <w:szCs w:val="28"/>
        </w:rPr>
      </w:pPr>
      <w:r w:rsidRPr="00470562">
        <w:rPr>
          <w:b/>
          <w:sz w:val="28"/>
          <w:szCs w:val="28"/>
        </w:rPr>
        <w:t>ČLANSKA PRISTUPNICA</w:t>
      </w:r>
    </w:p>
    <w:p w14:paraId="6D7985BB" w14:textId="77777777" w:rsidR="004F4694" w:rsidRPr="008B5D32" w:rsidRDefault="004F4694" w:rsidP="004F4694">
      <w:pPr>
        <w:jc w:val="center"/>
        <w:rPr>
          <w:b/>
        </w:rPr>
      </w:pPr>
    </w:p>
    <w:tbl>
      <w:tblPr>
        <w:tblStyle w:val="Reetkatablice"/>
        <w:tblW w:w="8748" w:type="dxa"/>
        <w:jc w:val="center"/>
        <w:tblLook w:val="04A0" w:firstRow="1" w:lastRow="0" w:firstColumn="1" w:lastColumn="0" w:noHBand="0" w:noVBand="1"/>
      </w:tblPr>
      <w:tblGrid>
        <w:gridCol w:w="4143"/>
        <w:gridCol w:w="4605"/>
      </w:tblGrid>
      <w:tr w:rsidR="004F4694" w:rsidRPr="00555134" w14:paraId="2BB0AFF1" w14:textId="77777777" w:rsidTr="004F4694">
        <w:trPr>
          <w:jc w:val="center"/>
        </w:trPr>
        <w:tc>
          <w:tcPr>
            <w:tcW w:w="4143" w:type="dxa"/>
          </w:tcPr>
          <w:p w14:paraId="6A0C3916" w14:textId="77777777" w:rsidR="004F4694" w:rsidRPr="009B0AC3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9B0AC3">
              <w:rPr>
                <w:sz w:val="24"/>
                <w:szCs w:val="24"/>
              </w:rPr>
              <w:t>Ime i prezime*:</w:t>
            </w:r>
          </w:p>
        </w:tc>
        <w:tc>
          <w:tcPr>
            <w:tcW w:w="4605" w:type="dxa"/>
          </w:tcPr>
          <w:p w14:paraId="71F6FF65" w14:textId="77777777" w:rsidR="004F4694" w:rsidRPr="00555134" w:rsidRDefault="004F4694" w:rsidP="00147837">
            <w:pPr>
              <w:ind w:left="288"/>
              <w:rPr>
                <w:sz w:val="24"/>
                <w:szCs w:val="24"/>
              </w:rPr>
            </w:pPr>
          </w:p>
        </w:tc>
      </w:tr>
      <w:tr w:rsidR="004F4694" w:rsidRPr="00555134" w14:paraId="39300972" w14:textId="77777777" w:rsidTr="004F4694">
        <w:trPr>
          <w:jc w:val="center"/>
        </w:trPr>
        <w:tc>
          <w:tcPr>
            <w:tcW w:w="4143" w:type="dxa"/>
          </w:tcPr>
          <w:p w14:paraId="345A79E8" w14:textId="77777777" w:rsidR="004F4694" w:rsidRPr="009B0AC3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9B0AC3">
              <w:rPr>
                <w:sz w:val="24"/>
                <w:szCs w:val="24"/>
              </w:rPr>
              <w:t>Djevojačko prezime:</w:t>
            </w:r>
          </w:p>
        </w:tc>
        <w:tc>
          <w:tcPr>
            <w:tcW w:w="4605" w:type="dxa"/>
          </w:tcPr>
          <w:p w14:paraId="0E038C74" w14:textId="77777777" w:rsidR="004F4694" w:rsidRPr="00555134" w:rsidRDefault="004F4694" w:rsidP="00147837">
            <w:pPr>
              <w:ind w:left="288"/>
              <w:rPr>
                <w:sz w:val="24"/>
                <w:szCs w:val="24"/>
              </w:rPr>
            </w:pPr>
          </w:p>
        </w:tc>
      </w:tr>
      <w:tr w:rsidR="004F4694" w:rsidRPr="00555134" w14:paraId="0EE6042C" w14:textId="77777777" w:rsidTr="004F4694">
        <w:trPr>
          <w:jc w:val="center"/>
        </w:trPr>
        <w:tc>
          <w:tcPr>
            <w:tcW w:w="4143" w:type="dxa"/>
          </w:tcPr>
          <w:p w14:paraId="02E722F3" w14:textId="77777777" w:rsidR="004F4694" w:rsidRPr="009B0AC3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9B0AC3">
              <w:rPr>
                <w:sz w:val="24"/>
                <w:szCs w:val="24"/>
              </w:rPr>
              <w:t>OIB*:</w:t>
            </w:r>
          </w:p>
        </w:tc>
        <w:tc>
          <w:tcPr>
            <w:tcW w:w="4605" w:type="dxa"/>
          </w:tcPr>
          <w:p w14:paraId="78347128" w14:textId="77777777" w:rsidR="004F4694" w:rsidRPr="00555134" w:rsidRDefault="004F4694" w:rsidP="00147837">
            <w:pPr>
              <w:ind w:left="288"/>
              <w:rPr>
                <w:sz w:val="24"/>
                <w:szCs w:val="24"/>
              </w:rPr>
            </w:pPr>
          </w:p>
        </w:tc>
      </w:tr>
      <w:tr w:rsidR="004F4694" w:rsidRPr="00555134" w14:paraId="3566181E" w14:textId="77777777" w:rsidTr="004F4694">
        <w:trPr>
          <w:jc w:val="center"/>
        </w:trPr>
        <w:tc>
          <w:tcPr>
            <w:tcW w:w="4143" w:type="dxa"/>
          </w:tcPr>
          <w:p w14:paraId="293AC11C" w14:textId="77777777" w:rsidR="004F4694" w:rsidRPr="009B0AC3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9B0AC3">
              <w:rPr>
                <w:sz w:val="24"/>
                <w:szCs w:val="24"/>
              </w:rPr>
              <w:t>Datum rođenja*:</w:t>
            </w:r>
          </w:p>
        </w:tc>
        <w:tc>
          <w:tcPr>
            <w:tcW w:w="4605" w:type="dxa"/>
          </w:tcPr>
          <w:p w14:paraId="4E0F20B1" w14:textId="77777777" w:rsidR="004F4694" w:rsidRPr="00555134" w:rsidRDefault="004F4694" w:rsidP="00147837">
            <w:pPr>
              <w:ind w:left="288"/>
              <w:rPr>
                <w:sz w:val="24"/>
                <w:szCs w:val="24"/>
              </w:rPr>
            </w:pPr>
          </w:p>
        </w:tc>
      </w:tr>
      <w:tr w:rsidR="004F4694" w:rsidRPr="00555134" w14:paraId="7E579D2F" w14:textId="77777777" w:rsidTr="004F4694">
        <w:trPr>
          <w:jc w:val="center"/>
        </w:trPr>
        <w:tc>
          <w:tcPr>
            <w:tcW w:w="4143" w:type="dxa"/>
          </w:tcPr>
          <w:p w14:paraId="28B80D5E" w14:textId="77777777" w:rsidR="004F4694" w:rsidRPr="009B0AC3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9B0AC3">
              <w:rPr>
                <w:sz w:val="24"/>
                <w:szCs w:val="24"/>
              </w:rPr>
              <w:t>Završeni studij na KBF-u:</w:t>
            </w:r>
          </w:p>
        </w:tc>
        <w:tc>
          <w:tcPr>
            <w:tcW w:w="4605" w:type="dxa"/>
          </w:tcPr>
          <w:p w14:paraId="37E59A27" w14:textId="77777777" w:rsidR="004F4694" w:rsidRPr="00555134" w:rsidRDefault="004F4694" w:rsidP="00147837">
            <w:pPr>
              <w:ind w:left="288"/>
              <w:rPr>
                <w:sz w:val="24"/>
                <w:szCs w:val="24"/>
              </w:rPr>
            </w:pPr>
          </w:p>
        </w:tc>
      </w:tr>
      <w:tr w:rsidR="004F4694" w:rsidRPr="00555134" w14:paraId="5F8D5D0F" w14:textId="77777777" w:rsidTr="004F4694">
        <w:trPr>
          <w:jc w:val="center"/>
        </w:trPr>
        <w:tc>
          <w:tcPr>
            <w:tcW w:w="4143" w:type="dxa"/>
          </w:tcPr>
          <w:p w14:paraId="02361E2C" w14:textId="77777777" w:rsidR="004F4694" w:rsidRPr="009B0AC3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9B0AC3">
              <w:rPr>
                <w:sz w:val="24"/>
                <w:szCs w:val="24"/>
              </w:rPr>
              <w:t>Godina završetka studija:</w:t>
            </w:r>
          </w:p>
        </w:tc>
        <w:tc>
          <w:tcPr>
            <w:tcW w:w="4605" w:type="dxa"/>
          </w:tcPr>
          <w:p w14:paraId="71302877" w14:textId="77777777" w:rsidR="004F4694" w:rsidRPr="00555134" w:rsidRDefault="004F4694" w:rsidP="00147837">
            <w:pPr>
              <w:ind w:left="288"/>
              <w:rPr>
                <w:sz w:val="24"/>
                <w:szCs w:val="24"/>
              </w:rPr>
            </w:pPr>
          </w:p>
        </w:tc>
      </w:tr>
      <w:tr w:rsidR="004F4694" w:rsidRPr="00555134" w14:paraId="27618901" w14:textId="77777777" w:rsidTr="004F4694">
        <w:trPr>
          <w:jc w:val="center"/>
        </w:trPr>
        <w:tc>
          <w:tcPr>
            <w:tcW w:w="4143" w:type="dxa"/>
          </w:tcPr>
          <w:p w14:paraId="4D37F4B8" w14:textId="77777777" w:rsidR="004F4694" w:rsidRPr="009B0AC3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9B0AC3">
              <w:rPr>
                <w:sz w:val="24"/>
                <w:szCs w:val="24"/>
              </w:rPr>
              <w:t>Akademski stupanj:</w:t>
            </w:r>
          </w:p>
          <w:p w14:paraId="76B422BD" w14:textId="77777777" w:rsidR="004F4694" w:rsidRPr="00470562" w:rsidRDefault="004F4694" w:rsidP="00147837">
            <w:pPr>
              <w:pStyle w:val="Bezproreda"/>
            </w:pPr>
            <w:r w:rsidRPr="00470562">
              <w:t>(</w:t>
            </w:r>
            <w:proofErr w:type="spellStart"/>
            <w:r w:rsidRPr="00470562">
              <w:t>bacc</w:t>
            </w:r>
            <w:proofErr w:type="spellEnd"/>
            <w:r w:rsidRPr="00470562">
              <w:t xml:space="preserve">., </w:t>
            </w:r>
            <w:proofErr w:type="spellStart"/>
            <w:r w:rsidRPr="00470562">
              <w:t>univ</w:t>
            </w:r>
            <w:proofErr w:type="spellEnd"/>
            <w:r w:rsidRPr="00470562">
              <w:t xml:space="preserve">. </w:t>
            </w:r>
            <w:proofErr w:type="spellStart"/>
            <w:r w:rsidRPr="00470562">
              <w:t>bacc</w:t>
            </w:r>
            <w:proofErr w:type="spellEnd"/>
            <w:r w:rsidRPr="00470562">
              <w:t xml:space="preserve">., dipl., mag., mr. sc., </w:t>
            </w:r>
            <w:proofErr w:type="spellStart"/>
            <w:r w:rsidRPr="00470562">
              <w:t>lic</w:t>
            </w:r>
            <w:proofErr w:type="spellEnd"/>
            <w:r w:rsidRPr="00470562">
              <w:t xml:space="preserve">. </w:t>
            </w:r>
            <w:proofErr w:type="spellStart"/>
            <w:r w:rsidRPr="00470562">
              <w:t>theol</w:t>
            </w:r>
            <w:proofErr w:type="spellEnd"/>
            <w:r w:rsidRPr="00470562">
              <w:t>., dr. sc.)</w:t>
            </w:r>
          </w:p>
        </w:tc>
        <w:tc>
          <w:tcPr>
            <w:tcW w:w="4605" w:type="dxa"/>
          </w:tcPr>
          <w:p w14:paraId="77A59C13" w14:textId="77777777" w:rsidR="004F4694" w:rsidRPr="00555134" w:rsidRDefault="004F4694" w:rsidP="00147837">
            <w:pPr>
              <w:ind w:left="288"/>
              <w:rPr>
                <w:sz w:val="24"/>
                <w:szCs w:val="24"/>
              </w:rPr>
            </w:pPr>
          </w:p>
        </w:tc>
      </w:tr>
      <w:tr w:rsidR="004F4694" w:rsidRPr="00555134" w14:paraId="5E19A18F" w14:textId="77777777" w:rsidTr="004F4694">
        <w:trPr>
          <w:jc w:val="center"/>
        </w:trPr>
        <w:tc>
          <w:tcPr>
            <w:tcW w:w="4143" w:type="dxa"/>
          </w:tcPr>
          <w:p w14:paraId="63D1A7D4" w14:textId="77777777" w:rsidR="004F4694" w:rsidRPr="009B0AC3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9B0AC3">
              <w:rPr>
                <w:sz w:val="24"/>
                <w:szCs w:val="24"/>
              </w:rPr>
              <w:t>Kućna adresa, mjesto:</w:t>
            </w:r>
          </w:p>
        </w:tc>
        <w:tc>
          <w:tcPr>
            <w:tcW w:w="4605" w:type="dxa"/>
          </w:tcPr>
          <w:p w14:paraId="7D206041" w14:textId="77777777" w:rsidR="004F4694" w:rsidRPr="00555134" w:rsidRDefault="004F4694" w:rsidP="00147837">
            <w:pPr>
              <w:ind w:left="288"/>
              <w:rPr>
                <w:sz w:val="24"/>
                <w:szCs w:val="24"/>
              </w:rPr>
            </w:pPr>
          </w:p>
        </w:tc>
      </w:tr>
      <w:tr w:rsidR="004F4694" w:rsidRPr="00555134" w14:paraId="2269ACB7" w14:textId="77777777" w:rsidTr="004F4694">
        <w:trPr>
          <w:jc w:val="center"/>
        </w:trPr>
        <w:tc>
          <w:tcPr>
            <w:tcW w:w="4143" w:type="dxa"/>
          </w:tcPr>
          <w:p w14:paraId="1857E636" w14:textId="77777777" w:rsidR="004F4694" w:rsidRPr="009B0AC3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9B0AC3">
              <w:rPr>
                <w:sz w:val="24"/>
                <w:szCs w:val="24"/>
              </w:rPr>
              <w:t>Telefon/mobitel:</w:t>
            </w:r>
          </w:p>
        </w:tc>
        <w:tc>
          <w:tcPr>
            <w:tcW w:w="4605" w:type="dxa"/>
          </w:tcPr>
          <w:p w14:paraId="7F27515F" w14:textId="77777777" w:rsidR="004F4694" w:rsidRPr="00555134" w:rsidRDefault="004F4694" w:rsidP="00147837">
            <w:pPr>
              <w:ind w:left="288"/>
              <w:rPr>
                <w:sz w:val="24"/>
                <w:szCs w:val="24"/>
              </w:rPr>
            </w:pPr>
          </w:p>
        </w:tc>
      </w:tr>
      <w:tr w:rsidR="004F4694" w:rsidRPr="00555134" w14:paraId="76DC762C" w14:textId="77777777" w:rsidTr="004F4694">
        <w:trPr>
          <w:jc w:val="center"/>
        </w:trPr>
        <w:tc>
          <w:tcPr>
            <w:tcW w:w="4143" w:type="dxa"/>
          </w:tcPr>
          <w:p w14:paraId="4B139E0E" w14:textId="77777777" w:rsidR="004F4694" w:rsidRPr="009B0AC3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9B0AC3">
              <w:rPr>
                <w:sz w:val="24"/>
                <w:szCs w:val="24"/>
              </w:rPr>
              <w:t>E-mail adresa:</w:t>
            </w:r>
          </w:p>
        </w:tc>
        <w:tc>
          <w:tcPr>
            <w:tcW w:w="4605" w:type="dxa"/>
          </w:tcPr>
          <w:p w14:paraId="4AA3540E" w14:textId="77777777" w:rsidR="004F4694" w:rsidRPr="00555134" w:rsidRDefault="004F4694" w:rsidP="00147837">
            <w:pPr>
              <w:ind w:left="288"/>
              <w:rPr>
                <w:sz w:val="24"/>
                <w:szCs w:val="24"/>
              </w:rPr>
            </w:pPr>
          </w:p>
        </w:tc>
      </w:tr>
      <w:tr w:rsidR="004F4694" w:rsidRPr="00555134" w14:paraId="65C09434" w14:textId="77777777" w:rsidTr="004F4694">
        <w:trPr>
          <w:jc w:val="center"/>
        </w:trPr>
        <w:tc>
          <w:tcPr>
            <w:tcW w:w="4143" w:type="dxa"/>
          </w:tcPr>
          <w:p w14:paraId="02AE7511" w14:textId="77777777" w:rsidR="004F4694" w:rsidRPr="00555134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555134">
              <w:rPr>
                <w:sz w:val="24"/>
                <w:szCs w:val="24"/>
              </w:rPr>
              <w:t>Zvanje:</w:t>
            </w:r>
          </w:p>
        </w:tc>
        <w:tc>
          <w:tcPr>
            <w:tcW w:w="4605" w:type="dxa"/>
          </w:tcPr>
          <w:p w14:paraId="79CDC30C" w14:textId="77777777" w:rsidR="004F4694" w:rsidRPr="00555134" w:rsidRDefault="004F4694" w:rsidP="00147837">
            <w:pPr>
              <w:rPr>
                <w:sz w:val="24"/>
                <w:szCs w:val="24"/>
              </w:rPr>
            </w:pPr>
          </w:p>
        </w:tc>
      </w:tr>
      <w:tr w:rsidR="004F4694" w:rsidRPr="00555134" w14:paraId="6B041A2B" w14:textId="77777777" w:rsidTr="004F4694">
        <w:trPr>
          <w:jc w:val="center"/>
        </w:trPr>
        <w:tc>
          <w:tcPr>
            <w:tcW w:w="4143" w:type="dxa"/>
          </w:tcPr>
          <w:p w14:paraId="28026E93" w14:textId="77777777" w:rsidR="004F4694" w:rsidRPr="00555134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555134">
              <w:rPr>
                <w:sz w:val="24"/>
                <w:szCs w:val="24"/>
              </w:rPr>
              <w:t>Zanimanje:</w:t>
            </w:r>
          </w:p>
        </w:tc>
        <w:tc>
          <w:tcPr>
            <w:tcW w:w="4605" w:type="dxa"/>
          </w:tcPr>
          <w:p w14:paraId="0058D586" w14:textId="77777777" w:rsidR="004F4694" w:rsidRPr="00555134" w:rsidRDefault="004F4694" w:rsidP="00147837">
            <w:pPr>
              <w:rPr>
                <w:sz w:val="24"/>
                <w:szCs w:val="24"/>
              </w:rPr>
            </w:pPr>
          </w:p>
        </w:tc>
      </w:tr>
      <w:tr w:rsidR="004F4694" w:rsidRPr="00555134" w14:paraId="67EA87FF" w14:textId="77777777" w:rsidTr="004F4694">
        <w:trPr>
          <w:jc w:val="center"/>
        </w:trPr>
        <w:tc>
          <w:tcPr>
            <w:tcW w:w="4143" w:type="dxa"/>
          </w:tcPr>
          <w:p w14:paraId="176CCF13" w14:textId="77777777" w:rsidR="004F4694" w:rsidRPr="00555134" w:rsidRDefault="004F4694" w:rsidP="00147837">
            <w:pPr>
              <w:spacing w:line="276" w:lineRule="auto"/>
              <w:rPr>
                <w:sz w:val="24"/>
                <w:szCs w:val="24"/>
              </w:rPr>
            </w:pPr>
            <w:r w:rsidRPr="00555134">
              <w:rPr>
                <w:sz w:val="24"/>
                <w:szCs w:val="24"/>
              </w:rPr>
              <w:t>Naziv institucije/tvrtke:</w:t>
            </w:r>
          </w:p>
        </w:tc>
        <w:tc>
          <w:tcPr>
            <w:tcW w:w="4605" w:type="dxa"/>
          </w:tcPr>
          <w:p w14:paraId="4450B989" w14:textId="77777777" w:rsidR="004F4694" w:rsidRPr="00555134" w:rsidRDefault="004F4694" w:rsidP="00147837">
            <w:pPr>
              <w:rPr>
                <w:sz w:val="24"/>
                <w:szCs w:val="24"/>
              </w:rPr>
            </w:pPr>
          </w:p>
        </w:tc>
      </w:tr>
    </w:tbl>
    <w:p w14:paraId="08F750AF" w14:textId="77777777" w:rsidR="004F4694" w:rsidRPr="00555134" w:rsidRDefault="004F4694" w:rsidP="004F4694">
      <w:pPr>
        <w:ind w:left="-142"/>
        <w:rPr>
          <w:b/>
          <w:sz w:val="24"/>
          <w:szCs w:val="24"/>
        </w:rPr>
      </w:pPr>
    </w:p>
    <w:p w14:paraId="12DEF51C" w14:textId="77777777" w:rsidR="004F4694" w:rsidRPr="00555134" w:rsidRDefault="004F4694" w:rsidP="004F4694">
      <w:pPr>
        <w:spacing w:line="276" w:lineRule="auto"/>
        <w:rPr>
          <w:sz w:val="24"/>
          <w:szCs w:val="24"/>
        </w:rPr>
      </w:pPr>
      <w:r w:rsidRPr="00555134">
        <w:rPr>
          <w:sz w:val="24"/>
          <w:szCs w:val="24"/>
        </w:rPr>
        <w:t>Mjesto i datum: __________________________   Potpis: __________________________</w:t>
      </w:r>
    </w:p>
    <w:p w14:paraId="3A581F5D" w14:textId="77777777" w:rsidR="004F4694" w:rsidRPr="00555134" w:rsidRDefault="004F4694" w:rsidP="004F4694">
      <w:pPr>
        <w:jc w:val="right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13"/>
        <w:gridCol w:w="4127"/>
      </w:tblGrid>
      <w:tr w:rsidR="004F4694" w:rsidRPr="00555134" w14:paraId="692011F4" w14:textId="77777777" w:rsidTr="00147837">
        <w:tc>
          <w:tcPr>
            <w:tcW w:w="9062" w:type="dxa"/>
            <w:gridSpan w:val="2"/>
          </w:tcPr>
          <w:p w14:paraId="61B7F432" w14:textId="77777777" w:rsidR="004F4694" w:rsidRPr="00555134" w:rsidRDefault="004F4694" w:rsidP="00147837">
            <w:pPr>
              <w:jc w:val="center"/>
              <w:rPr>
                <w:sz w:val="24"/>
                <w:szCs w:val="24"/>
              </w:rPr>
            </w:pPr>
            <w:r w:rsidRPr="00555134">
              <w:rPr>
                <w:sz w:val="24"/>
                <w:szCs w:val="24"/>
              </w:rPr>
              <w:t>Ispunjava tajnik DBS-KBF-a:</w:t>
            </w:r>
          </w:p>
        </w:tc>
      </w:tr>
      <w:tr w:rsidR="004F4694" w:rsidRPr="00555134" w14:paraId="67D8BB07" w14:textId="77777777" w:rsidTr="00147837">
        <w:tc>
          <w:tcPr>
            <w:tcW w:w="4390" w:type="dxa"/>
          </w:tcPr>
          <w:p w14:paraId="0E5DBE25" w14:textId="77777777" w:rsidR="004F4694" w:rsidRPr="00555134" w:rsidRDefault="004F4694" w:rsidP="00147837">
            <w:pPr>
              <w:rPr>
                <w:sz w:val="24"/>
                <w:szCs w:val="24"/>
              </w:rPr>
            </w:pPr>
            <w:r w:rsidRPr="00555134">
              <w:rPr>
                <w:sz w:val="24"/>
                <w:szCs w:val="24"/>
              </w:rPr>
              <w:t>Datum primanja u članstvo:</w:t>
            </w:r>
          </w:p>
        </w:tc>
        <w:tc>
          <w:tcPr>
            <w:tcW w:w="4672" w:type="dxa"/>
          </w:tcPr>
          <w:p w14:paraId="3D5458A0" w14:textId="77777777" w:rsidR="004F4694" w:rsidRPr="00555134" w:rsidRDefault="004F4694" w:rsidP="00147837">
            <w:pPr>
              <w:rPr>
                <w:sz w:val="24"/>
                <w:szCs w:val="24"/>
              </w:rPr>
            </w:pPr>
            <w:r w:rsidRPr="00555134">
              <w:rPr>
                <w:sz w:val="24"/>
                <w:szCs w:val="24"/>
              </w:rPr>
              <w:t>Članski broj:</w:t>
            </w:r>
          </w:p>
        </w:tc>
      </w:tr>
    </w:tbl>
    <w:p w14:paraId="008BF1A2" w14:textId="77777777" w:rsidR="004F4694" w:rsidRPr="004F4694" w:rsidRDefault="004F4694" w:rsidP="004F4694">
      <w:pPr>
        <w:rPr>
          <w:sz w:val="24"/>
          <w:szCs w:val="24"/>
        </w:rPr>
      </w:pPr>
    </w:p>
    <w:p w14:paraId="03F8619B" w14:textId="77777777" w:rsidR="004F4694" w:rsidRPr="004F4694" w:rsidRDefault="004F4694" w:rsidP="004F4694">
      <w:pPr>
        <w:rPr>
          <w:sz w:val="24"/>
          <w:szCs w:val="24"/>
        </w:rPr>
      </w:pPr>
      <w:r w:rsidRPr="004F4694">
        <w:rPr>
          <w:sz w:val="24"/>
          <w:szCs w:val="24"/>
        </w:rPr>
        <w:t>Napomene:</w:t>
      </w:r>
    </w:p>
    <w:p w14:paraId="6AC51E75" w14:textId="77777777" w:rsidR="004F4694" w:rsidRPr="00470562" w:rsidRDefault="004F4694" w:rsidP="004F4694">
      <w:pPr>
        <w:pStyle w:val="Odlomakpopisa"/>
        <w:numPr>
          <w:ilvl w:val="0"/>
          <w:numId w:val="10"/>
        </w:numPr>
        <w:spacing w:line="240" w:lineRule="auto"/>
        <w:ind w:left="284" w:hanging="284"/>
        <w:jc w:val="both"/>
        <w:rPr>
          <w:sz w:val="20"/>
          <w:szCs w:val="20"/>
        </w:rPr>
      </w:pPr>
      <w:r w:rsidRPr="00470562">
        <w:rPr>
          <w:sz w:val="20"/>
          <w:szCs w:val="20"/>
        </w:rPr>
        <w:t xml:space="preserve">Ispunjenu pristupnicu molimo poslati elektronskom poštom na e-mail adresu: </w:t>
      </w:r>
      <w:hyperlink r:id="rId13" w:history="1">
        <w:r w:rsidRPr="001B132D">
          <w:rPr>
            <w:rStyle w:val="Hiperveza"/>
            <w:sz w:val="20"/>
            <w:szCs w:val="20"/>
          </w:rPr>
          <w:t>alumni@kbf.unizg.hr</w:t>
        </w:r>
      </w:hyperlink>
      <w:r w:rsidRPr="00470562">
        <w:rPr>
          <w:sz w:val="20"/>
          <w:szCs w:val="20"/>
        </w:rPr>
        <w:t xml:space="preserve"> ili poštom na adresu: Društvo bivših studenata Katoličkoga bogoslovnog fakulteta Sveučilišta u Zagrebu, Vlaška </w:t>
      </w:r>
      <w:r>
        <w:rPr>
          <w:sz w:val="20"/>
          <w:szCs w:val="20"/>
        </w:rPr>
        <w:t xml:space="preserve">ulica </w:t>
      </w:r>
      <w:r w:rsidRPr="00470562">
        <w:rPr>
          <w:sz w:val="20"/>
          <w:szCs w:val="20"/>
        </w:rPr>
        <w:t xml:space="preserve">38, p.p. </w:t>
      </w:r>
      <w:r>
        <w:rPr>
          <w:sz w:val="20"/>
          <w:szCs w:val="20"/>
        </w:rPr>
        <w:t>5,</w:t>
      </w:r>
      <w:r w:rsidRPr="00470562">
        <w:rPr>
          <w:sz w:val="20"/>
          <w:szCs w:val="20"/>
        </w:rPr>
        <w:t xml:space="preserve"> HR</w:t>
      </w:r>
      <w:r>
        <w:rPr>
          <w:sz w:val="20"/>
          <w:szCs w:val="20"/>
        </w:rPr>
        <w:t xml:space="preserve"> – </w:t>
      </w:r>
      <w:r w:rsidRPr="00470562">
        <w:rPr>
          <w:sz w:val="20"/>
          <w:szCs w:val="20"/>
        </w:rPr>
        <w:t>10 00</w:t>
      </w:r>
      <w:r>
        <w:rPr>
          <w:sz w:val="20"/>
          <w:szCs w:val="20"/>
        </w:rPr>
        <w:t>1</w:t>
      </w:r>
      <w:r w:rsidRPr="00470562">
        <w:rPr>
          <w:sz w:val="20"/>
          <w:szCs w:val="20"/>
        </w:rPr>
        <w:t xml:space="preserve"> Zagreb.</w:t>
      </w:r>
    </w:p>
    <w:p w14:paraId="272E57F8" w14:textId="77777777" w:rsidR="004F4694" w:rsidRPr="00470562" w:rsidRDefault="004F4694" w:rsidP="004F4694">
      <w:pPr>
        <w:pStyle w:val="Odlomakpopisa"/>
        <w:numPr>
          <w:ilvl w:val="0"/>
          <w:numId w:val="10"/>
        </w:numPr>
        <w:spacing w:line="240" w:lineRule="auto"/>
        <w:ind w:left="284" w:hanging="284"/>
        <w:rPr>
          <w:sz w:val="20"/>
          <w:szCs w:val="20"/>
        </w:rPr>
      </w:pPr>
      <w:r w:rsidRPr="00470562">
        <w:rPr>
          <w:sz w:val="20"/>
          <w:szCs w:val="20"/>
        </w:rPr>
        <w:t xml:space="preserve">Članska pristupnica poslana elektronskom poštom važeća je i </w:t>
      </w:r>
      <w:r w:rsidRPr="00470562">
        <w:rPr>
          <w:i/>
          <w:sz w:val="20"/>
          <w:szCs w:val="20"/>
        </w:rPr>
        <w:t xml:space="preserve">bez </w:t>
      </w:r>
      <w:r w:rsidRPr="00470562">
        <w:rPr>
          <w:sz w:val="20"/>
          <w:szCs w:val="20"/>
        </w:rPr>
        <w:t>potpisa.</w:t>
      </w:r>
    </w:p>
    <w:p w14:paraId="37F17EB7" w14:textId="77777777" w:rsidR="004F4694" w:rsidRPr="00470562" w:rsidRDefault="004F4694" w:rsidP="004F4694">
      <w:pPr>
        <w:pStyle w:val="Odlomakpopisa"/>
        <w:numPr>
          <w:ilvl w:val="0"/>
          <w:numId w:val="10"/>
        </w:numPr>
        <w:spacing w:line="240" w:lineRule="auto"/>
        <w:ind w:left="284" w:hanging="284"/>
        <w:jc w:val="both"/>
        <w:rPr>
          <w:sz w:val="20"/>
          <w:szCs w:val="20"/>
        </w:rPr>
      </w:pPr>
      <w:r w:rsidRPr="00470562">
        <w:rPr>
          <w:sz w:val="20"/>
          <w:szCs w:val="20"/>
        </w:rPr>
        <w:t>Podatci označeni * potražuju se kao neizostavan dio popisa članova udruga sukladno Zakonu o udrugama Republike Hrvatske.</w:t>
      </w:r>
    </w:p>
    <w:p w14:paraId="56F58F25" w14:textId="02490777" w:rsidR="0041107A" w:rsidRDefault="004F4694" w:rsidP="004F4694">
      <w:pPr>
        <w:pStyle w:val="Odlomakpopisa"/>
        <w:numPr>
          <w:ilvl w:val="0"/>
          <w:numId w:val="10"/>
        </w:numPr>
        <w:spacing w:after="80" w:line="240" w:lineRule="auto"/>
        <w:ind w:left="284" w:hanging="284"/>
        <w:jc w:val="both"/>
      </w:pPr>
      <w:r w:rsidRPr="004F4694">
        <w:rPr>
          <w:sz w:val="20"/>
          <w:szCs w:val="20"/>
        </w:rPr>
        <w:t xml:space="preserve">DBS-KBF-a se obvezuje da će primljene podatke koristiti isključivo u svrhu pohrane u popis članova DBS-KBF-a, izrade članskih iskaznica i informiranja članova te se oni neće koristiti u druge svrhe niti će biti ustupljeni trećim osobama bez Vašega izričitog dopuštenja. Prestanak daljnje aktivnosti obrade Vaših osobnih podataka možete zatražiti putem e-mail adrese </w:t>
      </w:r>
      <w:hyperlink r:id="rId14" w:history="1">
        <w:r w:rsidRPr="004F4694">
          <w:rPr>
            <w:rStyle w:val="Hiperveza"/>
            <w:sz w:val="20"/>
            <w:szCs w:val="20"/>
          </w:rPr>
          <w:t>alumni@kbf.unizg.hr</w:t>
        </w:r>
      </w:hyperlink>
    </w:p>
    <w:sectPr w:rsidR="0041107A" w:rsidSect="00376C4A">
      <w:headerReference w:type="default" r:id="rId15"/>
      <w:footerReference w:type="default" r:id="rId16"/>
      <w:headerReference w:type="first" r:id="rId17"/>
      <w:pgSz w:w="11909" w:h="16834"/>
      <w:pgMar w:top="2602" w:right="1757" w:bottom="1656" w:left="2102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77D8" w14:textId="77777777" w:rsidR="002F4578" w:rsidRDefault="002F4578">
      <w:pPr>
        <w:spacing w:line="240" w:lineRule="auto"/>
      </w:pPr>
      <w:r>
        <w:separator/>
      </w:r>
    </w:p>
  </w:endnote>
  <w:endnote w:type="continuationSeparator" w:id="0">
    <w:p w14:paraId="2B213035" w14:textId="77777777" w:rsidR="002F4578" w:rsidRDefault="002F4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EndPr/>
    <w:sdtContent>
      <w:p w14:paraId="445005C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975C4" w14:textId="77777777" w:rsidR="002F4578" w:rsidRDefault="002F4578">
      <w:pPr>
        <w:spacing w:line="240" w:lineRule="auto"/>
      </w:pPr>
      <w:r>
        <w:separator/>
      </w:r>
    </w:p>
  </w:footnote>
  <w:footnote w:type="continuationSeparator" w:id="0">
    <w:p w14:paraId="108B821E" w14:textId="77777777" w:rsidR="002F4578" w:rsidRDefault="002F45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EndPr/>
    <w:sdtContent>
      <w:p w14:paraId="301494E2" w14:textId="77777777" w:rsidR="00B0139E" w:rsidRDefault="002F4578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19A4385" wp14:editId="661D04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01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024A60DC" wp14:editId="7A7287DF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0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EndPr/>
    <w:sdtContent>
      <w:p w14:paraId="5C8F1142" w14:textId="77777777" w:rsidR="00B0139E" w:rsidRDefault="002F4578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16D37FCF" wp14:editId="4ADAF41A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0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CD3635C" wp14:editId="6497990F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0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26D7D015" wp14:editId="4056843B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0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521B93AA" wp14:editId="06FCBE7F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0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AB5012"/>
    <w:multiLevelType w:val="hybridMultilevel"/>
    <w:tmpl w:val="A1AA9B74"/>
    <w:lvl w:ilvl="0" w:tplc="4A1ED632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  <w:num w:numId="10" w16cid:durableId="14301571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78"/>
    <w:rsid w:val="000326ED"/>
    <w:rsid w:val="00034616"/>
    <w:rsid w:val="0006063C"/>
    <w:rsid w:val="00063C97"/>
    <w:rsid w:val="00116D48"/>
    <w:rsid w:val="0015074B"/>
    <w:rsid w:val="001766A1"/>
    <w:rsid w:val="00202ACC"/>
    <w:rsid w:val="0029100D"/>
    <w:rsid w:val="0029639D"/>
    <w:rsid w:val="002F4578"/>
    <w:rsid w:val="00326F90"/>
    <w:rsid w:val="00376C4A"/>
    <w:rsid w:val="0041107A"/>
    <w:rsid w:val="004F4694"/>
    <w:rsid w:val="007A1388"/>
    <w:rsid w:val="00A0668E"/>
    <w:rsid w:val="00AA1D8D"/>
    <w:rsid w:val="00AE2CAA"/>
    <w:rsid w:val="00B0139E"/>
    <w:rsid w:val="00B47730"/>
    <w:rsid w:val="00CB0664"/>
    <w:rsid w:val="00CC62C2"/>
    <w:rsid w:val="00DE42E4"/>
    <w:rsid w:val="00F760FB"/>
    <w:rsid w:val="00FC693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7A8652"/>
  <w14:defaultImageDpi w14:val="300"/>
  <w15:docId w15:val="{F6FB8A19-3F41-43AF-BBCD-C14FA67B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C4A"/>
    <w:pPr>
      <w:spacing w:after="0" w:line="252" w:lineRule="auto"/>
    </w:pPr>
    <w:rPr>
      <w:rFonts w:cs="Cambria"/>
      <w:sz w:val="25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cstheme="majorBidi"/>
      <w:b/>
      <w:b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cstheme="majorBidi"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cstheme="majorBidi"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cstheme="majorBidi"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cstheme="majorBidi"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  <w:style w:type="character" w:styleId="Hiperveza">
    <w:name w:val="Hyperlink"/>
    <w:rsid w:val="004F46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lumni@kbf.unizg.h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lumni@kbf.unizg.hr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bf.unizg.h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lumni@kbf.unizg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vakula\AppData\Local\Microsoft\Windows\INetCache\Content.Outlook\56MNJTQR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</Template>
  <TotalTime>3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Zeljka ZV. Vakula</dc:creator>
  <cp:keywords/>
  <dc:description>generated by python-docx</dc:description>
  <cp:lastModifiedBy>Željka Vakula</cp:lastModifiedBy>
  <cp:revision>3</cp:revision>
  <dcterms:created xsi:type="dcterms:W3CDTF">2026-10-14T12:55:00Z</dcterms:created>
  <dcterms:modified xsi:type="dcterms:W3CDTF">2026-10-19T05:46:00Z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